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法学院关于推荐2026届优秀本科毕业生免试攻读研究生工作方案公示-湖北大学法学院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法学院关于推荐2026届优秀本科毕业生免试攻读研究生工作方案公示。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发布日期：2025年9月3日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一、基本信息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发布单位：湖北大学法学院。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发布时间：2025-09-03。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公示内容：法学院关于推荐2026届优秀本科毕业生免试攻读研究生工作方案。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二、材料清单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附件1 湖北大学优秀应届本科毕业生推荐免试攻读研究生报名申请表.doc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附件2 湖北大学学生申请推荐免试攻读研究生承诺书.doc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三、联系方式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地址：湖北省武汉市武昌区友谊大道368号。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邮编：430062。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电话：027-88660438、88660538。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四、其他说明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正文以 PDF 文件形式在线浏览，如无法在线浏览，可下载福昕(Foxit) PDF 阅读器或 Adobe Reader PDF 阅读器安装后在线浏览，或下载此 PDF 文件。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附件下载次数未显示具体数值。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