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序号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本名单为高校推免（保研）拟推荐学生名单，共涉及 4 个专业，合计 26 人。其中普通类 20 人，普通类（候补）6 人。专业分布为：英语（外国语学院）13 人（普通类 10 人、普通类候补 3 人），法语 4 人（普通类 3 人、普通类候补 1 人），德语 3 人（普通类 3 人），日语 6 人（普通类 4 人、普通类候补 2 人）。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发布日期（推定）：2025年9月10日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一、名单明细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7"/>
        <w:gridCol w:w="1727"/>
        <w:gridCol w:w="1727"/>
        <w:gridCol w:w="1727"/>
        <w:gridCol w:w="1727"/>
      </w:tblGrid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序号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专业名称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学号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姓名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推荐类别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22341077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袁清渠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22341073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杨善童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20302165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马钰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22341074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杨玉玲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22341038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李玥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22341034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李若瑶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22341084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张雨晴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22341023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洪梓淇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9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22341064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唐艺芝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22341039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李悦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11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22341091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钟慧蕴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普通类（候补）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22341030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蒋雨彤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普通类（候补）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13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英语（外国语学院）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22341005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陈恺瑶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普通类（候补）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法语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22341012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冯詹霑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法语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22341021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何亦凡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法语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22341002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曾钰淇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法语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22341086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赵僡灵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普通类（候补）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德语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21315018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高雅诗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德语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22341068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吴雨桐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德语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22341057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潘幸祖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日语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22341062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阮晓岚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日语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22341022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何应辉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日语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22341051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罗彤彤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日语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21311438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黄衍杰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日语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21315220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林杰轩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普通类（候补）</w:t>
            </w:r>
          </w:p>
        </w:tc>
      </w:tr>
      <w:tr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日语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22341016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郭恩琪</w:t>
            </w:r>
          </w:p>
        </w:tc>
        <w:tc>
          <w:tcPr>
            <w:tcW w:type="dxa" w:w="1727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普通类（候补）</w:t>
            </w:r>
          </w:p>
        </w:tc>
      </w:tr>
    </w:tbl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二、说明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名单按专业分组排列，各专业内序号独立编号。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推荐类别分为“普通类”和“普通类（候补）”两类。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原文未提供排名或评分方式、公示期信息。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