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关于护理学院2026年推荐优秀应届本科毕业生免试攻读研究生拟推荐人选的公示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一、公示事项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发布日期：2025年9月8日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着公平、公正、公开的原则，根据相关文件精神，经学生自愿报名、辅导员初审、学院推免生遴选工作领导小组专题会议审核、研究，并经学院党政联席会议审议，现将护理学院2026年推荐优秀应届本科毕业生免试攻读研究生拟推荐人选予以公示。具体名单见附件（按综合测评成绩排名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二、公示时间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公示时间为三天，即2025年9月8日至9月10日。如有异议，请于公示期内向学院推免生遴选工作领导小组反映。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三、反映渠道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联系人：李老师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电话：0591-22861179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邮箱：hlxysq@fjtcm.edu.cn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四、附件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护理学院2026年推荐优秀应届本科毕业生免试攻读研究生拟推荐人选.docx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邮政编码：350122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护理学院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2025年9月8日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