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关于机电工程学院2026年优秀应届本科毕业生免试攻读研究生拟推荐人选名单及替补推荐人选名单的公示</w:t>
      </w:r>
    </w:p>
    <w:p>
      <w:pPr>
        <w:spacing w:after="80" w:lineRule="auto" w:line="360"/>
        <w:ind w:firstLine="482"/>
        <w:jc w:val="both"/>
      </w:pPr>
      <w:r>
        <w:rPr>
          <w:rFonts w:ascii="Times New Roman" w:hAnsi="Times New Roman" w:eastAsia="宋体"/>
          <w:b w:val="0"/>
          <w:sz w:val="24"/>
        </w:rPr>
        <w:t>根据《桂林电子科技大学2026年推荐优秀应届本科毕业生免试攻读研究生工作实施办法》（桂电招生〔2025〕2号）、《桂林电子科技大学机电工程学院2026年推荐优秀应届本科毕业生免试攻读研究生工作实施办法》（机电〔2025〕4号）及《桂林电子科技大学机电工程学院推荐2026年本科毕业生免试攻读研究生综合表现加分细则》（机电〔2025〕5号）等文件精神，经学生申请、学院推免生推荐工作材料审核专家组审核、学院推免生工作领导小组评议，现将机电工程学院2026年优秀应届本科毕业生免试攻读研究生拟推荐人选名单及替补推荐人选名单予以公示。</w:t>
      </w:r>
    </w:p>
    <w:p>
      <w:pPr>
        <w:spacing w:after="80" w:lineRule="auto" w:line="360"/>
        <w:ind w:firstLine="482"/>
        <w:jc w:val="both"/>
      </w:pPr>
      <w:r>
        <w:rPr>
          <w:rFonts w:ascii="Times New Roman" w:hAnsi="Times New Roman" w:eastAsia="宋体"/>
          <w:b w:val="0"/>
          <w:sz w:val="24"/>
        </w:rPr>
        <w:t>发布日期：2025年9月9日</w:t>
      </w:r>
    </w:p>
    <w:p>
      <w:pPr>
        <w:spacing w:before="160" w:after="80" w:lineRule="auto" w:line="360"/>
        <w:jc w:val="left"/>
      </w:pPr>
      <w:r>
        <w:rPr>
          <w:rFonts w:ascii="Times New Roman" w:hAnsi="Times New Roman" w:eastAsia="宋体"/>
          <w:b/>
          <w:sz w:val="28"/>
        </w:rPr>
        <w:t>一、公示安排</w:t>
      </w:r>
    </w:p>
    <w:p>
      <w:pPr>
        <w:spacing w:after="80" w:lineRule="auto" w:line="360"/>
        <w:ind w:firstLine="482"/>
        <w:jc w:val="both"/>
      </w:pPr>
      <w:r>
        <w:rPr>
          <w:rFonts w:ascii="Times New Roman" w:hAnsi="Times New Roman" w:eastAsia="宋体"/>
          <w:b w:val="0"/>
          <w:sz w:val="24"/>
        </w:rPr>
        <w:t>1. 公示内容：机电工程学院2026年优秀应届本科毕业生免试攻读研究生拟推荐人选名单及替补推荐人选名单。</w:t>
      </w:r>
    </w:p>
    <w:p>
      <w:pPr>
        <w:spacing w:after="80" w:lineRule="auto" w:line="360"/>
        <w:ind w:firstLine="482"/>
        <w:jc w:val="both"/>
      </w:pPr>
      <w:r>
        <w:rPr>
          <w:rFonts w:ascii="Times New Roman" w:hAnsi="Times New Roman" w:eastAsia="宋体"/>
          <w:b w:val="0"/>
          <w:sz w:val="24"/>
        </w:rPr>
        <w:t>2. 名单详见附件《机电工程学院2026年优秀应届本科毕业生免试攻读研究生拟推荐结果公示名单》。</w:t>
      </w:r>
    </w:p>
    <w:p>
      <w:pPr>
        <w:spacing w:after="80" w:lineRule="auto" w:line="360"/>
        <w:ind w:firstLine="482"/>
        <w:jc w:val="both"/>
      </w:pPr>
      <w:r>
        <w:rPr>
          <w:rFonts w:ascii="Times New Roman" w:hAnsi="Times New Roman" w:eastAsia="宋体"/>
          <w:b w:val="0"/>
          <w:sz w:val="24"/>
        </w:rPr>
        <w:t>3. 公示期：2025年9月9日至2025年9月11日。</w:t>
      </w:r>
    </w:p>
    <w:p>
      <w:pPr>
        <w:spacing w:before="160" w:after="80" w:lineRule="auto" w:line="360"/>
        <w:jc w:val="left"/>
      </w:pPr>
      <w:r>
        <w:rPr>
          <w:rFonts w:ascii="Times New Roman" w:hAnsi="Times New Roman" w:eastAsia="宋体"/>
          <w:b/>
          <w:sz w:val="28"/>
        </w:rPr>
        <w:t>二、异议受理</w:t>
      </w:r>
    </w:p>
    <w:p>
      <w:pPr>
        <w:spacing w:after="80" w:lineRule="auto" w:line="360"/>
        <w:ind w:firstLine="482"/>
        <w:jc w:val="both"/>
      </w:pPr>
      <w:r>
        <w:rPr>
          <w:rFonts w:ascii="Times New Roman" w:hAnsi="Times New Roman" w:eastAsia="宋体"/>
          <w:b w:val="0"/>
          <w:sz w:val="24"/>
        </w:rPr>
        <w:t>1. 如对公示结果有异议，可向机电工程学院2026年推荐优秀应届本科毕业生免试攻读研究生工作领导小组反映。</w:t>
      </w:r>
    </w:p>
    <w:p>
      <w:pPr>
        <w:spacing w:after="80" w:lineRule="auto" w:line="360"/>
        <w:ind w:firstLine="482"/>
        <w:jc w:val="both"/>
      </w:pPr>
      <w:r>
        <w:rPr>
          <w:rFonts w:ascii="Times New Roman" w:hAnsi="Times New Roman" w:eastAsia="宋体"/>
          <w:b w:val="0"/>
          <w:sz w:val="24"/>
        </w:rPr>
        <w:t>2. 反映方式：请以书面形式并署真实姓名和联系方式，不署真实姓名、不留联系方式的，不予受理。</w:t>
      </w:r>
    </w:p>
    <w:p>
      <w:pPr>
        <w:spacing w:after="80" w:lineRule="auto" w:line="360"/>
        <w:ind w:firstLine="482"/>
        <w:jc w:val="both"/>
      </w:pPr>
      <w:r>
        <w:rPr>
          <w:rFonts w:ascii="Times New Roman" w:hAnsi="Times New Roman" w:eastAsia="宋体"/>
          <w:b w:val="0"/>
          <w:sz w:val="24"/>
        </w:rPr>
        <w:t>3. 联系地址：机电楼402学生工作办公室。</w:t>
      </w:r>
    </w:p>
    <w:p>
      <w:pPr>
        <w:spacing w:after="80" w:lineRule="auto" w:line="360"/>
        <w:ind w:firstLine="482"/>
        <w:jc w:val="both"/>
      </w:pPr>
      <w:r>
        <w:rPr>
          <w:rFonts w:ascii="Times New Roman" w:hAnsi="Times New Roman" w:eastAsia="宋体"/>
          <w:b w:val="0"/>
          <w:sz w:val="24"/>
        </w:rPr>
        <w:t>4. 联系电话：（0773）3567328。</w:t>
      </w:r>
    </w:p>
    <w:p>
      <w:pPr>
        <w:spacing w:after="80" w:lineRule="auto" w:line="360"/>
        <w:ind w:firstLine="482"/>
        <w:jc w:val="both"/>
      </w:pPr>
      <w:r>
        <w:rPr>
          <w:rFonts w:ascii="Times New Roman" w:hAnsi="Times New Roman" w:eastAsia="宋体"/>
          <w:b w:val="0"/>
          <w:sz w:val="24"/>
        </w:rPr>
        <w:t>5. 邮箱：839614115@qq.com。</w:t>
      </w:r>
    </w:p>
    <w:p>
      <w:pPr>
        <w:spacing w:before="160" w:after="80" w:lineRule="auto" w:line="360"/>
        <w:jc w:val="left"/>
      </w:pPr>
      <w:r>
        <w:rPr>
          <w:rFonts w:ascii="Times New Roman" w:hAnsi="Times New Roman" w:eastAsia="宋体"/>
          <w:b/>
          <w:sz w:val="28"/>
        </w:rPr>
        <w:t>三、纪委监督</w:t>
      </w:r>
    </w:p>
    <w:p>
      <w:pPr>
        <w:spacing w:after="80" w:lineRule="auto" w:line="360"/>
        <w:ind w:firstLine="482"/>
        <w:jc w:val="both"/>
      </w:pPr>
      <w:r>
        <w:rPr>
          <w:rFonts w:ascii="Times New Roman" w:hAnsi="Times New Roman" w:eastAsia="宋体"/>
          <w:b w:val="0"/>
          <w:sz w:val="24"/>
        </w:rPr>
        <w:t>1. 学院纪委对学院推免工作全程监督。</w:t>
      </w:r>
    </w:p>
    <w:p>
      <w:pPr>
        <w:spacing w:after="80" w:lineRule="auto" w:line="360"/>
        <w:ind w:firstLine="482"/>
        <w:jc w:val="both"/>
      </w:pPr>
      <w:r>
        <w:rPr>
          <w:rFonts w:ascii="Times New Roman" w:hAnsi="Times New Roman" w:eastAsia="宋体"/>
          <w:b w:val="0"/>
          <w:sz w:val="24"/>
        </w:rPr>
        <w:t>2. 如发现机电工程学院2026年推荐优秀应届本科毕业生免试攻读研究生工作存在违规违纪情况，可向学院纪委举报。</w:t>
      </w:r>
    </w:p>
    <w:p>
      <w:pPr>
        <w:spacing w:after="80" w:lineRule="auto" w:line="360"/>
        <w:ind w:firstLine="482"/>
        <w:jc w:val="both"/>
      </w:pPr>
      <w:r>
        <w:rPr>
          <w:rFonts w:ascii="Times New Roman" w:hAnsi="Times New Roman" w:eastAsia="宋体"/>
          <w:b w:val="0"/>
          <w:sz w:val="24"/>
        </w:rPr>
        <w:t>3. 举报方式：将相关举报材料发送至电子邮箱 jub_guetdpt1@guet.edu.cn，纸质材料可交到机电楼414办公室，并署真实姓名和联系方式，否则不予受理。</w:t>
      </w:r>
    </w:p>
    <w:p>
      <w:pPr>
        <w:spacing w:after="80" w:lineRule="auto" w:line="360"/>
        <w:ind w:firstLine="482"/>
        <w:jc w:val="both"/>
      </w:pPr>
      <w:r>
        <w:rPr>
          <w:rFonts w:ascii="Times New Roman" w:hAnsi="Times New Roman" w:eastAsia="宋体"/>
          <w:b w:val="0"/>
          <w:sz w:val="24"/>
        </w:rPr>
        <w:t>机电工程学院</w:t>
      </w:r>
    </w:p>
    <w:p>
      <w:pPr>
        <w:spacing w:after="80" w:lineRule="auto" w:line="360"/>
        <w:ind w:firstLine="482"/>
        <w:jc w:val="both"/>
      </w:pPr>
      <w:r>
        <w:rPr>
          <w:rFonts w:ascii="Times New Roman" w:hAnsi="Times New Roman" w:eastAsia="宋体"/>
          <w:b w:val="0"/>
          <w:sz w:val="24"/>
        </w:rPr>
        <w:t>2025年9月9日</w:t>
      </w:r>
    </w:p>
    <w:p>
      <w:pPr>
        <w:spacing w:after="80" w:lineRule="auto" w:line="360"/>
        <w:ind w:firstLine="482"/>
        <w:jc w:val="both"/>
      </w:pPr>
      <w:r>
        <w:rPr>
          <w:rFonts w:ascii="Times New Roman" w:hAnsi="Times New Roman" w:eastAsia="宋体"/>
          <w:b w:val="0"/>
          <w:sz w:val="24"/>
        </w:rPr>
        <w:t>附件：机电工程学院2026年优秀应届本科毕业生免试攻读研究生拟推荐结果公示名单.pdf</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