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机电工程学院2026年优秀应届本科毕业生免试攻读研究生拟推荐结果公示名单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机电工程学院2026年优秀应届本科毕业生免试攻读研究生拟推荐结果公示名单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一、总体情况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名单为机电工程学院2026年优秀应届本科毕业生免试攻读研究生拟推荐结果，共38人。其中拟推荐26人，替补12人。涉及专业包括：机械设计制造及其自动化（卓越）、机械设计制造及其自动化、电气工程及其自动化、机械电子工程、电子封装技术、车辆工程、智能制造工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二、名单明细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学院名称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学生姓名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性别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学分绩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综合测评得分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最终得分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推荐类型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备注</w:t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周万达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机械设计制造及其自动化（卓越）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2200100432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61.72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严盈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机械设计制造及其自动化（卓越）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2200101027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77.7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61.29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胡文慧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机械设计制造及其自动化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2100630203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61.1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朱岩松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机械设计制造及其自动化（卓越）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2200100731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81.6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11.5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60.57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刘紫嫣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机械设计制造及其自动化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2200101001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76.8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56.16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李凯峥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2200120515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70.33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何洋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2200100808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34.8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68.89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苏富康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2200120519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68.34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陈仕智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2200120506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66.4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高杰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2200120510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87.3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66.21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黄橙子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2201020205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62.59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石玺阳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电气工程及其自动化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2201530103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5.5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61.43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楼丰川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2200100419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26.2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68.06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刘翠毅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2200100217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82.9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66.13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魏鹏烜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2200100327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80.5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61.81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刘子健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2201020212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81.6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60.54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李阳彬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2200100517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81.3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60.51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郎正阳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2200100313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79.3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59.95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谢家松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2200101024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59.4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杨晋杰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机械电子工程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2200100129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58.68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王鑫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2200140427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31.8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68.9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张俊杰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2200140431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67.3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薛容秋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2200140105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64.72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陈浩川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2200100104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18.7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64.48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蒋婉婷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2200140502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64.47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陈科睿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2200100105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82.5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20.3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63.84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过浙锋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2200140110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62.59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郑航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2200100230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62.4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梁国伟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2200100711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10.9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62.21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邓璇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2200140302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61.7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周华阳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电子封装技术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2200100431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60.4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李浩然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车辆工程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2200150113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66.98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黄雨竹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车辆工程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2200150102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66.26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欧祺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智能制造工程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2200160322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63.28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梁家涛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智能制造工程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2200160217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84.6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59.22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许飞扬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智能制造工程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2200160333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83.5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59.05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拟推荐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戴嘉怡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智能制造工程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2200160302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女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80.8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58.36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机电工程学院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钟源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智能制造工程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2200160335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81.6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58.32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替补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三、专业分布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机械设计制造及其自动化（卓越）：3人（拟推荐3人）。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机械设计制造及其自动化：2人（拟推荐2人）。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电气工程及其自动化：7人（拟推荐5人，替补2人）。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机械电子工程：8人（拟推荐4人，替补4人）。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电子封装技术：11人（拟推荐6人，替补5人）。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车辆工程：2人（拟推荐2人）。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智能制造工程：5人（拟推荐4人，替补1人）。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四、推荐类型统计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拟推荐：26人。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替补：12人。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名单列示学分绩、综合测评得分、最终得分三项量化指标，最终得分依据上述指标计算得出，并据此确定推荐类型（拟推荐/替补）。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六、公示说明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本名单为机电工程学院2026年优秀应届本科毕业生免试攻读研究生拟推荐结果公示名单。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