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人文学院推荐2026届优秀应届本科毕业生免试攻读硕士学位研究生工作实施细则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发布日期：2025-09-06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一、学院推免工作组织机构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推免工作领导小组：组长张贞、赵友法，成员包括曾丹、梅坤、谭竞男、何冬梅、刘贵华、李明、喻望珍。职责包括制定学院推免实施细则、组织遴选、确定初选与候补名单、受理申诉与监督全流程。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专家审核小组：组长曾丹，成员谭竞男、冯岭、何冬梅、刘贵华、李明、陆劲。职责为审核鉴定申请人论文、竞赛奖项，排除抄袭造假，对科研成果实行代表作评价。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二、推免对象及名额分配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推免对象为人文学院2026届本科毕业生（不含专升本、第二学士学位），须满足以下条件：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（1）拥护中国共产党领导，思想品德考核合格；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（2）第1-6学期修读所有课程无不及格记录，加权平均成绩排名在本专业前40%；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（3）全国大学英语四级不低于450分或六级不低于425分，或TOEFL不低于90分，或雅思（A类）不低于6.5分；小语种需达到相应要求；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（4）无考试作弊、学术不端及违法违纪记录；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（5）《国家学生体质健康标准》前3年平均成绩60分及以上（免测学生除外）；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（6）应征入伍立功退役复学计划推免生须在部队荣立二等功及以上奖励。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名额分配：汉语言文学4名（候补1名）、历史学2名（候补1名）、广告学2名（候补1名）。名额空缺时由候补依次替补，无替补名额由学校收回。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三、综合成绩计算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综合评定成绩=学业成绩评定总分×85%+素质成绩评定总分×15%；成绩相同者先比较学业成绩，再比较平均学分绩点。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学业成绩评定：取第1-6学期所有课程（不含辅修、微专业）加权平均成绩，以教务系统初修成绩为准。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素质成绩评定：涵盖学科竞赛、论文、参军入伍、志愿服务、国际组织实习等，具体细则见学校管理办法附件；同一方面多项加分只取一项，不单列计划或破格推荐。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四、推荐程序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实施细则公布与学生申请（9月6日—9月8日12:00）：符合条件学生自愿申请，提交材料并签署诚信承诺书，逾期视为放弃。材料清单包括：《江汉大学优秀应届本科毕业生免试攻读硕士学位研究生申请表》《2026届本科毕业生推免资格申请思想品德鉴定表》《2026届推荐优秀本科毕业生免试攻读研究生承诺书》《科研竞赛加分统计表》《综合素质加分统计表》、外语水平证明、素质成绩证明材料（原件及复印件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综合测评（9月8日—9月9日）：学院审核测评，按成绩排序确定拟推免名单。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初选名单公示（9月10日—9月12日）：在学院官网公示，报教务处审核，处理异议。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学校复审及名单公示（9月12日—9月19日）。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名单上报（9月20日）。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五、监督机制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院党委纪检委员全程监督。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实行回避制度：工作人员有亲属或利益相关人员报名须主动回避或报备，未按规定报备将严肃处理；学生未报备且影响公平者取消推免资格。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申诉渠道：咨询与申诉电话84227057转804、84733040转803（上午8:30-11:30，下午14:00-16:30）。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六、其他注意事项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推免生如有弄虚作假、论文抄袭、虚报成果、违纪违法、影响公平公正等行为，一经查实取消推免资格；已入学者取消学籍并记入诚信档案。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七、附则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学院可根据教育部推免文件精神变化及实际需要，对推免事宜进行调整或补充说明。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