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2022级各专业、班级：</w:t>
      </w:r>
    </w:p>
    <w:p>
      <w:r>
        <w:t>为做好我院2026年推荐优秀应届本科毕业生免试攻读硕士学位研究生工作（以下简称推免工作），现将有关事项通知如下：</w:t>
      </w:r>
    </w:p>
    <w:p>
      <w:r>
        <w:t>一、报名时间</w:t>
      </w:r>
    </w:p>
    <w:p>
      <w:r>
        <w:t>1、请各申报人将申报材料纸质版原件和复印件报送至各专业辅导员处，信息汇总表电子版发各专业辅导员汇总。</w:t>
      </w:r>
    </w:p>
    <w:p>
      <w:r>
        <w:t>2、各专业（班级）成立专业（班级）推免工作小组并公示，组长由专业（班级）辅导员担任，成员为班长、团支部书记、学习委员、体育委员和学生代表（坚持回避原则，提交推免申请同学不能参加工作组），负责通知公告、材料收集审核和初步评议。</w:t>
      </w:r>
    </w:p>
    <w:p>
      <w:r>
        <w:t>3、请各专业、班级汇总好初审材料，于2025年9月3日12:00前，将申报材料纸质版原件、复印件、信息汇总表电子版及纸质版（需辅导员签字确认）由辅导员统一报送至学院224办公室周国安老师处，逾期不再受理。</w:t>
      </w:r>
    </w:p>
    <w:p>
      <w:r>
        <w:t>二、具体要求</w:t>
      </w:r>
    </w:p>
    <w:p>
      <w:r>
        <w:t>（一）各申报人需提交班级工作小组的材料：</w:t>
      </w:r>
    </w:p>
    <w:p>
      <w:r>
        <w:t>1、工学院2026届本科生毕业生推免情况汇总表-电子版；</w:t>
      </w:r>
    </w:p>
    <w:p>
      <w:r>
        <w:t>2、申请人的四六级成绩单的原件和复印件，如原件丢失，请提供校教务处开具的四六级成绩证明原件和复印件；</w:t>
      </w:r>
    </w:p>
    <w:p>
      <w:r>
        <w:t>3、申请人的各类奖项证书原件和复印件（学科竞赛限校级以上，不含校级；文艺、体育活动包含校级证书）；</w:t>
      </w:r>
    </w:p>
    <w:p>
      <w:r>
        <w:t>4、如有论文、专利、其他科研成果等，请提供期刊原件和复印件、专利授予证书原件和复印件、其他相关证明材料原件和复印件等。另请准备好答辩用PPT等材料，学院预计9月4日对推免材料中科研论文、专利等组织公开答辩（时间地点另行通知）；</w:t>
      </w:r>
    </w:p>
    <w:p>
      <w:r>
        <w:t>5、成绩单由学院教学办公室统一时间集中打印提供，体测成绩由体育部统一导出，个人不需要提供。</w:t>
      </w:r>
    </w:p>
    <w:p>
      <w:r>
        <w:t>（二）注意事项：</w:t>
      </w:r>
    </w:p>
    <w:p>
      <w:r>
        <w:t>1、请各申报人在规定时间内上报材料，过时不予受理；</w:t>
      </w:r>
    </w:p>
    <w:p>
      <w:r>
        <w:t>2、申报人提供材料必须真实有效，如发现弄虚作假，一律取消申报资格，情节严重将追究当事人责任；</w:t>
      </w:r>
    </w:p>
    <w:p>
      <w:r>
        <w:t>3、汇总表等材料，请认真填写清楚，若有登记不清，责任自负。</w:t>
      </w:r>
    </w:p>
    <w:p>
      <w:r>
        <w:t>三、联系人</w:t>
      </w:r>
    </w:p>
    <w:p>
      <w:r>
        <w:t>推免联系人：周国安，联系电话：15715530596，QQ：2193720517。</w:t>
      </w:r>
    </w:p>
    <w:p>
      <w:r>
        <w:t>四、监督方式</w:t>
      </w:r>
    </w:p>
    <w:p>
      <w:r>
        <w:t>学院纪委：张璐，电话：65786317。</w:t>
      </w:r>
    </w:p>
    <w:p>
      <w:r>
        <w:t>纪委邮箱：gxyjw@ahau.edu.cn。</w:t>
      </w:r>
    </w:p>
    <w:p>
      <w:r>
        <w:t>安徽农业大学工学院</w:t>
      </w:r>
    </w:p>
    <w:p>
      <w:r>
        <w:t>2025年08月28日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