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土木与建筑学院推荐2026届优秀应届本科毕业生免试攻读硕士学位研究生工作实施方案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一、工作原则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发布日期（推定）：2025年8月28日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坚持以习近平新时代中国特色社会主义思想为指导，落实立德树人根本任务，坚持德智体美劳全面衡量，以德为先，思想品德考核不合格者不予推荐和录取。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二、推免工作领导小组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推免生遴选工作小组：组长张国栋、邓华锋，成员左清军、刘杰、李新哲、陈灯红、谢晓庆。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推免生遴选专家审核小组：组长陈灯红，分土木工程、地质工程、建筑学与城乡规划专业组，负责审核鉴定推免生特殊学术专长。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三、推荐条件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推免生类型包括普通推免生、共青团中央研究生支教团计划推免生、应征入伍立功退役复学计划推免生。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所有推免生基本条件：纳入国家普通本科招生计划录取的应届本科毕业生（不含专升本、第二学士学位、独立学院学生）；拥护党的领导，遵纪守法；成绩优秀，有创新意识和能力；无考试作弊和学术不端记录；无违法违纪处分记录；体质健康测试总评成绩60分及以上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普通推免生条件：前三年（五年制前四年）所修课程成绩均合格且必修课无补考记录，学分加权平均成绩排名专业前30%以内（含30%）；大学英语四级450分或六级425分以上，或小语种四级达标。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特殊学术专长学生：成绩排名可放宽至专业前40%，须在核心及以上期刊以独立或第一作者发表论文，或作为主力成员获国内权威科研竞赛三等奖以上，并获3名以上教授联名推荐。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成绩排名专业前2%且所在专业有推免指标的学生，直接获得推免资格。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6. 研究生支教团计划推免生：需满足学业条件，有较强工作能力和志愿服务经历；同等条件下优先推荐中共党员、主要学生干部、获“十大杰出青年”等。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7. 应征入伍立功退役复学计划推免生：在部队荣立二等功及以上奖励，退役后回校就读并能按时毕业。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四、推荐名额分配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78"/>
        <w:gridCol w:w="2878"/>
        <w:gridCol w:w="2878"/>
      </w:tblGrid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指标数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总指标内成绩排名2%直接推免最少名额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土木工程专业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15人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3人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地质工程专业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3人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1人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建筑学专业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3人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1人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城乡规划专业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2人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1人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合计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23人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6人</w:t>
            </w:r>
          </w:p>
        </w:tc>
      </w:tr>
    </w:tbl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