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公共管理学院推荐2026届优秀本科毕业生免试攻读研究生工作方案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发布日期：2025-09-03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一、工作目标与依据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本方案旨在推荐公共管理学院2026届优秀本科毕业生免试攻读研究生，依据国家和学校相关推免政策制定。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推免工作坚持公平、公正、公开原则，选拔综合素质优秀的应届本科毕业生。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申请人为公共管理学院2026届全日制应届本科毕业生。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符合学校规定的推免基本条件，包括学业成绩、思想品德、身心健康等方面的要求。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具体综合素质成绩评议细则详见附件《公共管理学院推荐2026届优秀本科毕业生免试攻读研究生综合素质成绩评议细则》。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三、申请流程与材料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申请人需填写《湖北大学优秀应届本科毕业生推荐免试攻读研究生报名申请表》（附件1）。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申请人需签署《湖北大学学生申请推荐免试攻读研究生承诺书》（附件2）。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申请人需提交《思想品德考核鉴定表》作为思想品德考核材料。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所有申请材料须按学院通知要求在规定时间内提交，逾期不予受理。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四、时间节点与名额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具体报名时间、材料提交截止时间及推免名额分配以学院后续通知为准。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推免工作全程接受监督，确保程序规范。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本方案由公共管理学院负责解释，具体事宜可咨询学院教学办公室。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相关附件材料可通过学院官网通知页面下载，网址：https://cpa.hubu.edu.cn/info/1022/8878.htm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