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化学化工学院2026年推荐优秀应届本科毕业生免试攻读研究生实施细则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本通知为化工院字〔2025〕8号文件，由化学化工学院发布，旨在规范2026年推荐优秀应届本科毕业生免试攻读研究生（推免）工作。依据国家及学校相关推免政策，结合学院实际情况制定本实施细则。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一、推荐条件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申请人须为化学化工学院2026年应届本科毕业生。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品行端正，无违法违纪记录，学术诚信良好。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学业成绩优秀，专业排名符合学校及学院规定的推免比例要求。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英语水平达到学校规定的推免外语要求（如CET-4或CET-6成绩达标）。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科研能力或实践成果突出者，在同等条件下优先推荐。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二、推荐流程与时间节点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学生申请：符合条件的学生按学院通知要求提交推免申请材料。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材料审核：学院对申请材料进行初审，核实成绩、排名及获奖情况。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综合考核：学院组织专家对通过初审的学生进行综合面试或考核。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名单公示：根据考核结果确定拟推荐名单，并在学院内公示，公示期不少于规定天数。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上报审批：公示无异议后，将推荐名单及相关材料上报学校研究生招生部门审批。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三、材料清单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《化学化工学院推免生申请表》（需本人签字）。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本科阶段成绩单（加盖教务部门公章）。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英语水平证明（如CET-4/CET-6成绩单复印件）。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获奖证书、科研成果、论文发表等证明材料复印件。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其他学院要求的补充材料。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四、联系方式与注意事项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学院地址：山东省淄博市张店区新村西路266号，化学化工学院。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联系电话：0533-2781664。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请申请人密切关注学院官网通知，按时提交材料，逾期不予受理。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本细则解释权归化学化工学院所有，未尽事宜按学校相关规定执行。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