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岭南学院关于2026届本科毕业生免试攻读研究生推荐资格公示的通知</w:t>
      </w:r>
    </w:p>
    <w:p>
      <w:r>
        <w:t>发布人：欧老师</w:t>
      </w:r>
    </w:p>
    <w:p>
      <w:r>
        <w:t>根据《中山大学推荐应届本科毕业生免试攻读研究生工作实施办法》（中大教务〔2025〕2号）和《岭南学院推免资格认定遴选细则》（岭南〔2025〕16号），经学生申请、学院审核，我院共50名同学符合推免基本要求，其中50名同学拟获免试攻读研究生推荐资格。现将名单予以公示。</w:t>
      </w:r>
    </w:p>
    <w:p>
      <w:r>
        <w:t>如有异议，请在公示期内实名向学院推免工作小组反馈，否则不予受理。</w:t>
      </w:r>
    </w:p>
    <w:p>
      <w:r>
        <w:t>公示时间：2025年9月9日- 9月15日</w:t>
      </w:r>
    </w:p>
    <w:p>
      <w:r>
        <w:t>联系电话：020-84113361（学院推免工作小组）</w:t>
      </w:r>
    </w:p>
    <w:p>
      <w:r>
        <w:t>020-84115582（校纪委、监察专员办）</w:t>
      </w:r>
    </w:p>
    <w:p>
      <w:r>
        <w:t>电子邮箱：oujm9@mail.sysu.edu.cn（学院推免工作小组）</w:t>
      </w:r>
    </w:p>
    <w:p>
      <w:r>
        <w:t>附件：拟推荐名单</w:t>
      </w:r>
    </w:p>
    <w:p>
      <w:r>
        <w:t>岭南学院</w:t>
      </w:r>
    </w:p>
    <w:p>
      <w:r>
        <w:t>2025年9月9日</w:t>
      </w:r>
    </w:p>
    <w:p>
      <w:r>
        <w:t>岭南学院2026届本科毕业生免试攻读研究生学位推荐名单.pdf</w:t>
      </w:r>
    </w:p>
    <w:p>
      <w:r>
        <w:t>地址：广州市新港西路135号中山大学岭南学院</w:t>
      </w:r>
    </w:p>
    <w:p>
      <w:r>
        <w:t>电话：020-84112190 邮编：510275</w:t>
      </w:r>
    </w:p>
    <w:p>
      <w:r>
        <w:t>技术支持：中山大学网络与信息技术中心</w:t>
      </w:r>
    </w:p>
    <w:p>
      <w:r>
        <w:t>© 中山大学岭南学院</w:t>
      </w:r>
    </w:p>
    <w:p>
      <w:r>
        <w:t>粤ICP备05008892号</w:t>
      </w:r>
    </w:p>
    <w:p>
      <w:r>
        <w:t>校内链接</w:t>
      </w:r>
    </w:p>
    <w:p>
      <w:r>
        <w:t>中山大学</w:t>
      </w:r>
    </w:p>
    <w:p>
      <w:r>
        <w:t>中山大学图书馆</w:t>
      </w:r>
    </w:p>
    <w:p>
      <w:r>
        <w:t>中山大学学生校园邮箱</w:t>
      </w:r>
    </w:p>
    <w:p>
      <w:r>
        <w:t>我的中大</w:t>
      </w:r>
    </w:p>
    <w:p>
      <w:r>
        <w:t>大学服务中心</w:t>
      </w:r>
    </w:p>
    <w:p>
      <w:r>
        <w:t>更多...本科教务系统研究生教育管理系统中山大学学报中山大学校友总会中山大学就业指导中心中山大学本科招生网网络与信息技术中心IT服务帮助台</w:t>
      </w:r>
    </w:p>
    <w:p>
      <w:r>
        <w:t>院内链接</w:t>
      </w:r>
    </w:p>
    <w:p>
      <w:r>
        <w:t>本科</w:t>
      </w:r>
    </w:p>
    <w:p>
      <w:r>
        <w:t>学术硕士</w:t>
      </w:r>
    </w:p>
    <w:p>
      <w:r>
        <w:t>博士</w:t>
      </w:r>
    </w:p>
    <w:p>
      <w:r>
        <w:t>专硕中心</w:t>
      </w:r>
    </w:p>
    <w:p>
      <w:r>
        <w:t>高层管理教育（EE）</w:t>
      </w:r>
    </w:p>
    <w:p>
      <w:r>
        <w:t>更多...</w:t>
      </w:r>
    </w:p>
    <w:p>
      <w:r>
        <w:t>CHEMBA项目</w:t>
      </w:r>
    </w:p>
    <w:p>
      <w:r>
        <w:t>国际商务全球硕士项目</w:t>
      </w:r>
    </w:p>
    <w:p>
      <w:r>
        <w:t>岭院师资</w:t>
      </w:r>
    </w:p>
    <w:p>
      <w:r>
        <w:t>国际交流</w:t>
      </w:r>
    </w:p>
    <w:p>
      <w:r>
        <w:t>学生工作</w:t>
      </w:r>
    </w:p>
    <w:p>
      <w:r>
        <w:t>岭南校友</w:t>
      </w:r>
    </w:p>
    <w:p>
      <w:r>
        <w:t>关于我们</w:t>
      </w:r>
    </w:p>
    <w:p>
      <w:r>
        <w:t>教育理念</w:t>
      </w:r>
    </w:p>
    <w:p>
      <w:r>
        <w:t>项目特色</w:t>
      </w:r>
    </w:p>
    <w:p>
      <w:r>
        <w:t>专业设置</w:t>
      </w:r>
    </w:p>
    <w:p>
      <w:r>
        <w:t>辅修</w:t>
      </w:r>
    </w:p>
    <w:p>
      <w:r>
        <w:t>师资力量</w:t>
      </w:r>
    </w:p>
    <w:p>
      <w:r>
        <w:t>论文导师</w:t>
      </w:r>
    </w:p>
    <w:p>
      <w:r>
        <w:t>教学管理</w:t>
      </w:r>
    </w:p>
    <w:p>
      <w:r>
        <w:t>学籍管理</w:t>
      </w:r>
    </w:p>
    <w:p>
      <w:r>
        <w:t>管理制度</w:t>
      </w:r>
    </w:p>
    <w:p>
      <w:r>
        <w:t>毕业与学位</w:t>
      </w:r>
    </w:p>
    <w:p>
      <w:r>
        <w:t>实习实践</w:t>
      </w:r>
    </w:p>
    <w:p>
      <w:r>
        <w:t>表格下载</w:t>
      </w:r>
    </w:p>
    <w:p>
      <w:r>
        <w:t>选课管理</w:t>
      </w:r>
    </w:p>
    <w:p>
      <w:r>
        <w:t>成绩管理</w:t>
      </w:r>
    </w:p>
    <w:p>
      <w:r>
        <w:t>学生科研</w:t>
      </w:r>
    </w:p>
    <w:p>
      <w:r>
        <w:t>项目类别</w:t>
      </w:r>
    </w:p>
    <w:p>
      <w:r>
        <w:t>项目管理</w:t>
      </w:r>
    </w:p>
    <w:p>
      <w:r>
        <w:t>项目通知</w:t>
      </w:r>
    </w:p>
    <w:p>
      <w:r>
        <w:t>学生竞赛</w:t>
      </w:r>
    </w:p>
    <w:p>
      <w:r>
        <w:t>国际交流</w:t>
      </w:r>
    </w:p>
    <w:p>
      <w:r>
        <w:t>学生服务</w:t>
      </w:r>
    </w:p>
    <w:p>
      <w:r>
        <w:t>招生信息</w:t>
      </w:r>
    </w:p>
    <w:p>
      <w:r>
        <w:t>招生计划与录取分数</w:t>
      </w:r>
    </w:p>
    <w:p>
      <w:r>
        <w:t>学费与资助</w:t>
      </w:r>
    </w:p>
    <w:p>
      <w:r>
        <w:t>中山大学招生网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