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关于2026年推免生拟录取名单公示及审核材料提交的通知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根据教育部《关于印发2026年全国硕士研究生招生工作管理规定的通知》（教学〔2025〕2号），我校2026年接收推免生攻读硕士研究生招生工作经复试考核，确定推免生拟录取名单，现予以公示。获得拟录取资格的考生，请在公示期内完成审核材料的提交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发布日期：2025年10月14日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一、审核材料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现实表现等材料（或档案审查意见）。现实表现材料（或档案审查意见）需由考生本人所在档案管理部门或工作所在单位的人事、政工部门加盖印章，可使用单位出具的材料或使用《遵义医科大学2026年推免研究生招生政审表》（详见附件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体检报告。所在地二级甲等及以上医院体检报告，体检项目详见网址：遵义医科大学拟录取硕士研究生体检项目的说明-遵义医科大学党委研究生工作部&amp;研究生院 (zmu.edu.cn)。考生将体检报告报送各复试小组审查，入学后须参加学校统一组织的体检复检。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二、提交方式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材料提交方式以各学科复试小组安排为准。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三、其他说明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2026年6月，请各位考生注意学校研究生网站相关通知，按通知要求完成《录取通知书》邮寄地址的填报及《调档函》的下载。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四、联系方式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邮 箱：zmuyjszs3406@163.com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遵义医科大学研究生招生办公室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2025年10月14日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专业代码：105101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专业名称：呼吸内科学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公示时间：2025年10月14日—10月20日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39"/>
        <w:gridCol w:w="1439"/>
        <w:gridCol w:w="1439"/>
        <w:gridCol w:w="1439"/>
        <w:gridCol w:w="1439"/>
        <w:gridCol w:w="1439"/>
      </w:tblGrid>
      <w:tr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序号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考生姓名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复试成绩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学位类型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指导教师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结果</w:t>
            </w:r>
          </w:p>
        </w:tc>
      </w:tr>
      <w:tr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唐佳丽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83.90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专业型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宗兆婧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拟录取</w:t>
            </w:r>
          </w:p>
        </w:tc>
      </w:tr>
      <w:tr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任秋璐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82.83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专业型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兰远波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拟录取</w:t>
            </w:r>
          </w:p>
        </w:tc>
      </w:tr>
      <w:tr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陈柔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78.00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专业型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廖世霞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拟录取</w:t>
            </w:r>
          </w:p>
        </w:tc>
      </w:tr>
      <w:tr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申丹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76.79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专业型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王涛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拟录取</w:t>
            </w:r>
          </w:p>
        </w:tc>
      </w:tr>
      <w:tr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宋仕莲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74.30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专业型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贺仁忠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拟录取</w:t>
            </w:r>
          </w:p>
        </w:tc>
      </w:tr>
    </w:tbl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