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药学院关于2026年优秀应届本科毕业生免试攻读硕士学位研究生拟推荐人选的公示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福建中医药大学2026年推荐优秀应届本科毕业生免试攻读研究生工作办法》、《福建中医药大学药学院推荐2026年优秀应届本科毕业生免试攻读硕士学位研究生实施方案》等文件精神，经学生个人申请，条件审核，学院研究，拟推荐以下26位同学为我院2026年优秀应届本科毕业生免试攻读研究生候选人选，现予以公示（按姓氏笔画排序）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发布日期：2025年9月8日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一、拟推荐人选名单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2022级中药学：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刘月英 李雨韵 吴 莹 陈碧玉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林诗涵 林嘉惠 俞榕榕 黄雪颖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赖燕珍 蔡妍欣 廖 彤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2022级药学：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丁中巧 李悦轩 李雯倩 林怡婷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林斯琴 郑晓熠 韩芮琪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2022级药物制剂：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张豪杰 赵雅婷 原卫家 潘玲馨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2022级食品科学与工程：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吴秋红 陈思延 张 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2022级制药工程：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吴接旭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二、公示时间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公示期为2025年9月8日至2025年9月10日。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三、异议受理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公示期间如有异议请与学院办公室、学院纪委联系。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学院辅导员办公室电话：0591-22861037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学院纪委电话：0591-22861322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邮政编码：350122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药学院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2025年9月8日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