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line="360" w:lineRule="auto" w:before="240" w:after="160"/>
        <w:ind w:firstLine="0"/>
        <w:jc w:val="center"/>
      </w:pPr>
      <w:r>
        <w:rPr>
          <w:rFonts w:ascii="Times New Roman" w:hAnsi="Times New Roman" w:eastAsia="宋体"/>
          <w:b/>
          <w:sz w:val="32"/>
        </w:rPr>
        <w:t>附件1：中山大学历史学系2026年预推免考核结果_0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中山大学历史学系2026 年预推免考核结果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中国古代史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姓名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报考专业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考核结果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拟录取专业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拟录取方向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李若洋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中国史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拟录取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中国史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隋唐史与敦煌学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邱依蕾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中国史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拟录取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中国史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明清史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林绿筱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中国史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拟录取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中国史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明清史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辛馨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中国史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拟录取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中国史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中国社会经济史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张含笑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中国史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拟录取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中国史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历史人类学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丁俊宇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中国史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拟录取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中国史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魏晋南北朝史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林晨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中国史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拟录取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中国史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隋唐史与敦煌学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李壤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中国史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拟录取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中国史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隋唐史与敦煌学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吴越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中国史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拟录取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中国史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历史地理学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黄芷芸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中国史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拟录取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中国史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宋辽金史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朱颖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中国史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拟录取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中国史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中国社会经济史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张懿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中国史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拟录取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中国史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隋唐史与敦煌学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安琪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中国史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拟候补录取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刘恒毓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中国史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拟候补录取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陈镜羽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中国史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拟候补录取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简宇翔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中国史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拟候补录取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史鹏玉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中国史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拟候补录取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高宁屿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中国史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拟候补录取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施宏杨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中国史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拟候补录取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罗明瑶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中国史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不予录取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孙雨欣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中国史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不予录取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中国近代史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姓名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报考专业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考核结果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拟录取专业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拟录取方向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谢锦华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中国史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拟录取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中国史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中国近代史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王子钰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中国史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拟录取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中国史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中国近代史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彭莹翀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中国史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拟录取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中国史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中国近代史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丁当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中国史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拟录取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中国史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中国近代史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吴雪蓉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中国史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拟录取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中国史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中国近代史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汪星雨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中国史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拟录取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中国史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中国近代史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霍骁畅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中国史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拟录取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中国史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中国近代史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葛欣悦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中国史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拟录取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中国史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中国近代史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李熠和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中国史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拟录取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中国史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中国近代史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黄若男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中国史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拟录取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中国史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中国近代史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钟康茵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中国史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拟候补录取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郑舒然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中国史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拟候补录取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熊孜屿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中国史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拟候补录取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陈湘琪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中国史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拟候补录取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徐子桁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中国史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拟候补录取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杨思源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中国史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不予录取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陈怡帆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中国史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不予录取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潘玉红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中国史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不予录取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杨怡婷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中国史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不予录取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世界史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姓名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报考专业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考核结果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拟录取专业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拟录取方向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吴俊熙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世界史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拟录取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世界史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世界近现代史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周安怡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世界史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拟录取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世界史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世界古代中古史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周伟珺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世界史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拟录取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世界史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世界近现代史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李铮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世界史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拟录取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世界史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世界近现代史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胡梓霖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世界史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拟录取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世界史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世界近现代史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梁若冰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世界史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拟录取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世界史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史学理论与外国史学史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陈彤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世界史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拟录取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世界史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世界近现代史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王诗瑜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世界史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拟录取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世界史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世界近现代史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王茂旭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世界史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拟录取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世界史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世界近现代史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贾静蕾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世界史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拟录取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世界史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世界近现代史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姚佰言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世界史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拟录取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世界史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世界地区国别史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仉景怡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世界史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拟候补录取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高铃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世界史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不予录取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林品茵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世界史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不予录取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博物馆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姓名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报考专业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考核结果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拟录取专业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拟录取方向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李玥颖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博物馆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拟录取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博物馆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不分方向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李祎丹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博物馆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拟录取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博物馆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不分方向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左惠玲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博物馆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拟录取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博物馆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不分方向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林琳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博物馆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拟录取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博物馆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不分方向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汪维婷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博物馆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拟录取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博物馆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不分方向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宋顺婕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博物馆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拟录取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博物馆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不分方向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王笛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博物馆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拟录取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博物馆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不分方向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陈泳欣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博物馆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拟录取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博物馆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不分方向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康子婧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博物馆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不予录取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陈子晗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博物馆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不予录取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陈逸桐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博物馆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不予录取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孙诗媛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博物馆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不予录取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俞慧圆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博物馆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不予录取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周锐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博物馆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不予录取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贾祎博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博物馆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不予录取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古怡萱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博物馆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不予录取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张子怡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博物馆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不予录取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牛梓源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博物馆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不予录取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文物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姓名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报考专业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考核结果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拟录取专业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拟录取方向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黄婷婷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文物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拟录取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文物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不分方向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曾心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文物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拟录取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文物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不分方向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张冬韵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文物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拟录取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文物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不分方向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徐妹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文物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拟录取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文物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不分方向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麦文佳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文物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拟录取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文物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不分方向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考古学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姓名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报考专业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考核结果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拟录取专业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拟录取方向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谢沁心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考古学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拟录取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考古学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考古学及博物馆学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秦祉祺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考古学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拟候补录取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施田田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考古学</w:t>
      </w:r>
    </w:p>
    <w:p>
      <w:pPr>
        <w:spacing w:line="360" w:lineRule="auto" w:before="120" w:after="60"/>
        <w:ind w:firstLine="0"/>
        <w:jc w:val="left"/>
      </w:pPr>
      <w:r>
        <w:rPr>
          <w:rFonts w:ascii="Times New Roman" w:hAnsi="Times New Roman" w:eastAsia="宋体"/>
          <w:b/>
          <w:sz w:val="24"/>
        </w:rPr>
        <w:t>拟候补录取</w:t>
      </w:r>
    </w:p>
    <w:sectPr w:rsidR="00FC693F" w:rsidRPr="0006063C" w:rsidSect="00034616">
      <w:pgSz w:w="12240" w:h="15840"/>
      <w:pgMar w:top="1440" w:right="1803" w:bottom="1440" w:left="180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