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光电材料与技术学院关于推荐2026届优秀本科应届毕业生免试攻读硕士研究生名单的公示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发布日期：2025-09-10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本公示为光电材料与技术学院关于推荐2026届优秀本科应届毕业生免试攻读硕士研究生名单的公示。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公示名单具体内容详见学院官网原网页或相关附件。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联系电话：027-84226806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发布者：韦道明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