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岭南学院2026届本科毕业生免试攻读研究生学位推荐名单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一、推荐名单概况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发布日期（推定）：2025年9月10日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本名单为岭南学院2026届本科毕业生免试攻读研究生学位推荐名单，按姓氏首字母排序。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名单共包含50名学生，所有学生备注均为“拟获免试攻读研究生推荐资格”。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二、推荐名单明细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58"/>
        <w:gridCol w:w="2158"/>
        <w:gridCol w:w="2158"/>
        <w:gridCol w:w="2158"/>
      </w:tblGrid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序号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姓名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学号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/>
                <w:sz w:val="21"/>
              </w:rPr>
              <w:t>备注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蔡晓彤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22327002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陈恒烨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22327006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陈佳纯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22327007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陈瑾嫣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22327008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陈如欣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21305322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丁海琳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22327026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董一诺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22327027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高艺菲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22317041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郭浚哲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22327031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胡安怡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22327039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黄翰雯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22365036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黄文隽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22327041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黎晟贤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22360118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李济同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22327055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李昕曈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22319049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李卓钺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22308093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连锦涛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22327062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连子鉴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22320068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19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林东烨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22308099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林俊哲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21305267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林鑫皓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22327069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刘思良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22327073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刘愉昕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22365070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刘湲桢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22328042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罗洋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22345053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倪好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22327079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欧阳涵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22317144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彭国轩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21305360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钱海洋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21303615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任姝霏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22364059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谭炜荣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22367032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汤旭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22327095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王涵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22320122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王迈克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22364067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王鹏博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22327099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王韵添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22317170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温悦君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22327107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文烨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22327108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39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翁兆平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22317176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谢嘉振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21306382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41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谢万欣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22327117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熊占山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22327118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徐恺然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22365123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张芃林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22327132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45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张孝严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22364086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张雲星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22327134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钟一希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21306406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周俊皓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22327140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49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邹欣宜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22327147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  <w:tr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50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左彬青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22327148</w:t>
            </w:r>
          </w:p>
        </w:tc>
        <w:tc>
          <w:tcPr>
            <w:tcW w:type="dxa" w:w="2158"/>
          </w:tcPr>
          <w:p>
            <w:pPr>
              <w:spacing w:after="20" w:before="20"/>
            </w:pPr>
            <w:r/>
            <w:r>
              <w:rPr>
                <w:rFonts w:ascii="Times New Roman" w:hAnsi="Times New Roman" w:eastAsia="宋体"/>
                <w:b w:val="0"/>
                <w:sz w:val="21"/>
              </w:rPr>
              <w:t>拟获免试攻读研究生推荐资格</w:t>
            </w:r>
          </w:p>
        </w:tc>
      </w:tr>
    </w:tbl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三、备注说明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本名单为推荐名单公示，具体免试资格以学校最终审核结果为准。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名单来源：中山大学岭南学院官网，网址：https://lingnan.sysu.edu.cn/undergraduateprogram/sites/default/files/2025-09/岭南学院2026届本科毕业生免试攻读研究生学位推荐名单.pdf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