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2026年推荐优秀应届本科毕业生免试攻读研究生拟录取考生名单公示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我校2026年推荐优秀应届本科毕业生免试攻读研究生考生复试工作已完成。根据教育部和宁夏教育考试院有关规定，现对拟录取考生名单予以公示。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发布日期（推定）：2025年9月26日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一、公示安排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公示时间：10月14日至10月23日。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异议反映：如有异议，请在公示期工作时间内向二级招生单位或研究生院反映。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二、受理单位联系方式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78"/>
        <w:gridCol w:w="2878"/>
        <w:gridCol w:w="2878"/>
      </w:tblGrid>
      <w:tr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名称</w:t>
            </w:r>
          </w:p>
        </w:tc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联系电话</w:t>
            </w:r>
          </w:p>
        </w:tc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邮箱</w:t>
            </w:r>
          </w:p>
        </w:tc>
      </w:tr>
      <w:tr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第一临床医学院（宁夏医科大学总医院）</w:t>
            </w:r>
          </w:p>
        </w:tc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0951-6744022</w:t>
            </w:r>
          </w:p>
        </w:tc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yjsgzbgs@163.com</w:t>
            </w:r>
          </w:p>
        </w:tc>
      </w:tr>
      <w:tr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公共卫生学院</w:t>
            </w:r>
          </w:p>
        </w:tc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0951-6980141</w:t>
            </w:r>
          </w:p>
        </w:tc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ggwszhaosheng@qq.com</w:t>
            </w:r>
          </w:p>
        </w:tc>
      </w:tr>
      <w:tr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中医学院</w:t>
            </w:r>
          </w:p>
        </w:tc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0951-6880526</w:t>
            </w:r>
          </w:p>
        </w:tc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zyxyyjsbgs@163.com</w:t>
            </w:r>
          </w:p>
        </w:tc>
      </w:tr>
      <w:tr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护理学院</w:t>
            </w:r>
          </w:p>
        </w:tc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0951-6880519</w:t>
            </w:r>
          </w:p>
        </w:tc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nxmu_hlxy@163.com</w:t>
            </w:r>
          </w:p>
        </w:tc>
      </w:tr>
      <w:tr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口腔医学院</w:t>
            </w:r>
          </w:p>
        </w:tc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17395095082</w:t>
            </w:r>
          </w:p>
        </w:tc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yanjiusheng_nxmu@163.com</w:t>
            </w:r>
          </w:p>
        </w:tc>
      </w:tr>
      <w:tr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药学院</w:t>
            </w:r>
          </w:p>
        </w:tc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0951-6880692</w:t>
            </w:r>
          </w:p>
        </w:tc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yxyyjsb@nxmu.edu.cn</w:t>
            </w:r>
          </w:p>
        </w:tc>
      </w:tr>
      <w:tr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第二临床医学院（银川市第一人民医院）</w:t>
            </w:r>
          </w:p>
        </w:tc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0951-6192223</w:t>
            </w:r>
          </w:p>
        </w:tc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nyd_delcyxy@163.com</w:t>
            </w:r>
          </w:p>
        </w:tc>
      </w:tr>
      <w:tr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第三临床医学院（宁夏回族自治区人民医院）</w:t>
            </w:r>
          </w:p>
        </w:tc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0951-5920219</w:t>
            </w:r>
          </w:p>
        </w:tc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dslcyxy013@163.com</w:t>
            </w:r>
          </w:p>
        </w:tc>
      </w:tr>
      <w:tr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国家卫生健康委员会代谢性心血管疾病研究重点实验室</w:t>
            </w:r>
          </w:p>
        </w:tc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0951-6880611</w:t>
            </w:r>
          </w:p>
        </w:tc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806368389@qq.com</w:t>
            </w:r>
          </w:p>
        </w:tc>
      </w:tr>
      <w:tr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研究生院</w:t>
            </w:r>
          </w:p>
        </w:tc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0951-6980183</w:t>
            </w:r>
          </w:p>
        </w:tc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yjsy@nxmu.edu.cn</w:t>
            </w:r>
          </w:p>
        </w:tc>
      </w:tr>
    </w:tbl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