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北京理工大学</w:t>
      </w:r>
    </w:p>
    <w:p>
      <w:r>
        <w:t>BEIJINGINSTITUTEOFTECHNOLOGY</w:t>
      </w:r>
    </w:p>
    <w:p>
      <w:r>
        <w:t>良乡校区平面示意图</w:t>
      </w:r>
    </w:p>
    <w:p>
      <w:r>
        <w:t>N</w:t>
      </w:r>
    </w:p>
    <w:p>
      <w:r>
        <w:t>地</w:t>
      </w:r>
    </w:p>
    <w:p>
      <w:r>
        <w:t>教学办公区域</w:t>
      </w:r>
    </w:p>
    <w:p>
      <w:r>
        <w:t>学生生活区域</w:t>
      </w:r>
    </w:p>
    <w:p>
      <w:r>
        <w:t>铁</w:t>
      </w:r>
    </w:p>
    <w:p>
      <w:r>
        <w:t>花国绿址区城</w:t>
      </w:r>
    </w:p>
    <w:p>
      <w:r>
        <w:t>原用车停车场</w:t>
      </w:r>
    </w:p>
    <w:p>
      <w:r>
        <w:t>自行车停车场</w:t>
      </w:r>
    </w:p>
    <w:p>
      <w:r>
        <w:t>限景区</w:t>
      </w:r>
    </w:p>
    <w:p>
      <w:r>
        <w:t>校车要车点</w:t>
      </w:r>
    </w:p>
    <w:p>
      <w:r>
        <w:t>食营：厅</w:t>
      </w:r>
    </w:p>
    <w:p>
      <w:r>
        <w:t>校压院</w:t>
      </w:r>
    </w:p>
    <w:p>
      <w:r>
        <w:t>C</w:t>
      </w:r>
    </w:p>
    <w:p>
      <w:r>
        <w:t>房</w:t>
      </w:r>
    </w:p>
    <w:p>
      <w:r>
        <w:t>住容设</w:t>
      </w:r>
    </w:p>
    <w:p>
      <w:r>
        <w:t>中国联通</w:t>
      </w:r>
    </w:p>
    <w:p>
      <w:r>
        <w:t>超市</w:t>
      </w:r>
    </w:p>
    <w:p>
      <w:r>
        <w:t>理发店</w:t>
      </w:r>
    </w:p>
    <w:p>
      <w:r>
        <w:t>山</w:t>
      </w:r>
    </w:p>
    <w:p>
      <w:r>
        <w:t>厅</w:t>
      </w:r>
    </w:p>
    <w:p>
      <w:r>
        <w:t>图银店</w:t>
      </w:r>
    </w:p>
    <w:p>
      <w:r>
        <w:t>D</w:t>
      </w:r>
    </w:p>
    <w:p>
      <w:r>
        <w:t>线</w:t>
      </w:r>
    </w:p>
    <w:p>
      <w:r>
        <w:t>良乡大学城北</w:t>
      </w:r>
    </w:p>
    <w:p>
      <w:r>
        <w:t>待建设区域</w:t>
      </w:r>
    </w:p>
    <w:p>
      <w:r>
        <w:t>H</w:t>
      </w:r>
    </w:p>
    <w:p>
      <w:r>
        <w:t>铁</w:t>
      </w:r>
    </w:p>
    <w:p>
      <w:r>
        <w:t>房</w:t>
      </w:r>
    </w:p>
    <w:p>
      <w:r>
        <w:t>良乡</w:t>
      </w:r>
    </w:p>
    <w:p>
      <w:r>
        <w:t>城</w:t>
      </w:r>
    </w:p>
    <w:p>
      <w:r>
        <w:t>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