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北京理工大学人工智能学院2026年接收推荐免试研究生拟录取名单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北京理工大学人工智能学院2026年接收推荐免试研究生拟录取名单，发布日期为2025年10月28日。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发布日期：2025年10月28日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一、名单人数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总计44人，分专业及录取类别明细如下：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58"/>
        <w:gridCol w:w="2158"/>
        <w:gridCol w:w="2158"/>
        <w:gridCol w:w="2158"/>
      </w:tblGrid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专业名称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专业代码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录取类别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人数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智能科学与技术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140500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直博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9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人工智能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085410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直博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7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智能科学与技术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140500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硕士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28</w:t>
            </w:r>
          </w:p>
        </w:tc>
      </w:tr>
    </w:tbl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二、涵盖专业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智能科学与技术（140500）、人工智能（085410），共2个专业。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三、排名/评分方式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原文未公示排名或评分方式。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四、公示期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原文未公示公示期。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五、其他重要说明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拟录取类别分为直博和硕士两类，其中直博16人、硕士28人。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