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重庆大学2027年推荐免试研究生（含直博生）招生预报名公告</w:t>
      </w:r>
    </w:p>
    <w:p>
      <w:pPr>
        <w:spacing w:after="80" w:lineRule="auto" w:line="360"/>
        <w:ind w:firstLine="482"/>
        <w:jc w:val="both"/>
      </w:pPr>
      <w:r>
        <w:rPr>
          <w:rFonts w:ascii="Times New Roman" w:hAnsi="Times New Roman" w:eastAsia="宋体"/>
          <w:b w:val="0"/>
          <w:sz w:val="24"/>
        </w:rPr>
        <w:t>重庆大学创办于1929年，是中央直管、教育部直属的全国重点大学，是国家“双一流”建设高校，是国家“985工程”和“211工程”重点建设高校。学校学科门类齐全，涵盖理、工、经、管、法、文、史、哲、医、教育、艺术、交叉学科12个学科门类。学校坐落于我国中西部地区唯一直辖市——“山水之城·美丽之地”的重庆。</w:t>
      </w:r>
    </w:p>
    <w:p>
      <w:pPr>
        <w:spacing w:after="80" w:lineRule="auto" w:line="360"/>
        <w:ind w:firstLine="482"/>
        <w:jc w:val="both"/>
      </w:pPr>
      <w:r>
        <w:rPr>
          <w:rFonts w:ascii="Times New Roman" w:hAnsi="Times New Roman" w:eastAsia="宋体"/>
          <w:b w:val="0"/>
          <w:sz w:val="24"/>
        </w:rPr>
        <w:t>发布日期（推定）：2025年9月21日</w:t>
      </w:r>
    </w:p>
    <w:p>
      <w:pPr>
        <w:spacing w:after="80" w:lineRule="auto" w:line="360"/>
        <w:ind w:firstLine="482"/>
        <w:jc w:val="both"/>
      </w:pPr>
      <w:r>
        <w:rPr>
          <w:rFonts w:ascii="Times New Roman" w:hAnsi="Times New Roman" w:eastAsia="宋体"/>
          <w:b w:val="0"/>
          <w:sz w:val="24"/>
        </w:rPr>
        <w:t>热忱欢迎2027届优秀本科毕业生免试攻读重庆大学研究生！</w:t>
      </w:r>
    </w:p>
    <w:p>
      <w:pPr>
        <w:spacing w:after="80" w:lineRule="auto" w:line="360"/>
        <w:ind w:firstLine="482"/>
        <w:jc w:val="both"/>
      </w:pPr>
      <w:r>
        <w:rPr>
          <w:rFonts w:ascii="Times New Roman" w:hAnsi="Times New Roman" w:eastAsia="宋体"/>
          <w:b w:val="0"/>
          <w:sz w:val="24"/>
        </w:rPr>
        <w:t>重庆大学2027年拟招收优秀应届本科毕业生免试攻读研究生（以下简称“推免生”）约2600名，类型包括学术学位、专业学位硕士生以及本科起点直接攻读博士学位研究生。</w:t>
      </w:r>
    </w:p>
    <w:p>
      <w:pPr>
        <w:spacing w:before="160" w:after="80" w:lineRule="auto" w:line="360"/>
        <w:jc w:val="left"/>
      </w:pPr>
      <w:r>
        <w:rPr>
          <w:rFonts w:ascii="Times New Roman" w:hAnsi="Times New Roman" w:eastAsia="宋体"/>
          <w:b/>
          <w:sz w:val="28"/>
        </w:rPr>
        <w:t>一、报名条件</w:t>
      </w:r>
    </w:p>
    <w:p>
      <w:pPr>
        <w:spacing w:after="80" w:lineRule="auto" w:line="360"/>
        <w:ind w:firstLine="482"/>
        <w:jc w:val="both"/>
      </w:pPr>
      <w:r>
        <w:rPr>
          <w:rFonts w:ascii="Times New Roman" w:hAnsi="Times New Roman" w:eastAsia="宋体"/>
          <w:b w:val="0"/>
          <w:sz w:val="24"/>
        </w:rPr>
        <w:t>1. 经教育部批准具有推荐免试攻读硕士学位研究生资格高校的2027届优秀本科生，手续完备，材料齐全。</w:t>
      </w:r>
    </w:p>
    <w:p>
      <w:pPr>
        <w:spacing w:after="80" w:lineRule="auto" w:line="360"/>
        <w:ind w:firstLine="482"/>
        <w:jc w:val="both"/>
      </w:pPr>
      <w:r>
        <w:rPr>
          <w:rFonts w:ascii="Times New Roman" w:hAnsi="Times New Roman" w:eastAsia="宋体"/>
          <w:b w:val="0"/>
          <w:sz w:val="24"/>
        </w:rPr>
        <w:t>2. 在校期间政治思想表现好，品德优良，诚实守信，学风端正，身心健康，勤奋好学，遵纪守法，无考试作弊、剽窃他人学术成果以及其他违纪违法受处分处罚记录。</w:t>
      </w:r>
    </w:p>
    <w:p>
      <w:pPr>
        <w:spacing w:after="80" w:lineRule="auto" w:line="360"/>
        <w:ind w:firstLine="482"/>
        <w:jc w:val="both"/>
      </w:pPr>
      <w:r>
        <w:rPr>
          <w:rFonts w:ascii="Times New Roman" w:hAnsi="Times New Roman" w:eastAsia="宋体"/>
          <w:b w:val="0"/>
          <w:sz w:val="24"/>
        </w:rPr>
        <w:t>3. 思维敏捷，创新意识强，具备综合分析问题和解决问题的能力，学习成绩优秀。</w:t>
      </w:r>
    </w:p>
    <w:p>
      <w:pPr>
        <w:spacing w:after="80" w:lineRule="auto" w:line="360"/>
        <w:ind w:firstLine="482"/>
        <w:jc w:val="both"/>
      </w:pPr>
      <w:r>
        <w:rPr>
          <w:rFonts w:ascii="Times New Roman" w:hAnsi="Times New Roman" w:eastAsia="宋体"/>
          <w:b w:val="0"/>
          <w:sz w:val="24"/>
        </w:rPr>
        <w:t>4. 本科阶段学习成绩突出，特别是专业成绩优异，专业排名位居前列，学术研究兴趣浓厚，具有较强的创新意识和科研能力。</w:t>
      </w:r>
    </w:p>
    <w:p>
      <w:pPr>
        <w:spacing w:before="160" w:after="80" w:lineRule="auto" w:line="360"/>
        <w:jc w:val="left"/>
      </w:pPr>
      <w:r>
        <w:rPr>
          <w:rFonts w:ascii="Times New Roman" w:hAnsi="Times New Roman" w:eastAsia="宋体"/>
          <w:b/>
          <w:sz w:val="28"/>
        </w:rPr>
        <w:t>二、招生专业</w:t>
      </w:r>
    </w:p>
    <w:p>
      <w:pPr>
        <w:spacing w:after="80" w:lineRule="auto" w:line="360"/>
        <w:ind w:firstLine="482"/>
        <w:jc w:val="both"/>
      </w:pPr>
      <w:r>
        <w:rPr>
          <w:rFonts w:ascii="Times New Roman" w:hAnsi="Times New Roman" w:eastAsia="宋体"/>
          <w:b w:val="0"/>
          <w:sz w:val="24"/>
        </w:rPr>
        <w:t>因我校2027年研究生招生专业目录还未正式公布，招生专业参见《重庆大学2026年硕士研究生招生专业目录》《重庆大学2026年博士研究生招生专业目录》中的全日制专业（2027年研究生招生专业如有调整，以调整后的专业为准）。</w:t>
      </w:r>
    </w:p>
    <w:p>
      <w:pPr>
        <w:spacing w:after="80" w:lineRule="auto" w:line="360"/>
        <w:ind w:firstLine="482"/>
        <w:jc w:val="both"/>
      </w:pPr>
      <w:r>
        <w:rPr>
          <w:rFonts w:ascii="Times New Roman" w:hAnsi="Times New Roman" w:eastAsia="宋体"/>
          <w:b w:val="0"/>
          <w:sz w:val="24"/>
        </w:rPr>
        <w:t>“国家优秀中小学教师培养计划”（国优计划）和“工程硕博士培养改革试点专项计划”（工程硕博士计划）招生专业将另行公布，请大家关注相关通知。</w:t>
      </w:r>
    </w:p>
    <w:p>
      <w:pPr>
        <w:spacing w:before="160" w:after="80" w:lineRule="auto" w:line="360"/>
        <w:jc w:val="left"/>
      </w:pPr>
      <w:r>
        <w:rPr>
          <w:rFonts w:ascii="Times New Roman" w:hAnsi="Times New Roman" w:eastAsia="宋体"/>
          <w:b/>
          <w:sz w:val="28"/>
        </w:rPr>
        <w:t>三、报名流程</w:t>
      </w:r>
    </w:p>
    <w:p>
      <w:pPr>
        <w:spacing w:after="80" w:lineRule="auto" w:line="360"/>
        <w:ind w:firstLine="482"/>
        <w:jc w:val="both"/>
      </w:pPr>
      <w:r>
        <w:rPr>
          <w:rFonts w:ascii="Times New Roman" w:hAnsi="Times New Roman" w:eastAsia="宋体"/>
          <w:b w:val="0"/>
          <w:sz w:val="24"/>
        </w:rPr>
        <w:t>1. 网络报名</w:t>
      </w:r>
    </w:p>
    <w:p>
      <w:pPr>
        <w:spacing w:after="80" w:lineRule="auto" w:line="360"/>
        <w:ind w:firstLine="482"/>
        <w:jc w:val="both"/>
      </w:pPr>
      <w:r>
        <w:rPr>
          <w:rFonts w:ascii="Times New Roman" w:hAnsi="Times New Roman" w:eastAsia="宋体"/>
          <w:b w:val="0"/>
          <w:sz w:val="24"/>
        </w:rPr>
        <w:t>凡符合上述报名条件，且有意愿报考我校的推免生，请登录“重庆大学研究生招生服务系统”（网址：http://syk.cqu.edu.cn），准确填写各项个人信息、报名院系专业及层次、提交相关申请材料，并根据学院通知在系统里面进行推免预报名。</w:t>
      </w:r>
    </w:p>
    <w:p>
      <w:pPr>
        <w:spacing w:after="80" w:lineRule="auto" w:line="360"/>
        <w:ind w:firstLine="482"/>
        <w:jc w:val="both"/>
      </w:pPr>
      <w:r>
        <w:rPr>
          <w:rFonts w:ascii="Times New Roman" w:hAnsi="Times New Roman" w:eastAsia="宋体"/>
          <w:b w:val="0"/>
          <w:sz w:val="24"/>
        </w:rPr>
        <w:t>（1）报名时间</w:t>
      </w:r>
    </w:p>
    <w:p>
      <w:pPr>
        <w:spacing w:after="80" w:lineRule="auto" w:line="360"/>
        <w:ind w:firstLine="482"/>
        <w:jc w:val="both"/>
      </w:pPr>
      <w:r>
        <w:rPr>
          <w:rFonts w:ascii="Times New Roman" w:hAnsi="Times New Roman" w:eastAsia="宋体"/>
          <w:b w:val="0"/>
          <w:sz w:val="24"/>
        </w:rPr>
        <w:t>重庆大学研究生招生服务系统开放时间为2026年6月23日10:00至2026年9月30日18:00。</w:t>
      </w:r>
    </w:p>
    <w:p>
      <w:pPr>
        <w:spacing w:after="80" w:lineRule="auto" w:line="360"/>
        <w:ind w:firstLine="482"/>
        <w:jc w:val="both"/>
      </w:pPr>
      <w:r>
        <w:rPr>
          <w:rFonts w:ascii="Times New Roman" w:hAnsi="Times New Roman" w:eastAsia="宋体"/>
          <w:b w:val="0"/>
          <w:sz w:val="24"/>
        </w:rPr>
        <w:t>各学院接收推免预报名的具体起止时间，请以“重庆大学研究生招生服务系统”内各学院设置和学院发布的相关通知为准。</w:t>
      </w:r>
    </w:p>
    <w:p>
      <w:pPr>
        <w:spacing w:after="80" w:lineRule="auto" w:line="360"/>
        <w:ind w:firstLine="482"/>
        <w:jc w:val="both"/>
      </w:pPr>
      <w:r>
        <w:rPr>
          <w:rFonts w:ascii="Times New Roman" w:hAnsi="Times New Roman" w:eastAsia="宋体"/>
          <w:b w:val="0"/>
          <w:sz w:val="24"/>
        </w:rPr>
        <w:t>（2）提交材料</w:t>
      </w:r>
    </w:p>
    <w:p>
      <w:pPr>
        <w:spacing w:after="80" w:lineRule="auto" w:line="360"/>
        <w:ind w:firstLine="482"/>
        <w:jc w:val="both"/>
      </w:pPr>
      <w:r>
        <w:rPr>
          <w:rFonts w:ascii="Times New Roman" w:hAnsi="Times New Roman" w:eastAsia="宋体"/>
          <w:b w:val="0"/>
          <w:sz w:val="24"/>
        </w:rPr>
        <w:t>学生提交的材料包含但不限于：大学本科阶段成绩单（须加盖学校教务处或院系公章）；外语水平证明（如CET-4、CET-6、TOEFL、IELTS等的证书或成绩单）；校级及以上获奖证书和公开发表的学术论文等证明自身能力的材料（如有）；其他证明材料（如有）。</w:t>
      </w:r>
    </w:p>
    <w:p>
      <w:pPr>
        <w:spacing w:after="80" w:lineRule="auto" w:line="360"/>
        <w:ind w:firstLine="482"/>
        <w:jc w:val="both"/>
      </w:pPr>
      <w:r>
        <w:rPr>
          <w:rFonts w:ascii="Times New Roman" w:hAnsi="Times New Roman" w:eastAsia="宋体"/>
          <w:b w:val="0"/>
          <w:sz w:val="24"/>
        </w:rPr>
        <w:t>2. 材料审核</w:t>
      </w:r>
    </w:p>
    <w:p>
      <w:pPr>
        <w:spacing w:after="80" w:lineRule="auto" w:line="360"/>
        <w:ind w:firstLine="482"/>
        <w:jc w:val="both"/>
      </w:pPr>
      <w:r>
        <w:rPr>
          <w:rFonts w:ascii="Times New Roman" w:hAnsi="Times New Roman" w:eastAsia="宋体"/>
          <w:b w:val="0"/>
          <w:sz w:val="24"/>
        </w:rPr>
        <w:t>各学院将根据报名情况审核个人信息和申请材料，并通过系统进行反馈。学生在提交报名申请后，请随时关注系统查询材料审核进度。</w:t>
      </w:r>
    </w:p>
    <w:p>
      <w:pPr>
        <w:spacing w:after="80" w:lineRule="auto" w:line="360"/>
        <w:ind w:firstLine="482"/>
        <w:jc w:val="both"/>
      </w:pPr>
      <w:r>
        <w:rPr>
          <w:rFonts w:ascii="Times New Roman" w:hAnsi="Times New Roman" w:eastAsia="宋体"/>
          <w:b w:val="0"/>
          <w:sz w:val="24"/>
        </w:rPr>
        <w:t>学校暑假期间，学院审核时间会延长，敬请谅解。</w:t>
      </w:r>
    </w:p>
    <w:p>
      <w:pPr>
        <w:spacing w:before="160" w:after="80" w:lineRule="auto" w:line="360"/>
        <w:jc w:val="left"/>
      </w:pPr>
      <w:r>
        <w:rPr>
          <w:rFonts w:ascii="Times New Roman" w:hAnsi="Times New Roman" w:eastAsia="宋体"/>
          <w:b/>
          <w:sz w:val="28"/>
        </w:rPr>
        <w:t>四、推免考核</w:t>
      </w:r>
    </w:p>
    <w:p>
      <w:pPr>
        <w:spacing w:after="80" w:lineRule="auto" w:line="360"/>
        <w:ind w:firstLine="482"/>
        <w:jc w:val="both"/>
      </w:pPr>
      <w:r>
        <w:rPr>
          <w:rFonts w:ascii="Times New Roman" w:hAnsi="Times New Roman" w:eastAsia="宋体"/>
          <w:b w:val="0"/>
          <w:sz w:val="24"/>
        </w:rPr>
        <w:t>凡通过审核的学生可按照所申请学院发布的推免考核实施细则（预计9月初发布）参加推免考核。</w:t>
      </w:r>
    </w:p>
    <w:p>
      <w:pPr>
        <w:spacing w:before="160" w:after="80" w:lineRule="auto" w:line="360"/>
        <w:jc w:val="left"/>
      </w:pPr>
      <w:r>
        <w:rPr>
          <w:rFonts w:ascii="Times New Roman" w:hAnsi="Times New Roman" w:eastAsia="宋体"/>
          <w:b/>
          <w:sz w:val="28"/>
        </w:rPr>
        <w:t>五、推免拟录取</w:t>
      </w:r>
    </w:p>
    <w:p>
      <w:pPr>
        <w:spacing w:after="80" w:lineRule="auto" w:line="360"/>
        <w:ind w:firstLine="482"/>
        <w:jc w:val="both"/>
      </w:pPr>
      <w:r>
        <w:rPr>
          <w:rFonts w:ascii="Times New Roman" w:hAnsi="Times New Roman" w:eastAsia="宋体"/>
          <w:b w:val="0"/>
          <w:sz w:val="24"/>
        </w:rPr>
        <w:t>凡考核合格且获得本校推免资格的“推免生”（含直博生），均须登录“全国推荐优秀应届本科毕业生免试攻读研究生信息公开暨管理服务系统”（网址：http://yz.chsi.com.cn/tm，开通时间详见中国研招网公告），按要求填报我校相关学院、专业，并完成相关待录取手续，直至系统显示“待录取”状态。拟录取名单预计于2026年10月下旬在重庆大学研究生招生信息网公示。</w:t>
      </w:r>
    </w:p>
    <w:p>
      <w:pPr>
        <w:spacing w:before="160" w:after="80" w:lineRule="auto" w:line="360"/>
        <w:jc w:val="left"/>
      </w:pPr>
      <w:r>
        <w:rPr>
          <w:rFonts w:ascii="Times New Roman" w:hAnsi="Times New Roman" w:eastAsia="宋体"/>
          <w:b/>
          <w:sz w:val="28"/>
        </w:rPr>
        <w:t>六、奖励政策</w:t>
      </w:r>
    </w:p>
    <w:p>
      <w:pPr>
        <w:spacing w:after="80" w:lineRule="auto" w:line="360"/>
        <w:ind w:firstLine="482"/>
        <w:jc w:val="both"/>
      </w:pPr>
      <w:r>
        <w:rPr>
          <w:rFonts w:ascii="Times New Roman" w:hAnsi="Times New Roman" w:eastAsia="宋体"/>
          <w:b w:val="0"/>
          <w:sz w:val="24"/>
        </w:rPr>
        <w:t>按照国家政策，研究生实行收费制度。学校将按照国家和重庆市的规定收取学费，同时向推免研究生提供以下奖、助学金：</w:t>
      </w:r>
    </w:p>
    <w:p>
      <w:pPr>
        <w:spacing w:after="80" w:lineRule="auto" w:line="360"/>
        <w:ind w:firstLine="482"/>
        <w:jc w:val="both"/>
      </w:pPr>
      <w:r>
        <w:rPr>
          <w:rFonts w:ascii="Times New Roman" w:hAnsi="Times New Roman" w:eastAsia="宋体"/>
          <w:b w:val="0"/>
          <w:sz w:val="24"/>
        </w:rPr>
        <w:t>1. 入学第一年可优先获得学校A等学业奖学金参评资格；在读期间可享受学校研究生助学金，具体以学校实施办法为准。</w:t>
      </w:r>
    </w:p>
    <w:p>
      <w:pPr>
        <w:spacing w:after="80" w:lineRule="auto" w:line="360"/>
        <w:ind w:firstLine="482"/>
        <w:jc w:val="both"/>
      </w:pPr>
      <w:r>
        <w:rPr>
          <w:rFonts w:ascii="Times New Roman" w:hAnsi="Times New Roman" w:eastAsia="宋体"/>
          <w:b w:val="0"/>
          <w:sz w:val="24"/>
        </w:rPr>
        <w:t>2. 直博生以及强基计划本研转段为博士研究生可以获得推免研究生奖学金。</w:t>
      </w:r>
    </w:p>
    <w:p>
      <w:pPr>
        <w:spacing w:after="80" w:lineRule="auto" w:line="360"/>
        <w:ind w:firstLine="482"/>
        <w:jc w:val="both"/>
      </w:pPr>
      <w:r>
        <w:rPr>
          <w:rFonts w:ascii="Times New Roman" w:hAnsi="Times New Roman" w:eastAsia="宋体"/>
          <w:b w:val="0"/>
          <w:sz w:val="24"/>
        </w:rPr>
        <w:t>3. 在读期间可优先获得学校研究生创新计划项目等研究生科研资助项目支持。</w:t>
      </w:r>
    </w:p>
    <w:p>
      <w:pPr>
        <w:spacing w:after="80" w:lineRule="auto" w:line="360"/>
        <w:ind w:firstLine="482"/>
        <w:jc w:val="both"/>
      </w:pPr>
      <w:r>
        <w:rPr>
          <w:rFonts w:ascii="Times New Roman" w:hAnsi="Times New Roman" w:eastAsia="宋体"/>
          <w:b w:val="0"/>
          <w:sz w:val="24"/>
        </w:rPr>
        <w:t>4. 现有奖助政策如有调整，或新增其他奖助学金政策将另行通知。</w:t>
      </w:r>
    </w:p>
    <w:p>
      <w:pPr>
        <w:spacing w:before="160" w:after="80" w:lineRule="auto" w:line="360"/>
        <w:jc w:val="left"/>
      </w:pPr>
      <w:r>
        <w:rPr>
          <w:rFonts w:ascii="Times New Roman" w:hAnsi="Times New Roman" w:eastAsia="宋体"/>
          <w:b/>
          <w:sz w:val="28"/>
        </w:rPr>
        <w:t>七、其他说明</w:t>
      </w:r>
    </w:p>
    <w:p>
      <w:pPr>
        <w:spacing w:after="80" w:lineRule="auto" w:line="360"/>
        <w:ind w:firstLine="482"/>
        <w:jc w:val="both"/>
      </w:pPr>
      <w:r>
        <w:rPr>
          <w:rFonts w:ascii="Times New Roman" w:hAnsi="Times New Roman" w:eastAsia="宋体"/>
          <w:b w:val="0"/>
          <w:sz w:val="24"/>
        </w:rPr>
        <w:t>1. 对于提供虚假报考信息或不符合报考条件的考生，一经查实，即取消录取资格、入学资格或学籍，直至撤销学历及学位，且责任由考生本人承担。</w:t>
      </w:r>
    </w:p>
    <w:p>
      <w:pPr>
        <w:spacing w:after="80" w:lineRule="auto" w:line="360"/>
        <w:ind w:firstLine="482"/>
        <w:jc w:val="both"/>
      </w:pPr>
      <w:r>
        <w:rPr>
          <w:rFonts w:ascii="Times New Roman" w:hAnsi="Times New Roman" w:eastAsia="宋体"/>
          <w:b w:val="0"/>
          <w:sz w:val="24"/>
        </w:rPr>
        <w:t>2. 如国家出台新的研究生招生政策，我校将做相应调整并及时公布。</w:t>
      </w:r>
    </w:p>
    <w:p>
      <w:pPr>
        <w:spacing w:after="80" w:lineRule="auto" w:line="360"/>
        <w:ind w:firstLine="482"/>
        <w:jc w:val="both"/>
      </w:pPr>
      <w:r>
        <w:rPr>
          <w:rFonts w:ascii="Times New Roman" w:hAnsi="Times New Roman" w:eastAsia="宋体"/>
          <w:b w:val="0"/>
          <w:sz w:val="24"/>
        </w:rPr>
        <w:t>3. 本公告解释权归重庆大学研究生招生办公室所有。</w:t>
      </w:r>
    </w:p>
    <w:p>
      <w:pPr>
        <w:spacing w:after="80" w:lineRule="auto" w:line="360"/>
        <w:ind w:firstLine="482"/>
        <w:jc w:val="both"/>
      </w:pPr>
      <w:r>
        <w:rPr>
          <w:rFonts w:ascii="Times New Roman" w:hAnsi="Times New Roman" w:eastAsia="宋体"/>
          <w:b w:val="0"/>
          <w:sz w:val="24"/>
        </w:rPr>
        <w:t>重庆大学研究生招生办公室</w:t>
      </w:r>
    </w:p>
    <w:p>
      <w:pPr>
        <w:spacing w:after="80" w:lineRule="auto" w:line="360"/>
        <w:ind w:firstLine="482"/>
        <w:jc w:val="both"/>
      </w:pPr>
      <w:r>
        <w:rPr>
          <w:rFonts w:ascii="Times New Roman" w:hAnsi="Times New Roman" w:eastAsia="宋体"/>
          <w:b w:val="0"/>
          <w:sz w:val="24"/>
        </w:rPr>
        <w:t>微信公众号</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