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0" w:after="240" w:lineRule="auto" w:line="360"/>
        <w:jc w:val="center"/>
      </w:pPr>
      <w:r>
        <w:rPr>
          <w:rFonts w:ascii="Times New Roman" w:hAnsi="Times New Roman" w:eastAsia="宋体"/>
          <w:b/>
          <w:sz w:val="32"/>
        </w:rPr>
        <w:t>2026年中央美术学院接收推免生拟录取结果信息表</w:t>
      </w:r>
    </w:p>
    <w:p>
      <w:pPr>
        <w:spacing w:after="80" w:lineRule="auto" w:line="360"/>
        <w:ind w:firstLine="482"/>
        <w:jc w:val="both"/>
      </w:pPr>
      <w:r>
        <w:rPr>
          <w:rFonts w:ascii="Times New Roman" w:hAnsi="Times New Roman" w:eastAsia="宋体"/>
          <w:b w:val="0"/>
          <w:sz w:val="24"/>
        </w:rPr>
        <w:t>2026年中央美术学院接收推免生拟录取结果信息表，共12页，本段为第1至第10页内容，累计公示拟录取推免生170人（第171条信息不完整，未计入）。</w:t>
      </w:r>
    </w:p>
    <w:p>
      <w:pPr>
        <w:spacing w:after="80" w:lineRule="auto" w:line="360"/>
        <w:ind w:firstLine="482"/>
        <w:jc w:val="both"/>
      </w:pPr>
      <w:r>
        <w:rPr>
          <w:rFonts w:ascii="Times New Roman" w:hAnsi="Times New Roman" w:eastAsia="宋体"/>
          <w:b w:val="0"/>
          <w:sz w:val="24"/>
        </w:rPr>
        <w:t>发布日期（推定）：2025年9月26日</w:t>
      </w:r>
    </w:p>
    <w:p>
      <w:pPr>
        <w:spacing w:before="160" w:after="80" w:lineRule="auto" w:line="360"/>
        <w:jc w:val="left"/>
      </w:pPr>
      <w:r>
        <w:rPr>
          <w:rFonts w:ascii="Times New Roman" w:hAnsi="Times New Roman" w:eastAsia="宋体"/>
          <w:b/>
          <w:sz w:val="28"/>
        </w:rPr>
        <w:t>九、拟录取名单明细</w:t>
      </w:r>
    </w:p>
    <w:tbl>
      <w:tblPr>
        <w:tblStyle w:val="TableGrid"/>
        <w:tblW w:type="auto" w:w="0"/>
        <w:jc w:val="center"/>
        <w:tblLook w:firstColumn="1" w:firstRow="1" w:lastColumn="0" w:lastRow="0" w:noHBand="0" w:noVBand="1" w:val="04A0"/>
      </w:tblPr>
      <w:tblGrid>
        <w:gridCol w:w="1727"/>
        <w:gridCol w:w="1727"/>
        <w:gridCol w:w="1727"/>
        <w:gridCol w:w="1727"/>
        <w:gridCol w:w="1727"/>
      </w:tblGrid>
      <w:tr>
        <w:tc>
          <w:tcPr>
            <w:tcW w:type="dxa" w:w="1727"/>
          </w:tcPr>
          <w:p>
            <w:pPr>
              <w:spacing w:after="20" w:before="20"/>
            </w:pPr>
            <w:r/>
            <w:r>
              <w:rPr>
                <w:rFonts w:ascii="Times New Roman" w:hAnsi="Times New Roman" w:eastAsia="宋体"/>
                <w:b/>
                <w:sz w:val="21"/>
              </w:rPr>
              <w:t>序号</w:t>
            </w:r>
          </w:p>
        </w:tc>
        <w:tc>
          <w:tcPr>
            <w:tcW w:type="dxa" w:w="1727"/>
          </w:tcPr>
          <w:p>
            <w:pPr>
              <w:spacing w:after="20" w:before="20"/>
            </w:pPr>
            <w:r/>
            <w:r>
              <w:rPr>
                <w:rFonts w:ascii="Times New Roman" w:hAnsi="Times New Roman" w:eastAsia="宋体"/>
                <w:b/>
                <w:sz w:val="21"/>
              </w:rPr>
              <w:t>姓名</w:t>
            </w:r>
          </w:p>
        </w:tc>
        <w:tc>
          <w:tcPr>
            <w:tcW w:type="dxa" w:w="1727"/>
          </w:tcPr>
          <w:p>
            <w:pPr>
              <w:spacing w:after="20" w:before="20"/>
            </w:pPr>
            <w:r/>
            <w:r>
              <w:rPr>
                <w:rFonts w:ascii="Times New Roman" w:hAnsi="Times New Roman" w:eastAsia="宋体"/>
                <w:b/>
                <w:sz w:val="21"/>
              </w:rPr>
              <w:t>推荐院系/院校</w:t>
            </w:r>
          </w:p>
        </w:tc>
        <w:tc>
          <w:tcPr>
            <w:tcW w:type="dxa" w:w="1727"/>
          </w:tcPr>
          <w:p>
            <w:pPr>
              <w:spacing w:after="20" w:before="20"/>
            </w:pPr>
            <w:r/>
            <w:r>
              <w:rPr>
                <w:rFonts w:ascii="Times New Roman" w:hAnsi="Times New Roman" w:eastAsia="宋体"/>
                <w:b/>
                <w:sz w:val="21"/>
              </w:rPr>
              <w:t>拟录取院系</w:t>
            </w:r>
          </w:p>
        </w:tc>
        <w:tc>
          <w:tcPr>
            <w:tcW w:type="dxa" w:w="1727"/>
          </w:tcPr>
          <w:p>
            <w:pPr>
              <w:spacing w:after="20" w:before="20"/>
            </w:pPr>
            <w:r/>
            <w:r>
              <w:rPr>
                <w:rFonts w:ascii="Times New Roman" w:hAnsi="Times New Roman" w:eastAsia="宋体"/>
                <w:b/>
                <w:sz w:val="21"/>
              </w:rPr>
              <w:t>拟录取研究方向</w:t>
            </w:r>
          </w:p>
        </w:tc>
      </w:tr>
      <w:tr>
        <w:tc>
          <w:tcPr>
            <w:tcW w:type="dxa" w:w="1727"/>
          </w:tcPr>
          <w:p>
            <w:pPr>
              <w:spacing w:after="20" w:before="20"/>
            </w:pPr>
            <w:r/>
            <w:r>
              <w:rPr>
                <w:rFonts w:ascii="Times New Roman" w:hAnsi="Times New Roman" w:eastAsia="宋体"/>
                <w:b w:val="0"/>
                <w:sz w:val="21"/>
              </w:rPr>
              <w:t>1</w:t>
            </w:r>
          </w:p>
        </w:tc>
        <w:tc>
          <w:tcPr>
            <w:tcW w:type="dxa" w:w="1727"/>
          </w:tcPr>
          <w:p>
            <w:pPr>
              <w:spacing w:after="20" w:before="20"/>
            </w:pPr>
            <w:r/>
            <w:r>
              <w:rPr>
                <w:rFonts w:ascii="Times New Roman" w:hAnsi="Times New Roman" w:eastAsia="宋体"/>
                <w:b w:val="0"/>
                <w:sz w:val="21"/>
              </w:rPr>
              <w:t>袁艺萌</w:t>
            </w:r>
          </w:p>
        </w:tc>
        <w:tc>
          <w:tcPr>
            <w:tcW w:type="dxa" w:w="1727"/>
          </w:tcPr>
          <w:p>
            <w:pPr>
              <w:spacing w:after="20" w:before="20"/>
            </w:pPr>
            <w:r/>
            <w:r>
              <w:rPr>
                <w:rFonts w:ascii="Times New Roman" w:hAnsi="Times New Roman" w:eastAsia="宋体"/>
                <w:b w:val="0"/>
                <w:sz w:val="21"/>
              </w:rPr>
              <w:t>中国画学院</w:t>
            </w:r>
          </w:p>
        </w:tc>
        <w:tc>
          <w:tcPr>
            <w:tcW w:type="dxa" w:w="1727"/>
          </w:tcPr>
          <w:p>
            <w:pPr>
              <w:spacing w:after="20" w:before="20"/>
            </w:pPr>
            <w:r/>
            <w:r>
              <w:rPr>
                <w:rFonts w:ascii="Times New Roman" w:hAnsi="Times New Roman" w:eastAsia="宋体"/>
                <w:b w:val="0"/>
                <w:sz w:val="21"/>
              </w:rPr>
              <w:t>中国画学院</w:t>
            </w:r>
          </w:p>
        </w:tc>
        <w:tc>
          <w:tcPr>
            <w:tcW w:type="dxa" w:w="1727"/>
          </w:tcPr>
          <w:p>
            <w:pPr>
              <w:spacing w:after="20" w:before="20"/>
            </w:pPr>
            <w:r/>
            <w:r>
              <w:rPr>
                <w:rFonts w:ascii="Times New Roman" w:hAnsi="Times New Roman" w:eastAsia="宋体"/>
                <w:b w:val="0"/>
                <w:sz w:val="21"/>
              </w:rPr>
              <w:t>02水墨人物画研究</w:t>
            </w:r>
          </w:p>
        </w:tc>
      </w:tr>
      <w:tr>
        <w:tc>
          <w:tcPr>
            <w:tcW w:type="dxa" w:w="1727"/>
          </w:tcPr>
          <w:p>
            <w:pPr>
              <w:spacing w:after="20" w:before="20"/>
            </w:pPr>
            <w:r/>
            <w:r>
              <w:rPr>
                <w:rFonts w:ascii="Times New Roman" w:hAnsi="Times New Roman" w:eastAsia="宋体"/>
                <w:b w:val="0"/>
                <w:sz w:val="21"/>
              </w:rPr>
              <w:t>2</w:t>
            </w:r>
          </w:p>
        </w:tc>
        <w:tc>
          <w:tcPr>
            <w:tcW w:type="dxa" w:w="1727"/>
          </w:tcPr>
          <w:p>
            <w:pPr>
              <w:spacing w:after="20" w:before="20"/>
            </w:pPr>
            <w:r/>
            <w:r>
              <w:rPr>
                <w:rFonts w:ascii="Times New Roman" w:hAnsi="Times New Roman" w:eastAsia="宋体"/>
                <w:b w:val="0"/>
                <w:sz w:val="21"/>
              </w:rPr>
              <w:t>刘威巍</w:t>
            </w:r>
          </w:p>
        </w:tc>
        <w:tc>
          <w:tcPr>
            <w:tcW w:type="dxa" w:w="1727"/>
          </w:tcPr>
          <w:p>
            <w:pPr>
              <w:spacing w:after="20" w:before="20"/>
            </w:pPr>
            <w:r/>
            <w:r>
              <w:rPr>
                <w:rFonts w:ascii="Times New Roman" w:hAnsi="Times New Roman" w:eastAsia="宋体"/>
                <w:b w:val="0"/>
                <w:sz w:val="21"/>
              </w:rPr>
              <w:t>中国画学院</w:t>
            </w:r>
          </w:p>
        </w:tc>
        <w:tc>
          <w:tcPr>
            <w:tcW w:type="dxa" w:w="1727"/>
          </w:tcPr>
          <w:p>
            <w:pPr>
              <w:spacing w:after="20" w:before="20"/>
            </w:pPr>
            <w:r/>
            <w:r>
              <w:rPr>
                <w:rFonts w:ascii="Times New Roman" w:hAnsi="Times New Roman" w:eastAsia="宋体"/>
                <w:b w:val="0"/>
                <w:sz w:val="21"/>
              </w:rPr>
              <w:t>中国画学院</w:t>
            </w:r>
          </w:p>
        </w:tc>
        <w:tc>
          <w:tcPr>
            <w:tcW w:type="dxa" w:w="1727"/>
          </w:tcPr>
          <w:p>
            <w:pPr>
              <w:spacing w:after="20" w:before="20"/>
            </w:pPr>
            <w:r/>
            <w:r>
              <w:rPr>
                <w:rFonts w:ascii="Times New Roman" w:hAnsi="Times New Roman" w:eastAsia="宋体"/>
                <w:b w:val="0"/>
                <w:sz w:val="21"/>
              </w:rPr>
              <w:t>07水墨人物画研究</w:t>
            </w:r>
          </w:p>
        </w:tc>
      </w:tr>
      <w:tr>
        <w:tc>
          <w:tcPr>
            <w:tcW w:type="dxa" w:w="1727"/>
          </w:tcPr>
          <w:p>
            <w:pPr>
              <w:spacing w:after="20" w:before="20"/>
            </w:pPr>
            <w:r/>
            <w:r>
              <w:rPr>
                <w:rFonts w:ascii="Times New Roman" w:hAnsi="Times New Roman" w:eastAsia="宋体"/>
                <w:b w:val="0"/>
                <w:sz w:val="21"/>
              </w:rPr>
              <w:t>3</w:t>
            </w:r>
          </w:p>
        </w:tc>
        <w:tc>
          <w:tcPr>
            <w:tcW w:type="dxa" w:w="1727"/>
          </w:tcPr>
          <w:p>
            <w:pPr>
              <w:spacing w:after="20" w:before="20"/>
            </w:pPr>
            <w:r/>
            <w:r>
              <w:rPr>
                <w:rFonts w:ascii="Times New Roman" w:hAnsi="Times New Roman" w:eastAsia="宋体"/>
                <w:b w:val="0"/>
                <w:sz w:val="21"/>
              </w:rPr>
              <w:t>高郝博岩</w:t>
            </w:r>
          </w:p>
        </w:tc>
        <w:tc>
          <w:tcPr>
            <w:tcW w:type="dxa" w:w="1727"/>
          </w:tcPr>
          <w:p>
            <w:pPr>
              <w:spacing w:after="20" w:before="20"/>
            </w:pPr>
            <w:r/>
            <w:r>
              <w:rPr>
                <w:rFonts w:ascii="Times New Roman" w:hAnsi="Times New Roman" w:eastAsia="宋体"/>
                <w:b w:val="0"/>
                <w:sz w:val="21"/>
              </w:rPr>
              <w:t>中国画学院</w:t>
            </w:r>
          </w:p>
        </w:tc>
        <w:tc>
          <w:tcPr>
            <w:tcW w:type="dxa" w:w="1727"/>
          </w:tcPr>
          <w:p>
            <w:pPr>
              <w:spacing w:after="20" w:before="20"/>
            </w:pPr>
            <w:r/>
            <w:r>
              <w:rPr>
                <w:rFonts w:ascii="Times New Roman" w:hAnsi="Times New Roman" w:eastAsia="宋体"/>
                <w:b w:val="0"/>
                <w:sz w:val="21"/>
              </w:rPr>
              <w:t>中国画学院</w:t>
            </w:r>
          </w:p>
        </w:tc>
        <w:tc>
          <w:tcPr>
            <w:tcW w:type="dxa" w:w="1727"/>
          </w:tcPr>
          <w:p>
            <w:pPr>
              <w:spacing w:after="20" w:before="20"/>
            </w:pPr>
            <w:r/>
            <w:r>
              <w:rPr>
                <w:rFonts w:ascii="Times New Roman" w:hAnsi="Times New Roman" w:eastAsia="宋体"/>
                <w:b w:val="0"/>
                <w:sz w:val="21"/>
              </w:rPr>
              <w:t>09工笔人物画研究</w:t>
            </w:r>
          </w:p>
        </w:tc>
      </w:tr>
      <w:tr>
        <w:tc>
          <w:tcPr>
            <w:tcW w:type="dxa" w:w="1727"/>
          </w:tcPr>
          <w:p>
            <w:pPr>
              <w:spacing w:after="20" w:before="20"/>
            </w:pPr>
            <w:r/>
            <w:r>
              <w:rPr>
                <w:rFonts w:ascii="Times New Roman" w:hAnsi="Times New Roman" w:eastAsia="宋体"/>
                <w:b w:val="0"/>
                <w:sz w:val="21"/>
              </w:rPr>
              <w:t>4</w:t>
            </w:r>
          </w:p>
        </w:tc>
        <w:tc>
          <w:tcPr>
            <w:tcW w:type="dxa" w:w="1727"/>
          </w:tcPr>
          <w:p>
            <w:pPr>
              <w:spacing w:after="20" w:before="20"/>
            </w:pPr>
            <w:r/>
            <w:r>
              <w:rPr>
                <w:rFonts w:ascii="Times New Roman" w:hAnsi="Times New Roman" w:eastAsia="宋体"/>
                <w:b w:val="0"/>
                <w:sz w:val="21"/>
              </w:rPr>
              <w:t>王靖凯</w:t>
            </w:r>
          </w:p>
        </w:tc>
        <w:tc>
          <w:tcPr>
            <w:tcW w:type="dxa" w:w="1727"/>
          </w:tcPr>
          <w:p>
            <w:pPr>
              <w:spacing w:after="20" w:before="20"/>
            </w:pPr>
            <w:r/>
            <w:r>
              <w:rPr>
                <w:rFonts w:ascii="Times New Roman" w:hAnsi="Times New Roman" w:eastAsia="宋体"/>
                <w:b w:val="0"/>
                <w:sz w:val="21"/>
              </w:rPr>
              <w:t>中国画学院</w:t>
            </w:r>
          </w:p>
        </w:tc>
        <w:tc>
          <w:tcPr>
            <w:tcW w:type="dxa" w:w="1727"/>
          </w:tcPr>
          <w:p>
            <w:pPr>
              <w:spacing w:after="20" w:before="20"/>
            </w:pPr>
            <w:r/>
            <w:r>
              <w:rPr>
                <w:rFonts w:ascii="Times New Roman" w:hAnsi="Times New Roman" w:eastAsia="宋体"/>
                <w:b w:val="0"/>
                <w:sz w:val="21"/>
              </w:rPr>
              <w:t>中国画学院</w:t>
            </w:r>
          </w:p>
        </w:tc>
        <w:tc>
          <w:tcPr>
            <w:tcW w:type="dxa" w:w="1727"/>
          </w:tcPr>
          <w:p>
            <w:pPr>
              <w:spacing w:after="20" w:before="20"/>
            </w:pPr>
            <w:r/>
            <w:r>
              <w:rPr>
                <w:rFonts w:ascii="Times New Roman" w:hAnsi="Times New Roman" w:eastAsia="宋体"/>
                <w:b w:val="0"/>
                <w:sz w:val="21"/>
              </w:rPr>
              <w:t>01水墨人物画研究</w:t>
            </w:r>
          </w:p>
        </w:tc>
      </w:tr>
      <w:tr>
        <w:tc>
          <w:tcPr>
            <w:tcW w:type="dxa" w:w="1727"/>
          </w:tcPr>
          <w:p>
            <w:pPr>
              <w:spacing w:after="20" w:before="20"/>
            </w:pPr>
            <w:r/>
            <w:r>
              <w:rPr>
                <w:rFonts w:ascii="Times New Roman" w:hAnsi="Times New Roman" w:eastAsia="宋体"/>
                <w:b w:val="0"/>
                <w:sz w:val="21"/>
              </w:rPr>
              <w:t>5</w:t>
            </w:r>
          </w:p>
        </w:tc>
        <w:tc>
          <w:tcPr>
            <w:tcW w:type="dxa" w:w="1727"/>
          </w:tcPr>
          <w:p>
            <w:pPr>
              <w:spacing w:after="20" w:before="20"/>
            </w:pPr>
            <w:r/>
            <w:r>
              <w:rPr>
                <w:rFonts w:ascii="Times New Roman" w:hAnsi="Times New Roman" w:eastAsia="宋体"/>
                <w:b w:val="0"/>
                <w:sz w:val="21"/>
              </w:rPr>
              <w:t>袁璋钰</w:t>
            </w:r>
          </w:p>
        </w:tc>
        <w:tc>
          <w:tcPr>
            <w:tcW w:type="dxa" w:w="1727"/>
          </w:tcPr>
          <w:p>
            <w:pPr>
              <w:spacing w:after="20" w:before="20"/>
            </w:pPr>
            <w:r/>
            <w:r>
              <w:rPr>
                <w:rFonts w:ascii="Times New Roman" w:hAnsi="Times New Roman" w:eastAsia="宋体"/>
                <w:b w:val="0"/>
                <w:sz w:val="21"/>
              </w:rPr>
              <w:t>中国画学院</w:t>
            </w:r>
          </w:p>
        </w:tc>
        <w:tc>
          <w:tcPr>
            <w:tcW w:type="dxa" w:w="1727"/>
          </w:tcPr>
          <w:p>
            <w:pPr>
              <w:spacing w:after="20" w:before="20"/>
            </w:pPr>
            <w:r/>
            <w:r>
              <w:rPr>
                <w:rFonts w:ascii="Times New Roman" w:hAnsi="Times New Roman" w:eastAsia="宋体"/>
                <w:b w:val="0"/>
                <w:sz w:val="21"/>
              </w:rPr>
              <w:t>中国画学院</w:t>
            </w:r>
          </w:p>
        </w:tc>
        <w:tc>
          <w:tcPr>
            <w:tcW w:type="dxa" w:w="1727"/>
          </w:tcPr>
          <w:p>
            <w:pPr>
              <w:spacing w:after="20" w:before="20"/>
            </w:pPr>
            <w:r/>
            <w:r>
              <w:rPr>
                <w:rFonts w:ascii="Times New Roman" w:hAnsi="Times New Roman" w:eastAsia="宋体"/>
                <w:b w:val="0"/>
                <w:sz w:val="21"/>
              </w:rPr>
              <w:t>05水墨人物画研究</w:t>
            </w:r>
          </w:p>
        </w:tc>
      </w:tr>
      <w:tr>
        <w:tc>
          <w:tcPr>
            <w:tcW w:type="dxa" w:w="1727"/>
          </w:tcPr>
          <w:p>
            <w:pPr>
              <w:spacing w:after="20" w:before="20"/>
            </w:pPr>
            <w:r/>
            <w:r>
              <w:rPr>
                <w:rFonts w:ascii="Times New Roman" w:hAnsi="Times New Roman" w:eastAsia="宋体"/>
                <w:b w:val="0"/>
                <w:sz w:val="21"/>
              </w:rPr>
              <w:t>6</w:t>
            </w:r>
          </w:p>
        </w:tc>
        <w:tc>
          <w:tcPr>
            <w:tcW w:type="dxa" w:w="1727"/>
          </w:tcPr>
          <w:p>
            <w:pPr>
              <w:spacing w:after="20" w:before="20"/>
            </w:pPr>
            <w:r/>
            <w:r>
              <w:rPr>
                <w:rFonts w:ascii="Times New Roman" w:hAnsi="Times New Roman" w:eastAsia="宋体"/>
                <w:b w:val="0"/>
                <w:sz w:val="21"/>
              </w:rPr>
              <w:t>万玢涵</w:t>
            </w:r>
          </w:p>
        </w:tc>
        <w:tc>
          <w:tcPr>
            <w:tcW w:type="dxa" w:w="1727"/>
          </w:tcPr>
          <w:p>
            <w:pPr>
              <w:spacing w:after="20" w:before="20"/>
            </w:pPr>
            <w:r/>
            <w:r>
              <w:rPr>
                <w:rFonts w:ascii="Times New Roman" w:hAnsi="Times New Roman" w:eastAsia="宋体"/>
                <w:b w:val="0"/>
                <w:sz w:val="21"/>
              </w:rPr>
              <w:t>中国画学院</w:t>
            </w:r>
          </w:p>
        </w:tc>
        <w:tc>
          <w:tcPr>
            <w:tcW w:type="dxa" w:w="1727"/>
          </w:tcPr>
          <w:p>
            <w:pPr>
              <w:spacing w:after="20" w:before="20"/>
            </w:pPr>
            <w:r/>
            <w:r>
              <w:rPr>
                <w:rFonts w:ascii="Times New Roman" w:hAnsi="Times New Roman" w:eastAsia="宋体"/>
                <w:b w:val="0"/>
                <w:sz w:val="21"/>
              </w:rPr>
              <w:t>中国画学院</w:t>
            </w:r>
          </w:p>
        </w:tc>
        <w:tc>
          <w:tcPr>
            <w:tcW w:type="dxa" w:w="1727"/>
          </w:tcPr>
          <w:p>
            <w:pPr>
              <w:spacing w:after="20" w:before="20"/>
            </w:pPr>
            <w:r/>
            <w:r>
              <w:rPr>
                <w:rFonts w:ascii="Times New Roman" w:hAnsi="Times New Roman" w:eastAsia="宋体"/>
                <w:b w:val="0"/>
                <w:sz w:val="21"/>
              </w:rPr>
              <w:t>10工笔人物画研究</w:t>
            </w:r>
          </w:p>
        </w:tc>
      </w:tr>
      <w:tr>
        <w:tc>
          <w:tcPr>
            <w:tcW w:type="dxa" w:w="1727"/>
          </w:tcPr>
          <w:p>
            <w:pPr>
              <w:spacing w:after="20" w:before="20"/>
            </w:pPr>
            <w:r/>
            <w:r>
              <w:rPr>
                <w:rFonts w:ascii="Times New Roman" w:hAnsi="Times New Roman" w:eastAsia="宋体"/>
                <w:b w:val="0"/>
                <w:sz w:val="21"/>
              </w:rPr>
              <w:t>7</w:t>
            </w:r>
          </w:p>
        </w:tc>
        <w:tc>
          <w:tcPr>
            <w:tcW w:type="dxa" w:w="1727"/>
          </w:tcPr>
          <w:p>
            <w:pPr>
              <w:spacing w:after="20" w:before="20"/>
            </w:pPr>
            <w:r/>
            <w:r>
              <w:rPr>
                <w:rFonts w:ascii="Times New Roman" w:hAnsi="Times New Roman" w:eastAsia="宋体"/>
                <w:b w:val="0"/>
                <w:sz w:val="21"/>
              </w:rPr>
              <w:t>金律成</w:t>
            </w:r>
          </w:p>
        </w:tc>
        <w:tc>
          <w:tcPr>
            <w:tcW w:type="dxa" w:w="1727"/>
          </w:tcPr>
          <w:p>
            <w:pPr>
              <w:spacing w:after="20" w:before="20"/>
            </w:pPr>
            <w:r/>
            <w:r>
              <w:rPr>
                <w:rFonts w:ascii="Times New Roman" w:hAnsi="Times New Roman" w:eastAsia="宋体"/>
                <w:b w:val="0"/>
                <w:sz w:val="21"/>
              </w:rPr>
              <w:t>中国画学院</w:t>
            </w:r>
          </w:p>
        </w:tc>
        <w:tc>
          <w:tcPr>
            <w:tcW w:type="dxa" w:w="1727"/>
          </w:tcPr>
          <w:p>
            <w:pPr>
              <w:spacing w:after="20" w:before="20"/>
            </w:pPr>
            <w:r/>
            <w:r>
              <w:rPr>
                <w:rFonts w:ascii="Times New Roman" w:hAnsi="Times New Roman" w:eastAsia="宋体"/>
                <w:b w:val="0"/>
                <w:sz w:val="21"/>
              </w:rPr>
              <w:t>中国画学院</w:t>
            </w:r>
          </w:p>
        </w:tc>
        <w:tc>
          <w:tcPr>
            <w:tcW w:type="dxa" w:w="1727"/>
          </w:tcPr>
          <w:p>
            <w:pPr>
              <w:spacing w:after="20" w:before="20"/>
            </w:pPr>
            <w:r/>
            <w:r>
              <w:rPr>
                <w:rFonts w:ascii="Times New Roman" w:hAnsi="Times New Roman" w:eastAsia="宋体"/>
                <w:b w:val="0"/>
                <w:sz w:val="21"/>
              </w:rPr>
              <w:t>18花鸟画研究</w:t>
            </w:r>
          </w:p>
        </w:tc>
      </w:tr>
      <w:tr>
        <w:tc>
          <w:tcPr>
            <w:tcW w:type="dxa" w:w="1727"/>
          </w:tcPr>
          <w:p>
            <w:pPr>
              <w:spacing w:after="20" w:before="20"/>
            </w:pPr>
            <w:r/>
            <w:r>
              <w:rPr>
                <w:rFonts w:ascii="Times New Roman" w:hAnsi="Times New Roman" w:eastAsia="宋体"/>
                <w:b w:val="0"/>
                <w:sz w:val="21"/>
              </w:rPr>
              <w:t>8</w:t>
            </w:r>
          </w:p>
        </w:tc>
        <w:tc>
          <w:tcPr>
            <w:tcW w:type="dxa" w:w="1727"/>
          </w:tcPr>
          <w:p>
            <w:pPr>
              <w:spacing w:after="20" w:before="20"/>
            </w:pPr>
            <w:r/>
            <w:r>
              <w:rPr>
                <w:rFonts w:ascii="Times New Roman" w:hAnsi="Times New Roman" w:eastAsia="宋体"/>
                <w:b w:val="0"/>
                <w:sz w:val="21"/>
              </w:rPr>
              <w:t>严祖儿</w:t>
            </w:r>
          </w:p>
        </w:tc>
        <w:tc>
          <w:tcPr>
            <w:tcW w:type="dxa" w:w="1727"/>
          </w:tcPr>
          <w:p>
            <w:pPr>
              <w:spacing w:after="20" w:before="20"/>
            </w:pPr>
            <w:r/>
            <w:r>
              <w:rPr>
                <w:rFonts w:ascii="Times New Roman" w:hAnsi="Times New Roman" w:eastAsia="宋体"/>
                <w:b w:val="0"/>
                <w:sz w:val="21"/>
              </w:rPr>
              <w:t>中国画学院</w:t>
            </w:r>
          </w:p>
        </w:tc>
        <w:tc>
          <w:tcPr>
            <w:tcW w:type="dxa" w:w="1727"/>
          </w:tcPr>
          <w:p>
            <w:pPr>
              <w:spacing w:after="20" w:before="20"/>
            </w:pPr>
            <w:r/>
            <w:r>
              <w:rPr>
                <w:rFonts w:ascii="Times New Roman" w:hAnsi="Times New Roman" w:eastAsia="宋体"/>
                <w:b w:val="0"/>
                <w:sz w:val="21"/>
              </w:rPr>
              <w:t>中国画学院</w:t>
            </w:r>
          </w:p>
        </w:tc>
        <w:tc>
          <w:tcPr>
            <w:tcW w:type="dxa" w:w="1727"/>
          </w:tcPr>
          <w:p>
            <w:pPr>
              <w:spacing w:after="20" w:before="20"/>
            </w:pPr>
            <w:r/>
            <w:r>
              <w:rPr>
                <w:rFonts w:ascii="Times New Roman" w:hAnsi="Times New Roman" w:eastAsia="宋体"/>
                <w:b w:val="0"/>
                <w:sz w:val="21"/>
              </w:rPr>
              <w:t>17山水画研究</w:t>
            </w:r>
          </w:p>
        </w:tc>
      </w:tr>
      <w:tr>
        <w:tc>
          <w:tcPr>
            <w:tcW w:type="dxa" w:w="1727"/>
          </w:tcPr>
          <w:p>
            <w:pPr>
              <w:spacing w:after="20" w:before="20"/>
            </w:pPr>
            <w:r/>
            <w:r>
              <w:rPr>
                <w:rFonts w:ascii="Times New Roman" w:hAnsi="Times New Roman" w:eastAsia="宋体"/>
                <w:b w:val="0"/>
                <w:sz w:val="21"/>
              </w:rPr>
              <w:t>9</w:t>
            </w:r>
          </w:p>
        </w:tc>
        <w:tc>
          <w:tcPr>
            <w:tcW w:type="dxa" w:w="1727"/>
          </w:tcPr>
          <w:p>
            <w:pPr>
              <w:spacing w:after="20" w:before="20"/>
            </w:pPr>
            <w:r/>
            <w:r>
              <w:rPr>
                <w:rFonts w:ascii="Times New Roman" w:hAnsi="Times New Roman" w:eastAsia="宋体"/>
                <w:b w:val="0"/>
                <w:sz w:val="21"/>
              </w:rPr>
              <w:t>郑冲</w:t>
            </w:r>
          </w:p>
        </w:tc>
        <w:tc>
          <w:tcPr>
            <w:tcW w:type="dxa" w:w="1727"/>
          </w:tcPr>
          <w:p>
            <w:pPr>
              <w:spacing w:after="20" w:before="20"/>
            </w:pPr>
            <w:r/>
            <w:r>
              <w:rPr>
                <w:rFonts w:ascii="Times New Roman" w:hAnsi="Times New Roman" w:eastAsia="宋体"/>
                <w:b w:val="0"/>
                <w:sz w:val="21"/>
              </w:rPr>
              <w:t>中国画学院</w:t>
            </w:r>
          </w:p>
        </w:tc>
        <w:tc>
          <w:tcPr>
            <w:tcW w:type="dxa" w:w="1727"/>
          </w:tcPr>
          <w:p>
            <w:pPr>
              <w:spacing w:after="20" w:before="20"/>
            </w:pPr>
            <w:r/>
            <w:r>
              <w:rPr>
                <w:rFonts w:ascii="Times New Roman" w:hAnsi="Times New Roman" w:eastAsia="宋体"/>
                <w:b w:val="0"/>
                <w:sz w:val="21"/>
              </w:rPr>
              <w:t>中国画学院</w:t>
            </w:r>
          </w:p>
        </w:tc>
        <w:tc>
          <w:tcPr>
            <w:tcW w:type="dxa" w:w="1727"/>
          </w:tcPr>
          <w:p>
            <w:pPr>
              <w:spacing w:after="20" w:before="20"/>
            </w:pPr>
            <w:r/>
            <w:r>
              <w:rPr>
                <w:rFonts w:ascii="Times New Roman" w:hAnsi="Times New Roman" w:eastAsia="宋体"/>
                <w:b w:val="0"/>
                <w:sz w:val="21"/>
              </w:rPr>
              <w:t>16山水画研究</w:t>
            </w:r>
          </w:p>
        </w:tc>
      </w:tr>
      <w:tr>
        <w:tc>
          <w:tcPr>
            <w:tcW w:type="dxa" w:w="1727"/>
          </w:tcPr>
          <w:p>
            <w:pPr>
              <w:spacing w:after="20" w:before="20"/>
            </w:pPr>
            <w:r/>
            <w:r>
              <w:rPr>
                <w:rFonts w:ascii="Times New Roman" w:hAnsi="Times New Roman" w:eastAsia="宋体"/>
                <w:b w:val="0"/>
                <w:sz w:val="21"/>
              </w:rPr>
              <w:t>10</w:t>
            </w:r>
          </w:p>
        </w:tc>
        <w:tc>
          <w:tcPr>
            <w:tcW w:type="dxa" w:w="1727"/>
          </w:tcPr>
          <w:p>
            <w:pPr>
              <w:spacing w:after="20" w:before="20"/>
            </w:pPr>
            <w:r/>
            <w:r>
              <w:rPr>
                <w:rFonts w:ascii="Times New Roman" w:hAnsi="Times New Roman" w:eastAsia="宋体"/>
                <w:b w:val="0"/>
                <w:sz w:val="21"/>
              </w:rPr>
              <w:t>李化如</w:t>
            </w:r>
          </w:p>
        </w:tc>
        <w:tc>
          <w:tcPr>
            <w:tcW w:type="dxa" w:w="1727"/>
          </w:tcPr>
          <w:p>
            <w:pPr>
              <w:spacing w:after="20" w:before="20"/>
            </w:pPr>
            <w:r/>
            <w:r>
              <w:rPr>
                <w:rFonts w:ascii="Times New Roman" w:hAnsi="Times New Roman" w:eastAsia="宋体"/>
                <w:b w:val="0"/>
                <w:sz w:val="21"/>
              </w:rPr>
              <w:t>中国画学院</w:t>
            </w:r>
          </w:p>
        </w:tc>
        <w:tc>
          <w:tcPr>
            <w:tcW w:type="dxa" w:w="1727"/>
          </w:tcPr>
          <w:p>
            <w:pPr>
              <w:spacing w:after="20" w:before="20"/>
            </w:pPr>
            <w:r/>
            <w:r>
              <w:rPr>
                <w:rFonts w:ascii="Times New Roman" w:hAnsi="Times New Roman" w:eastAsia="宋体"/>
                <w:b w:val="0"/>
                <w:sz w:val="21"/>
              </w:rPr>
              <w:t>中国画学院</w:t>
            </w:r>
          </w:p>
        </w:tc>
        <w:tc>
          <w:tcPr>
            <w:tcW w:type="dxa" w:w="1727"/>
          </w:tcPr>
          <w:p>
            <w:pPr>
              <w:spacing w:after="20" w:before="20"/>
            </w:pPr>
            <w:r/>
            <w:r>
              <w:rPr>
                <w:rFonts w:ascii="Times New Roman" w:hAnsi="Times New Roman" w:eastAsia="宋体"/>
                <w:b w:val="0"/>
                <w:sz w:val="21"/>
              </w:rPr>
              <w:t>19花鸟画研究</w:t>
            </w:r>
          </w:p>
        </w:tc>
      </w:tr>
      <w:tr>
        <w:tc>
          <w:tcPr>
            <w:tcW w:type="dxa" w:w="1727"/>
          </w:tcPr>
          <w:p>
            <w:pPr>
              <w:spacing w:after="20" w:before="20"/>
            </w:pPr>
            <w:r/>
            <w:r>
              <w:rPr>
                <w:rFonts w:ascii="Times New Roman" w:hAnsi="Times New Roman" w:eastAsia="宋体"/>
                <w:b w:val="0"/>
                <w:sz w:val="21"/>
              </w:rPr>
              <w:t>11</w:t>
            </w:r>
          </w:p>
        </w:tc>
        <w:tc>
          <w:tcPr>
            <w:tcW w:type="dxa" w:w="1727"/>
          </w:tcPr>
          <w:p>
            <w:pPr>
              <w:spacing w:after="20" w:before="20"/>
            </w:pPr>
            <w:r/>
            <w:r>
              <w:rPr>
                <w:rFonts w:ascii="Times New Roman" w:hAnsi="Times New Roman" w:eastAsia="宋体"/>
                <w:b w:val="0"/>
                <w:sz w:val="21"/>
              </w:rPr>
              <w:t>王飞</w:t>
            </w:r>
          </w:p>
        </w:tc>
        <w:tc>
          <w:tcPr>
            <w:tcW w:type="dxa" w:w="1727"/>
          </w:tcPr>
          <w:p>
            <w:pPr>
              <w:spacing w:after="20" w:before="20"/>
            </w:pPr>
            <w:r/>
            <w:r>
              <w:rPr>
                <w:rFonts w:ascii="Times New Roman" w:hAnsi="Times New Roman" w:eastAsia="宋体"/>
                <w:b w:val="0"/>
                <w:sz w:val="21"/>
              </w:rPr>
              <w:t>中国画学院</w:t>
            </w:r>
          </w:p>
        </w:tc>
        <w:tc>
          <w:tcPr>
            <w:tcW w:type="dxa" w:w="1727"/>
          </w:tcPr>
          <w:p>
            <w:pPr>
              <w:spacing w:after="20" w:before="20"/>
            </w:pPr>
            <w:r/>
            <w:r>
              <w:rPr>
                <w:rFonts w:ascii="Times New Roman" w:hAnsi="Times New Roman" w:eastAsia="宋体"/>
                <w:b w:val="0"/>
                <w:sz w:val="21"/>
              </w:rPr>
              <w:t>中国画学院</w:t>
            </w:r>
          </w:p>
        </w:tc>
        <w:tc>
          <w:tcPr>
            <w:tcW w:type="dxa" w:w="1727"/>
          </w:tcPr>
          <w:p>
            <w:pPr>
              <w:spacing w:after="20" w:before="20"/>
            </w:pPr>
            <w:r/>
            <w:r>
              <w:rPr>
                <w:rFonts w:ascii="Times New Roman" w:hAnsi="Times New Roman" w:eastAsia="宋体"/>
                <w:b w:val="0"/>
                <w:sz w:val="21"/>
              </w:rPr>
              <w:t>08工笔人物画研究</w:t>
            </w:r>
          </w:p>
        </w:tc>
      </w:tr>
      <w:tr>
        <w:tc>
          <w:tcPr>
            <w:tcW w:type="dxa" w:w="1727"/>
          </w:tcPr>
          <w:p>
            <w:pPr>
              <w:spacing w:after="20" w:before="20"/>
            </w:pPr>
            <w:r/>
            <w:r>
              <w:rPr>
                <w:rFonts w:ascii="Times New Roman" w:hAnsi="Times New Roman" w:eastAsia="宋体"/>
                <w:b w:val="0"/>
                <w:sz w:val="21"/>
              </w:rPr>
              <w:t>12</w:t>
            </w:r>
          </w:p>
        </w:tc>
        <w:tc>
          <w:tcPr>
            <w:tcW w:type="dxa" w:w="1727"/>
          </w:tcPr>
          <w:p>
            <w:pPr>
              <w:spacing w:after="20" w:before="20"/>
            </w:pPr>
            <w:r/>
            <w:r>
              <w:rPr>
                <w:rFonts w:ascii="Times New Roman" w:hAnsi="Times New Roman" w:eastAsia="宋体"/>
                <w:b w:val="0"/>
                <w:sz w:val="21"/>
              </w:rPr>
              <w:t>郑悦言</w:t>
            </w:r>
          </w:p>
        </w:tc>
        <w:tc>
          <w:tcPr>
            <w:tcW w:type="dxa" w:w="1727"/>
          </w:tcPr>
          <w:p>
            <w:pPr>
              <w:spacing w:after="20" w:before="20"/>
            </w:pPr>
            <w:r/>
            <w:r>
              <w:rPr>
                <w:rFonts w:ascii="Times New Roman" w:hAnsi="Times New Roman" w:eastAsia="宋体"/>
                <w:b w:val="0"/>
                <w:sz w:val="21"/>
              </w:rPr>
              <w:t>中国画学院</w:t>
            </w:r>
          </w:p>
        </w:tc>
        <w:tc>
          <w:tcPr>
            <w:tcW w:type="dxa" w:w="1727"/>
          </w:tcPr>
          <w:p>
            <w:pPr>
              <w:spacing w:after="20" w:before="20"/>
            </w:pPr>
            <w:r/>
            <w:r>
              <w:rPr>
                <w:rFonts w:ascii="Times New Roman" w:hAnsi="Times New Roman" w:eastAsia="宋体"/>
                <w:b w:val="0"/>
                <w:sz w:val="21"/>
              </w:rPr>
              <w:t>中国画学院</w:t>
            </w:r>
          </w:p>
        </w:tc>
        <w:tc>
          <w:tcPr>
            <w:tcW w:type="dxa" w:w="1727"/>
          </w:tcPr>
          <w:p>
            <w:pPr>
              <w:spacing w:after="20" w:before="20"/>
            </w:pPr>
            <w:r/>
            <w:r>
              <w:rPr>
                <w:rFonts w:ascii="Times New Roman" w:hAnsi="Times New Roman" w:eastAsia="宋体"/>
                <w:b w:val="0"/>
                <w:sz w:val="21"/>
              </w:rPr>
              <w:t>13山水画研究</w:t>
            </w:r>
          </w:p>
        </w:tc>
      </w:tr>
      <w:tr>
        <w:tc>
          <w:tcPr>
            <w:tcW w:type="dxa" w:w="1727"/>
          </w:tcPr>
          <w:p>
            <w:pPr>
              <w:spacing w:after="20" w:before="20"/>
            </w:pPr>
            <w:r/>
            <w:r>
              <w:rPr>
                <w:rFonts w:ascii="Times New Roman" w:hAnsi="Times New Roman" w:eastAsia="宋体"/>
                <w:b w:val="0"/>
                <w:sz w:val="21"/>
              </w:rPr>
              <w:t>13</w:t>
            </w:r>
          </w:p>
        </w:tc>
        <w:tc>
          <w:tcPr>
            <w:tcW w:type="dxa" w:w="1727"/>
          </w:tcPr>
          <w:p>
            <w:pPr>
              <w:spacing w:after="20" w:before="20"/>
            </w:pPr>
            <w:r/>
            <w:r>
              <w:rPr>
                <w:rFonts w:ascii="Times New Roman" w:hAnsi="Times New Roman" w:eastAsia="宋体"/>
                <w:b w:val="0"/>
                <w:sz w:val="21"/>
              </w:rPr>
              <w:t>阿毕雅斯</w:t>
            </w:r>
          </w:p>
        </w:tc>
        <w:tc>
          <w:tcPr>
            <w:tcW w:type="dxa" w:w="1727"/>
          </w:tcPr>
          <w:p>
            <w:pPr>
              <w:spacing w:after="20" w:before="20"/>
            </w:pPr>
            <w:r/>
            <w:r>
              <w:rPr>
                <w:rFonts w:ascii="Times New Roman" w:hAnsi="Times New Roman" w:eastAsia="宋体"/>
                <w:b w:val="0"/>
                <w:sz w:val="21"/>
              </w:rPr>
              <w:t>中国画学院</w:t>
            </w:r>
          </w:p>
        </w:tc>
        <w:tc>
          <w:tcPr>
            <w:tcW w:type="dxa" w:w="1727"/>
          </w:tcPr>
          <w:p>
            <w:pPr>
              <w:spacing w:after="20" w:before="20"/>
            </w:pPr>
            <w:r/>
            <w:r>
              <w:rPr>
                <w:rFonts w:ascii="Times New Roman" w:hAnsi="Times New Roman" w:eastAsia="宋体"/>
                <w:b w:val="0"/>
                <w:sz w:val="21"/>
              </w:rPr>
              <w:t>中国画学院</w:t>
            </w:r>
          </w:p>
        </w:tc>
        <w:tc>
          <w:tcPr>
            <w:tcW w:type="dxa" w:w="1727"/>
          </w:tcPr>
          <w:p>
            <w:pPr>
              <w:spacing w:after="20" w:before="20"/>
            </w:pPr>
            <w:r/>
            <w:r>
              <w:rPr>
                <w:rFonts w:ascii="Times New Roman" w:hAnsi="Times New Roman" w:eastAsia="宋体"/>
                <w:b w:val="0"/>
                <w:sz w:val="21"/>
              </w:rPr>
              <w:t>22中国画与书法比较研究</w:t>
            </w:r>
          </w:p>
        </w:tc>
      </w:tr>
      <w:tr>
        <w:tc>
          <w:tcPr>
            <w:tcW w:type="dxa" w:w="1727"/>
          </w:tcPr>
          <w:p>
            <w:pPr>
              <w:spacing w:after="20" w:before="20"/>
            </w:pPr>
            <w:r/>
            <w:r>
              <w:rPr>
                <w:rFonts w:ascii="Times New Roman" w:hAnsi="Times New Roman" w:eastAsia="宋体"/>
                <w:b w:val="0"/>
                <w:sz w:val="21"/>
              </w:rPr>
              <w:t>14</w:t>
            </w:r>
          </w:p>
        </w:tc>
        <w:tc>
          <w:tcPr>
            <w:tcW w:type="dxa" w:w="1727"/>
          </w:tcPr>
          <w:p>
            <w:pPr>
              <w:spacing w:after="20" w:before="20"/>
            </w:pPr>
            <w:r/>
            <w:r>
              <w:rPr>
                <w:rFonts w:ascii="Times New Roman" w:hAnsi="Times New Roman" w:eastAsia="宋体"/>
                <w:b w:val="0"/>
                <w:sz w:val="21"/>
              </w:rPr>
              <w:t>王基安</w:t>
            </w:r>
          </w:p>
        </w:tc>
        <w:tc>
          <w:tcPr>
            <w:tcW w:type="dxa" w:w="1727"/>
          </w:tcPr>
          <w:p>
            <w:pPr>
              <w:spacing w:after="20" w:before="20"/>
            </w:pPr>
            <w:r/>
            <w:r>
              <w:rPr>
                <w:rFonts w:ascii="Times New Roman" w:hAnsi="Times New Roman" w:eastAsia="宋体"/>
                <w:b w:val="0"/>
                <w:sz w:val="21"/>
              </w:rPr>
              <w:t>中国画学院</w:t>
            </w:r>
          </w:p>
        </w:tc>
        <w:tc>
          <w:tcPr>
            <w:tcW w:type="dxa" w:w="1727"/>
          </w:tcPr>
          <w:p>
            <w:pPr>
              <w:spacing w:after="20" w:before="20"/>
            </w:pPr>
            <w:r/>
            <w:r>
              <w:rPr>
                <w:rFonts w:ascii="Times New Roman" w:hAnsi="Times New Roman" w:eastAsia="宋体"/>
                <w:b w:val="0"/>
                <w:sz w:val="21"/>
              </w:rPr>
              <w:t>中国画学院</w:t>
            </w:r>
          </w:p>
        </w:tc>
        <w:tc>
          <w:tcPr>
            <w:tcW w:type="dxa" w:w="1727"/>
          </w:tcPr>
          <w:p>
            <w:pPr>
              <w:spacing w:after="20" w:before="20"/>
            </w:pPr>
            <w:r/>
            <w:r>
              <w:rPr>
                <w:rFonts w:ascii="Times New Roman" w:hAnsi="Times New Roman" w:eastAsia="宋体"/>
                <w:b w:val="0"/>
                <w:sz w:val="21"/>
              </w:rPr>
              <w:t>25水墨画与综合材料表现研究</w:t>
            </w:r>
          </w:p>
        </w:tc>
      </w:tr>
      <w:tr>
        <w:tc>
          <w:tcPr>
            <w:tcW w:type="dxa" w:w="1727"/>
          </w:tcPr>
          <w:p>
            <w:pPr>
              <w:spacing w:after="20" w:before="20"/>
            </w:pPr>
            <w:r/>
            <w:r>
              <w:rPr>
                <w:rFonts w:ascii="Times New Roman" w:hAnsi="Times New Roman" w:eastAsia="宋体"/>
                <w:b w:val="0"/>
                <w:sz w:val="21"/>
              </w:rPr>
              <w:t>15</w:t>
            </w:r>
          </w:p>
        </w:tc>
        <w:tc>
          <w:tcPr>
            <w:tcW w:type="dxa" w:w="1727"/>
          </w:tcPr>
          <w:p>
            <w:pPr>
              <w:spacing w:after="20" w:before="20"/>
            </w:pPr>
            <w:r/>
            <w:r>
              <w:rPr>
                <w:rFonts w:ascii="Times New Roman" w:hAnsi="Times New Roman" w:eastAsia="宋体"/>
                <w:b w:val="0"/>
                <w:sz w:val="21"/>
              </w:rPr>
              <w:t>李鹏威</w:t>
            </w:r>
          </w:p>
        </w:tc>
        <w:tc>
          <w:tcPr>
            <w:tcW w:type="dxa" w:w="1727"/>
          </w:tcPr>
          <w:p>
            <w:pPr>
              <w:spacing w:after="20" w:before="20"/>
            </w:pPr>
            <w:r/>
            <w:r>
              <w:rPr>
                <w:rFonts w:ascii="Times New Roman" w:hAnsi="Times New Roman" w:eastAsia="宋体"/>
                <w:b w:val="0"/>
                <w:sz w:val="21"/>
              </w:rPr>
              <w:t>油画系</w:t>
            </w:r>
          </w:p>
        </w:tc>
        <w:tc>
          <w:tcPr>
            <w:tcW w:type="dxa" w:w="1727"/>
          </w:tcPr>
          <w:p>
            <w:pPr>
              <w:spacing w:after="20" w:before="20"/>
            </w:pPr>
            <w:r/>
            <w:r>
              <w:rPr>
                <w:rFonts w:ascii="Times New Roman" w:hAnsi="Times New Roman" w:eastAsia="宋体"/>
                <w:b w:val="0"/>
                <w:sz w:val="21"/>
              </w:rPr>
              <w:t>油画系</w:t>
            </w:r>
          </w:p>
        </w:tc>
        <w:tc>
          <w:tcPr>
            <w:tcW w:type="dxa" w:w="1727"/>
          </w:tcPr>
          <w:p>
            <w:pPr>
              <w:spacing w:after="20" w:before="20"/>
            </w:pPr>
            <w:r/>
            <w:r>
              <w:rPr>
                <w:rFonts w:ascii="Times New Roman" w:hAnsi="Times New Roman" w:eastAsia="宋体"/>
                <w:b w:val="0"/>
                <w:sz w:val="21"/>
              </w:rPr>
              <w:t>02油画语言与当代表现研究</w:t>
            </w:r>
          </w:p>
        </w:tc>
      </w:tr>
      <w:tr>
        <w:tc>
          <w:tcPr>
            <w:tcW w:type="dxa" w:w="1727"/>
          </w:tcPr>
          <w:p>
            <w:pPr>
              <w:spacing w:after="20" w:before="20"/>
            </w:pPr>
            <w:r/>
            <w:r>
              <w:rPr>
                <w:rFonts w:ascii="Times New Roman" w:hAnsi="Times New Roman" w:eastAsia="宋体"/>
                <w:b w:val="0"/>
                <w:sz w:val="21"/>
              </w:rPr>
              <w:t>16</w:t>
            </w:r>
          </w:p>
        </w:tc>
        <w:tc>
          <w:tcPr>
            <w:tcW w:type="dxa" w:w="1727"/>
          </w:tcPr>
          <w:p>
            <w:pPr>
              <w:spacing w:after="20" w:before="20"/>
            </w:pPr>
            <w:r/>
            <w:r>
              <w:rPr>
                <w:rFonts w:ascii="Times New Roman" w:hAnsi="Times New Roman" w:eastAsia="宋体"/>
                <w:b w:val="0"/>
                <w:sz w:val="21"/>
              </w:rPr>
              <w:t>赵梓羽</w:t>
            </w:r>
          </w:p>
        </w:tc>
        <w:tc>
          <w:tcPr>
            <w:tcW w:type="dxa" w:w="1727"/>
          </w:tcPr>
          <w:p>
            <w:pPr>
              <w:spacing w:after="20" w:before="20"/>
            </w:pPr>
            <w:r/>
            <w:r>
              <w:rPr>
                <w:rFonts w:ascii="Times New Roman" w:hAnsi="Times New Roman" w:eastAsia="宋体"/>
                <w:b w:val="0"/>
                <w:sz w:val="21"/>
              </w:rPr>
              <w:t>油画系</w:t>
            </w:r>
          </w:p>
        </w:tc>
        <w:tc>
          <w:tcPr>
            <w:tcW w:type="dxa" w:w="1727"/>
          </w:tcPr>
          <w:p>
            <w:pPr>
              <w:spacing w:after="20" w:before="20"/>
            </w:pPr>
            <w:r/>
            <w:r>
              <w:rPr>
                <w:rFonts w:ascii="Times New Roman" w:hAnsi="Times New Roman" w:eastAsia="宋体"/>
                <w:b w:val="0"/>
                <w:sz w:val="21"/>
              </w:rPr>
              <w:t>油画系</w:t>
            </w:r>
          </w:p>
        </w:tc>
        <w:tc>
          <w:tcPr>
            <w:tcW w:type="dxa" w:w="1727"/>
          </w:tcPr>
          <w:p>
            <w:pPr>
              <w:spacing w:after="20" w:before="20"/>
            </w:pPr>
            <w:r/>
            <w:r>
              <w:rPr>
                <w:rFonts w:ascii="Times New Roman" w:hAnsi="Times New Roman" w:eastAsia="宋体"/>
                <w:b w:val="0"/>
                <w:sz w:val="21"/>
              </w:rPr>
              <w:t>07意象油画研究</w:t>
            </w:r>
          </w:p>
        </w:tc>
      </w:tr>
      <w:tr>
        <w:tc>
          <w:tcPr>
            <w:tcW w:type="dxa" w:w="1727"/>
          </w:tcPr>
          <w:p>
            <w:pPr>
              <w:spacing w:after="20" w:before="20"/>
            </w:pPr>
            <w:r/>
            <w:r>
              <w:rPr>
                <w:rFonts w:ascii="Times New Roman" w:hAnsi="Times New Roman" w:eastAsia="宋体"/>
                <w:b w:val="0"/>
                <w:sz w:val="21"/>
              </w:rPr>
              <w:t>17</w:t>
            </w:r>
          </w:p>
        </w:tc>
        <w:tc>
          <w:tcPr>
            <w:tcW w:type="dxa" w:w="1727"/>
          </w:tcPr>
          <w:p>
            <w:pPr>
              <w:spacing w:after="20" w:before="20"/>
            </w:pPr>
            <w:r/>
            <w:r>
              <w:rPr>
                <w:rFonts w:ascii="Times New Roman" w:hAnsi="Times New Roman" w:eastAsia="宋体"/>
                <w:b w:val="0"/>
                <w:sz w:val="21"/>
              </w:rPr>
              <w:t>仇程琳</w:t>
            </w:r>
          </w:p>
        </w:tc>
        <w:tc>
          <w:tcPr>
            <w:tcW w:type="dxa" w:w="1727"/>
          </w:tcPr>
          <w:p>
            <w:pPr>
              <w:spacing w:after="20" w:before="20"/>
            </w:pPr>
            <w:r/>
            <w:r>
              <w:rPr>
                <w:rFonts w:ascii="Times New Roman" w:hAnsi="Times New Roman" w:eastAsia="宋体"/>
                <w:b w:val="0"/>
                <w:sz w:val="21"/>
              </w:rPr>
              <w:t>油画系</w:t>
            </w:r>
          </w:p>
        </w:tc>
        <w:tc>
          <w:tcPr>
            <w:tcW w:type="dxa" w:w="1727"/>
          </w:tcPr>
          <w:p>
            <w:pPr>
              <w:spacing w:after="20" w:before="20"/>
            </w:pPr>
            <w:r/>
            <w:r>
              <w:rPr>
                <w:rFonts w:ascii="Times New Roman" w:hAnsi="Times New Roman" w:eastAsia="宋体"/>
                <w:b w:val="0"/>
                <w:sz w:val="21"/>
              </w:rPr>
              <w:t>油画系</w:t>
            </w:r>
          </w:p>
        </w:tc>
        <w:tc>
          <w:tcPr>
            <w:tcW w:type="dxa" w:w="1727"/>
          </w:tcPr>
          <w:p>
            <w:pPr>
              <w:spacing w:after="20" w:before="20"/>
            </w:pPr>
            <w:r/>
            <w:r>
              <w:rPr>
                <w:rFonts w:ascii="Times New Roman" w:hAnsi="Times New Roman" w:eastAsia="宋体"/>
                <w:b w:val="0"/>
                <w:sz w:val="21"/>
              </w:rPr>
              <w:t>08油画观念与表达研究</w:t>
            </w:r>
          </w:p>
        </w:tc>
      </w:tr>
      <w:tr>
        <w:tc>
          <w:tcPr>
            <w:tcW w:type="dxa" w:w="1727"/>
          </w:tcPr>
          <w:p>
            <w:pPr>
              <w:spacing w:after="20" w:before="20"/>
            </w:pPr>
            <w:r/>
            <w:r>
              <w:rPr>
                <w:rFonts w:ascii="Times New Roman" w:hAnsi="Times New Roman" w:eastAsia="宋体"/>
                <w:b w:val="0"/>
                <w:sz w:val="21"/>
              </w:rPr>
              <w:t>18</w:t>
            </w:r>
          </w:p>
        </w:tc>
        <w:tc>
          <w:tcPr>
            <w:tcW w:type="dxa" w:w="1727"/>
          </w:tcPr>
          <w:p>
            <w:pPr>
              <w:spacing w:after="20" w:before="20"/>
            </w:pPr>
            <w:r/>
            <w:r>
              <w:rPr>
                <w:rFonts w:ascii="Times New Roman" w:hAnsi="Times New Roman" w:eastAsia="宋体"/>
                <w:b w:val="0"/>
                <w:sz w:val="21"/>
              </w:rPr>
              <w:t>宋和历</w:t>
            </w:r>
          </w:p>
        </w:tc>
        <w:tc>
          <w:tcPr>
            <w:tcW w:type="dxa" w:w="1727"/>
          </w:tcPr>
          <w:p>
            <w:pPr>
              <w:spacing w:after="20" w:before="20"/>
            </w:pPr>
            <w:r/>
            <w:r>
              <w:rPr>
                <w:rFonts w:ascii="Times New Roman" w:hAnsi="Times New Roman" w:eastAsia="宋体"/>
                <w:b w:val="0"/>
                <w:sz w:val="21"/>
              </w:rPr>
              <w:t>油画系</w:t>
            </w:r>
          </w:p>
        </w:tc>
        <w:tc>
          <w:tcPr>
            <w:tcW w:type="dxa" w:w="1727"/>
          </w:tcPr>
          <w:p>
            <w:pPr>
              <w:spacing w:after="20" w:before="20"/>
            </w:pPr>
            <w:r/>
            <w:r>
              <w:rPr>
                <w:rFonts w:ascii="Times New Roman" w:hAnsi="Times New Roman" w:eastAsia="宋体"/>
                <w:b w:val="0"/>
                <w:sz w:val="21"/>
              </w:rPr>
              <w:t>油画系</w:t>
            </w:r>
          </w:p>
        </w:tc>
        <w:tc>
          <w:tcPr>
            <w:tcW w:type="dxa" w:w="1727"/>
          </w:tcPr>
          <w:p>
            <w:pPr>
              <w:spacing w:after="20" w:before="20"/>
            </w:pPr>
            <w:r/>
            <w:r>
              <w:rPr>
                <w:rFonts w:ascii="Times New Roman" w:hAnsi="Times New Roman" w:eastAsia="宋体"/>
                <w:b w:val="0"/>
                <w:sz w:val="21"/>
              </w:rPr>
              <w:t>10油画观念与表达研究</w:t>
            </w:r>
          </w:p>
        </w:tc>
      </w:tr>
      <w:tr>
        <w:tc>
          <w:tcPr>
            <w:tcW w:type="dxa" w:w="1727"/>
          </w:tcPr>
          <w:p>
            <w:pPr>
              <w:spacing w:after="20" w:before="20"/>
            </w:pPr>
            <w:r/>
            <w:r>
              <w:rPr>
                <w:rFonts w:ascii="Times New Roman" w:hAnsi="Times New Roman" w:eastAsia="宋体"/>
                <w:b w:val="0"/>
                <w:sz w:val="21"/>
              </w:rPr>
              <w:t>19</w:t>
            </w:r>
          </w:p>
        </w:tc>
        <w:tc>
          <w:tcPr>
            <w:tcW w:type="dxa" w:w="1727"/>
          </w:tcPr>
          <w:p>
            <w:pPr>
              <w:spacing w:after="20" w:before="20"/>
            </w:pPr>
            <w:r/>
            <w:r>
              <w:rPr>
                <w:rFonts w:ascii="Times New Roman" w:hAnsi="Times New Roman" w:eastAsia="宋体"/>
                <w:b w:val="0"/>
                <w:sz w:val="21"/>
              </w:rPr>
              <w:t>丁美清</w:t>
            </w:r>
          </w:p>
        </w:tc>
        <w:tc>
          <w:tcPr>
            <w:tcW w:type="dxa" w:w="1727"/>
          </w:tcPr>
          <w:p>
            <w:pPr>
              <w:spacing w:after="20" w:before="20"/>
            </w:pPr>
            <w:r/>
            <w:r>
              <w:rPr>
                <w:rFonts w:ascii="Times New Roman" w:hAnsi="Times New Roman" w:eastAsia="宋体"/>
                <w:b w:val="0"/>
                <w:sz w:val="21"/>
              </w:rPr>
              <w:t>油画系</w:t>
            </w:r>
          </w:p>
        </w:tc>
        <w:tc>
          <w:tcPr>
            <w:tcW w:type="dxa" w:w="1727"/>
          </w:tcPr>
          <w:p>
            <w:pPr>
              <w:spacing w:after="20" w:before="20"/>
            </w:pPr>
            <w:r/>
            <w:r>
              <w:rPr>
                <w:rFonts w:ascii="Times New Roman" w:hAnsi="Times New Roman" w:eastAsia="宋体"/>
                <w:b w:val="0"/>
                <w:sz w:val="21"/>
              </w:rPr>
              <w:t>油画系</w:t>
            </w:r>
          </w:p>
        </w:tc>
        <w:tc>
          <w:tcPr>
            <w:tcW w:type="dxa" w:w="1727"/>
          </w:tcPr>
          <w:p>
            <w:pPr>
              <w:spacing w:after="20" w:before="20"/>
            </w:pPr>
            <w:r/>
            <w:r>
              <w:rPr>
                <w:rFonts w:ascii="Times New Roman" w:hAnsi="Times New Roman" w:eastAsia="宋体"/>
                <w:b w:val="0"/>
                <w:sz w:val="21"/>
              </w:rPr>
              <w:t>12意象油画研究（中国形象的发现与表达）</w:t>
            </w:r>
          </w:p>
        </w:tc>
      </w:tr>
      <w:tr>
        <w:tc>
          <w:tcPr>
            <w:tcW w:type="dxa" w:w="1727"/>
          </w:tcPr>
          <w:p>
            <w:pPr>
              <w:spacing w:after="20" w:before="20"/>
            </w:pPr>
            <w:r/>
            <w:r>
              <w:rPr>
                <w:rFonts w:ascii="Times New Roman" w:hAnsi="Times New Roman" w:eastAsia="宋体"/>
                <w:b w:val="0"/>
                <w:sz w:val="21"/>
              </w:rPr>
              <w:t>20</w:t>
            </w:r>
          </w:p>
        </w:tc>
        <w:tc>
          <w:tcPr>
            <w:tcW w:type="dxa" w:w="1727"/>
          </w:tcPr>
          <w:p>
            <w:pPr>
              <w:spacing w:after="20" w:before="20"/>
            </w:pPr>
            <w:r/>
            <w:r>
              <w:rPr>
                <w:rFonts w:ascii="Times New Roman" w:hAnsi="Times New Roman" w:eastAsia="宋体"/>
                <w:b w:val="0"/>
                <w:sz w:val="21"/>
              </w:rPr>
              <w:t>李修禅</w:t>
            </w:r>
          </w:p>
        </w:tc>
        <w:tc>
          <w:tcPr>
            <w:tcW w:type="dxa" w:w="1727"/>
          </w:tcPr>
          <w:p>
            <w:pPr>
              <w:spacing w:after="20" w:before="20"/>
            </w:pPr>
            <w:r/>
            <w:r>
              <w:rPr>
                <w:rFonts w:ascii="Times New Roman" w:hAnsi="Times New Roman" w:eastAsia="宋体"/>
                <w:b w:val="0"/>
                <w:sz w:val="21"/>
              </w:rPr>
              <w:t>油画系</w:t>
            </w:r>
          </w:p>
        </w:tc>
        <w:tc>
          <w:tcPr>
            <w:tcW w:type="dxa" w:w="1727"/>
          </w:tcPr>
          <w:p>
            <w:pPr>
              <w:spacing w:after="20" w:before="20"/>
            </w:pPr>
            <w:r/>
            <w:r>
              <w:rPr>
                <w:rFonts w:ascii="Times New Roman" w:hAnsi="Times New Roman" w:eastAsia="宋体"/>
                <w:b w:val="0"/>
                <w:sz w:val="21"/>
              </w:rPr>
              <w:t>油画系</w:t>
            </w:r>
          </w:p>
        </w:tc>
        <w:tc>
          <w:tcPr>
            <w:tcW w:type="dxa" w:w="1727"/>
          </w:tcPr>
          <w:p>
            <w:pPr>
              <w:spacing w:after="20" w:before="20"/>
            </w:pPr>
            <w:r/>
            <w:r>
              <w:rPr>
                <w:rFonts w:ascii="Times New Roman" w:hAnsi="Times New Roman" w:eastAsia="宋体"/>
                <w:b w:val="0"/>
                <w:sz w:val="21"/>
              </w:rPr>
              <w:t>16当代油画语言研究及创作实践</w:t>
            </w:r>
          </w:p>
        </w:tc>
      </w:tr>
      <w:tr>
        <w:tc>
          <w:tcPr>
            <w:tcW w:type="dxa" w:w="1727"/>
          </w:tcPr>
          <w:p>
            <w:pPr>
              <w:spacing w:after="20" w:before="20"/>
            </w:pPr>
            <w:r/>
            <w:r>
              <w:rPr>
                <w:rFonts w:ascii="Times New Roman" w:hAnsi="Times New Roman" w:eastAsia="宋体"/>
                <w:b w:val="0"/>
                <w:sz w:val="21"/>
              </w:rPr>
              <w:t>21</w:t>
            </w:r>
          </w:p>
        </w:tc>
        <w:tc>
          <w:tcPr>
            <w:tcW w:type="dxa" w:w="1727"/>
          </w:tcPr>
          <w:p>
            <w:pPr>
              <w:spacing w:after="20" w:before="20"/>
            </w:pPr>
            <w:r/>
            <w:r>
              <w:rPr>
                <w:rFonts w:ascii="Times New Roman" w:hAnsi="Times New Roman" w:eastAsia="宋体"/>
                <w:b w:val="0"/>
                <w:sz w:val="21"/>
              </w:rPr>
              <w:t>夏远聪</w:t>
            </w:r>
          </w:p>
        </w:tc>
        <w:tc>
          <w:tcPr>
            <w:tcW w:type="dxa" w:w="1727"/>
          </w:tcPr>
          <w:p>
            <w:pPr>
              <w:spacing w:after="20" w:before="20"/>
            </w:pPr>
            <w:r/>
            <w:r>
              <w:rPr>
                <w:rFonts w:ascii="Times New Roman" w:hAnsi="Times New Roman" w:eastAsia="宋体"/>
                <w:b w:val="0"/>
                <w:sz w:val="21"/>
              </w:rPr>
              <w:t>油画系</w:t>
            </w:r>
          </w:p>
        </w:tc>
        <w:tc>
          <w:tcPr>
            <w:tcW w:type="dxa" w:w="1727"/>
          </w:tcPr>
          <w:p>
            <w:pPr>
              <w:spacing w:after="20" w:before="20"/>
            </w:pPr>
            <w:r/>
            <w:r>
              <w:rPr>
                <w:rFonts w:ascii="Times New Roman" w:hAnsi="Times New Roman" w:eastAsia="宋体"/>
                <w:b w:val="0"/>
                <w:sz w:val="21"/>
              </w:rPr>
              <w:t>油画系</w:t>
            </w:r>
          </w:p>
        </w:tc>
        <w:tc>
          <w:tcPr>
            <w:tcW w:type="dxa" w:w="1727"/>
          </w:tcPr>
          <w:p>
            <w:pPr>
              <w:spacing w:after="20" w:before="20"/>
            </w:pPr>
            <w:r/>
            <w:r>
              <w:rPr>
                <w:rFonts w:ascii="Times New Roman" w:hAnsi="Times New Roman" w:eastAsia="宋体"/>
                <w:b w:val="0"/>
                <w:sz w:val="21"/>
              </w:rPr>
              <w:t>11具象油画研究（油画观念与表达）</w:t>
            </w:r>
          </w:p>
        </w:tc>
      </w:tr>
      <w:tr>
        <w:tc>
          <w:tcPr>
            <w:tcW w:type="dxa" w:w="1727"/>
          </w:tcPr>
          <w:p>
            <w:pPr>
              <w:spacing w:after="20" w:before="20"/>
            </w:pPr>
            <w:r/>
            <w:r>
              <w:rPr>
                <w:rFonts w:ascii="Times New Roman" w:hAnsi="Times New Roman" w:eastAsia="宋体"/>
                <w:b w:val="0"/>
                <w:sz w:val="21"/>
              </w:rPr>
              <w:t>22</w:t>
            </w:r>
          </w:p>
        </w:tc>
        <w:tc>
          <w:tcPr>
            <w:tcW w:type="dxa" w:w="1727"/>
          </w:tcPr>
          <w:p>
            <w:pPr>
              <w:spacing w:after="20" w:before="20"/>
            </w:pPr>
            <w:r/>
            <w:r>
              <w:rPr>
                <w:rFonts w:ascii="Times New Roman" w:hAnsi="Times New Roman" w:eastAsia="宋体"/>
                <w:b w:val="0"/>
                <w:sz w:val="21"/>
              </w:rPr>
              <w:t>魏大翔</w:t>
            </w:r>
          </w:p>
        </w:tc>
        <w:tc>
          <w:tcPr>
            <w:tcW w:type="dxa" w:w="1727"/>
          </w:tcPr>
          <w:p>
            <w:pPr>
              <w:spacing w:after="20" w:before="20"/>
            </w:pPr>
            <w:r/>
            <w:r>
              <w:rPr>
                <w:rFonts w:ascii="Times New Roman" w:hAnsi="Times New Roman" w:eastAsia="宋体"/>
                <w:b w:val="0"/>
                <w:sz w:val="21"/>
              </w:rPr>
              <w:t>修复学院</w:t>
            </w:r>
          </w:p>
        </w:tc>
        <w:tc>
          <w:tcPr>
            <w:tcW w:type="dxa" w:w="1727"/>
          </w:tcPr>
          <w:p>
            <w:pPr>
              <w:spacing w:after="20" w:before="20"/>
            </w:pPr>
            <w:r/>
            <w:r>
              <w:rPr>
                <w:rFonts w:ascii="Times New Roman" w:hAnsi="Times New Roman" w:eastAsia="宋体"/>
                <w:b w:val="0"/>
                <w:sz w:val="21"/>
              </w:rPr>
              <w:t>油画系</w:t>
            </w:r>
          </w:p>
        </w:tc>
        <w:tc>
          <w:tcPr>
            <w:tcW w:type="dxa" w:w="1727"/>
          </w:tcPr>
          <w:p>
            <w:pPr>
              <w:spacing w:after="20" w:before="20"/>
            </w:pPr>
            <w:r/>
            <w:r>
              <w:rPr>
                <w:rFonts w:ascii="Times New Roman" w:hAnsi="Times New Roman" w:eastAsia="宋体"/>
                <w:b w:val="0"/>
                <w:sz w:val="21"/>
              </w:rPr>
              <w:t>13抽象油画研究（油画观念与表达）</w:t>
            </w:r>
          </w:p>
        </w:tc>
      </w:tr>
      <w:tr>
        <w:tc>
          <w:tcPr>
            <w:tcW w:type="dxa" w:w="1727"/>
          </w:tcPr>
          <w:p>
            <w:pPr>
              <w:spacing w:after="20" w:before="20"/>
            </w:pPr>
            <w:r/>
            <w:r>
              <w:rPr>
                <w:rFonts w:ascii="Times New Roman" w:hAnsi="Times New Roman" w:eastAsia="宋体"/>
                <w:b w:val="0"/>
                <w:sz w:val="21"/>
              </w:rPr>
              <w:t>23</w:t>
            </w:r>
          </w:p>
        </w:tc>
        <w:tc>
          <w:tcPr>
            <w:tcW w:type="dxa" w:w="1727"/>
          </w:tcPr>
          <w:p>
            <w:pPr>
              <w:spacing w:after="20" w:before="20"/>
            </w:pPr>
            <w:r/>
            <w:r>
              <w:rPr>
                <w:rFonts w:ascii="Times New Roman" w:hAnsi="Times New Roman" w:eastAsia="宋体"/>
                <w:b w:val="0"/>
                <w:sz w:val="21"/>
              </w:rPr>
              <w:t>吴子莹</w:t>
            </w:r>
          </w:p>
        </w:tc>
        <w:tc>
          <w:tcPr>
            <w:tcW w:type="dxa" w:w="1727"/>
          </w:tcPr>
          <w:p>
            <w:pPr>
              <w:spacing w:after="20" w:before="20"/>
            </w:pPr>
            <w:r/>
            <w:r>
              <w:rPr>
                <w:rFonts w:ascii="Times New Roman" w:hAnsi="Times New Roman" w:eastAsia="宋体"/>
                <w:b w:val="0"/>
                <w:sz w:val="21"/>
              </w:rPr>
              <w:t>修复学院</w:t>
            </w:r>
          </w:p>
        </w:tc>
        <w:tc>
          <w:tcPr>
            <w:tcW w:type="dxa" w:w="1727"/>
          </w:tcPr>
          <w:p>
            <w:pPr>
              <w:spacing w:after="20" w:before="20"/>
            </w:pPr>
            <w:r/>
            <w:r>
              <w:rPr>
                <w:rFonts w:ascii="Times New Roman" w:hAnsi="Times New Roman" w:eastAsia="宋体"/>
                <w:b w:val="0"/>
                <w:sz w:val="21"/>
              </w:rPr>
              <w:t>油画系</w:t>
            </w:r>
          </w:p>
        </w:tc>
        <w:tc>
          <w:tcPr>
            <w:tcW w:type="dxa" w:w="1727"/>
          </w:tcPr>
          <w:p>
            <w:pPr>
              <w:spacing w:after="20" w:before="20"/>
            </w:pPr>
            <w:r/>
            <w:r>
              <w:rPr>
                <w:rFonts w:ascii="Times New Roman" w:hAnsi="Times New Roman" w:eastAsia="宋体"/>
                <w:b w:val="0"/>
                <w:sz w:val="21"/>
              </w:rPr>
              <w:t>06油画语言研究</w:t>
            </w:r>
          </w:p>
        </w:tc>
      </w:tr>
      <w:tr>
        <w:tc>
          <w:tcPr>
            <w:tcW w:type="dxa" w:w="1727"/>
          </w:tcPr>
          <w:p>
            <w:pPr>
              <w:spacing w:after="20" w:before="20"/>
            </w:pPr>
            <w:r/>
            <w:r>
              <w:rPr>
                <w:rFonts w:ascii="Times New Roman" w:hAnsi="Times New Roman" w:eastAsia="宋体"/>
                <w:b w:val="0"/>
                <w:sz w:val="21"/>
              </w:rPr>
              <w:t>24</w:t>
            </w:r>
          </w:p>
        </w:tc>
        <w:tc>
          <w:tcPr>
            <w:tcW w:type="dxa" w:w="1727"/>
          </w:tcPr>
          <w:p>
            <w:pPr>
              <w:spacing w:after="20" w:before="20"/>
            </w:pPr>
            <w:r/>
            <w:r>
              <w:rPr>
                <w:rFonts w:ascii="Times New Roman" w:hAnsi="Times New Roman" w:eastAsia="宋体"/>
                <w:b w:val="0"/>
                <w:sz w:val="21"/>
              </w:rPr>
              <w:t>翁珺晞</w:t>
            </w:r>
          </w:p>
        </w:tc>
        <w:tc>
          <w:tcPr>
            <w:tcW w:type="dxa" w:w="1727"/>
          </w:tcPr>
          <w:p>
            <w:pPr>
              <w:spacing w:after="20" w:before="20"/>
            </w:pPr>
            <w:r/>
            <w:r>
              <w:rPr>
                <w:rFonts w:ascii="Times New Roman" w:hAnsi="Times New Roman" w:eastAsia="宋体"/>
                <w:b w:val="0"/>
                <w:sz w:val="21"/>
              </w:rPr>
              <w:t>版画系</w:t>
            </w:r>
          </w:p>
        </w:tc>
        <w:tc>
          <w:tcPr>
            <w:tcW w:type="dxa" w:w="1727"/>
          </w:tcPr>
          <w:p>
            <w:pPr>
              <w:spacing w:after="20" w:before="20"/>
            </w:pPr>
            <w:r/>
            <w:r>
              <w:rPr>
                <w:rFonts w:ascii="Times New Roman" w:hAnsi="Times New Roman" w:eastAsia="宋体"/>
                <w:b w:val="0"/>
                <w:sz w:val="21"/>
              </w:rPr>
              <w:t>版画系</w:t>
            </w:r>
          </w:p>
        </w:tc>
        <w:tc>
          <w:tcPr>
            <w:tcW w:type="dxa" w:w="1727"/>
          </w:tcPr>
          <w:p>
            <w:pPr>
              <w:spacing w:after="20" w:before="20"/>
            </w:pPr>
            <w:r/>
            <w:r>
              <w:rPr>
                <w:rFonts w:ascii="Times New Roman" w:hAnsi="Times New Roman" w:eastAsia="宋体"/>
                <w:b w:val="0"/>
                <w:sz w:val="21"/>
              </w:rPr>
              <w:t>05版画语言研究</w:t>
            </w:r>
          </w:p>
        </w:tc>
      </w:tr>
      <w:tr>
        <w:tc>
          <w:tcPr>
            <w:tcW w:type="dxa" w:w="1727"/>
          </w:tcPr>
          <w:p>
            <w:pPr>
              <w:spacing w:after="20" w:before="20"/>
            </w:pPr>
            <w:r/>
            <w:r>
              <w:rPr>
                <w:rFonts w:ascii="Times New Roman" w:hAnsi="Times New Roman" w:eastAsia="宋体"/>
                <w:b w:val="0"/>
                <w:sz w:val="21"/>
              </w:rPr>
              <w:t>25</w:t>
            </w:r>
          </w:p>
        </w:tc>
        <w:tc>
          <w:tcPr>
            <w:tcW w:type="dxa" w:w="1727"/>
          </w:tcPr>
          <w:p>
            <w:pPr>
              <w:spacing w:after="20" w:before="20"/>
            </w:pPr>
            <w:r/>
            <w:r>
              <w:rPr>
                <w:rFonts w:ascii="Times New Roman" w:hAnsi="Times New Roman" w:eastAsia="宋体"/>
                <w:b w:val="0"/>
                <w:sz w:val="21"/>
              </w:rPr>
              <w:t>董福至</w:t>
            </w:r>
          </w:p>
        </w:tc>
        <w:tc>
          <w:tcPr>
            <w:tcW w:type="dxa" w:w="1727"/>
          </w:tcPr>
          <w:p>
            <w:pPr>
              <w:spacing w:after="20" w:before="20"/>
            </w:pPr>
            <w:r/>
            <w:r>
              <w:rPr>
                <w:rFonts w:ascii="Times New Roman" w:hAnsi="Times New Roman" w:eastAsia="宋体"/>
                <w:b w:val="0"/>
                <w:sz w:val="21"/>
              </w:rPr>
              <w:t>版画系</w:t>
            </w:r>
          </w:p>
        </w:tc>
        <w:tc>
          <w:tcPr>
            <w:tcW w:type="dxa" w:w="1727"/>
          </w:tcPr>
          <w:p>
            <w:pPr>
              <w:spacing w:after="20" w:before="20"/>
            </w:pPr>
            <w:r/>
            <w:r>
              <w:rPr>
                <w:rFonts w:ascii="Times New Roman" w:hAnsi="Times New Roman" w:eastAsia="宋体"/>
                <w:b w:val="0"/>
                <w:sz w:val="21"/>
              </w:rPr>
              <w:t>版画系</w:t>
            </w:r>
          </w:p>
        </w:tc>
        <w:tc>
          <w:tcPr>
            <w:tcW w:type="dxa" w:w="1727"/>
          </w:tcPr>
          <w:p>
            <w:pPr>
              <w:spacing w:after="20" w:before="20"/>
            </w:pPr>
            <w:r/>
            <w:r>
              <w:rPr>
                <w:rFonts w:ascii="Times New Roman" w:hAnsi="Times New Roman" w:eastAsia="宋体"/>
                <w:b w:val="0"/>
                <w:sz w:val="21"/>
              </w:rPr>
              <w:t>01绘画语言研究</w:t>
            </w:r>
          </w:p>
        </w:tc>
      </w:tr>
      <w:tr>
        <w:tc>
          <w:tcPr>
            <w:tcW w:type="dxa" w:w="1727"/>
          </w:tcPr>
          <w:p>
            <w:pPr>
              <w:spacing w:after="20" w:before="20"/>
            </w:pPr>
            <w:r/>
            <w:r>
              <w:rPr>
                <w:rFonts w:ascii="Times New Roman" w:hAnsi="Times New Roman" w:eastAsia="宋体"/>
                <w:b w:val="0"/>
                <w:sz w:val="21"/>
              </w:rPr>
              <w:t>26</w:t>
            </w:r>
          </w:p>
        </w:tc>
        <w:tc>
          <w:tcPr>
            <w:tcW w:type="dxa" w:w="1727"/>
          </w:tcPr>
          <w:p>
            <w:pPr>
              <w:spacing w:after="20" w:before="20"/>
            </w:pPr>
            <w:r/>
            <w:r>
              <w:rPr>
                <w:rFonts w:ascii="Times New Roman" w:hAnsi="Times New Roman" w:eastAsia="宋体"/>
                <w:b w:val="0"/>
                <w:sz w:val="21"/>
              </w:rPr>
              <w:t>丁玉儿</w:t>
            </w:r>
          </w:p>
        </w:tc>
        <w:tc>
          <w:tcPr>
            <w:tcW w:type="dxa" w:w="1727"/>
          </w:tcPr>
          <w:p>
            <w:pPr>
              <w:spacing w:after="20" w:before="20"/>
            </w:pPr>
            <w:r/>
            <w:r>
              <w:rPr>
                <w:rFonts w:ascii="Times New Roman" w:hAnsi="Times New Roman" w:eastAsia="宋体"/>
                <w:b w:val="0"/>
                <w:sz w:val="21"/>
              </w:rPr>
              <w:t>版画系</w:t>
            </w:r>
          </w:p>
        </w:tc>
        <w:tc>
          <w:tcPr>
            <w:tcW w:type="dxa" w:w="1727"/>
          </w:tcPr>
          <w:p>
            <w:pPr>
              <w:spacing w:after="20" w:before="20"/>
            </w:pPr>
            <w:r/>
            <w:r>
              <w:rPr>
                <w:rFonts w:ascii="Times New Roman" w:hAnsi="Times New Roman" w:eastAsia="宋体"/>
                <w:b w:val="0"/>
                <w:sz w:val="21"/>
              </w:rPr>
              <w:t>版画系</w:t>
            </w:r>
          </w:p>
        </w:tc>
        <w:tc>
          <w:tcPr>
            <w:tcW w:type="dxa" w:w="1727"/>
          </w:tcPr>
          <w:p>
            <w:pPr>
              <w:spacing w:after="20" w:before="20"/>
            </w:pPr>
            <w:r/>
            <w:r>
              <w:rPr>
                <w:rFonts w:ascii="Times New Roman" w:hAnsi="Times New Roman" w:eastAsia="宋体"/>
                <w:b w:val="0"/>
                <w:sz w:val="21"/>
              </w:rPr>
              <w:t>07版画语言研究</w:t>
            </w:r>
          </w:p>
        </w:tc>
      </w:tr>
      <w:tr>
        <w:tc>
          <w:tcPr>
            <w:tcW w:type="dxa" w:w="1727"/>
          </w:tcPr>
          <w:p>
            <w:pPr>
              <w:spacing w:after="20" w:before="20"/>
            </w:pPr>
            <w:r/>
            <w:r>
              <w:rPr>
                <w:rFonts w:ascii="Times New Roman" w:hAnsi="Times New Roman" w:eastAsia="宋体"/>
                <w:b w:val="0"/>
                <w:sz w:val="21"/>
              </w:rPr>
              <w:t>27</w:t>
            </w:r>
          </w:p>
        </w:tc>
        <w:tc>
          <w:tcPr>
            <w:tcW w:type="dxa" w:w="1727"/>
          </w:tcPr>
          <w:p>
            <w:pPr>
              <w:spacing w:after="20" w:before="20"/>
            </w:pPr>
            <w:r/>
            <w:r>
              <w:rPr>
                <w:rFonts w:ascii="Times New Roman" w:hAnsi="Times New Roman" w:eastAsia="宋体"/>
                <w:b w:val="0"/>
                <w:sz w:val="21"/>
              </w:rPr>
              <w:t>陈戈晖</w:t>
            </w:r>
          </w:p>
        </w:tc>
        <w:tc>
          <w:tcPr>
            <w:tcW w:type="dxa" w:w="1727"/>
          </w:tcPr>
          <w:p>
            <w:pPr>
              <w:spacing w:after="20" w:before="20"/>
            </w:pPr>
            <w:r/>
            <w:r>
              <w:rPr>
                <w:rFonts w:ascii="Times New Roman" w:hAnsi="Times New Roman" w:eastAsia="宋体"/>
                <w:b w:val="0"/>
                <w:sz w:val="21"/>
              </w:rPr>
              <w:t>版画系</w:t>
            </w:r>
          </w:p>
        </w:tc>
        <w:tc>
          <w:tcPr>
            <w:tcW w:type="dxa" w:w="1727"/>
          </w:tcPr>
          <w:p>
            <w:pPr>
              <w:spacing w:after="20" w:before="20"/>
            </w:pPr>
            <w:r/>
            <w:r>
              <w:rPr>
                <w:rFonts w:ascii="Times New Roman" w:hAnsi="Times New Roman" w:eastAsia="宋体"/>
                <w:b w:val="0"/>
                <w:sz w:val="21"/>
              </w:rPr>
              <w:t>版画系</w:t>
            </w:r>
          </w:p>
        </w:tc>
        <w:tc>
          <w:tcPr>
            <w:tcW w:type="dxa" w:w="1727"/>
          </w:tcPr>
          <w:p>
            <w:pPr>
              <w:spacing w:after="20" w:before="20"/>
            </w:pPr>
            <w:r/>
            <w:r>
              <w:rPr>
                <w:rFonts w:ascii="Times New Roman" w:hAnsi="Times New Roman" w:eastAsia="宋体"/>
                <w:b w:val="0"/>
                <w:sz w:val="21"/>
              </w:rPr>
              <w:t>04版画媒介研究</w:t>
            </w:r>
          </w:p>
        </w:tc>
      </w:tr>
      <w:tr>
        <w:tc>
          <w:tcPr>
            <w:tcW w:type="dxa" w:w="1727"/>
          </w:tcPr>
          <w:p>
            <w:pPr>
              <w:spacing w:after="20" w:before="20"/>
            </w:pPr>
            <w:r/>
            <w:r>
              <w:rPr>
                <w:rFonts w:ascii="Times New Roman" w:hAnsi="Times New Roman" w:eastAsia="宋体"/>
                <w:b w:val="0"/>
                <w:sz w:val="21"/>
              </w:rPr>
              <w:t>28</w:t>
            </w:r>
          </w:p>
        </w:tc>
        <w:tc>
          <w:tcPr>
            <w:tcW w:type="dxa" w:w="1727"/>
          </w:tcPr>
          <w:p>
            <w:pPr>
              <w:spacing w:after="20" w:before="20"/>
            </w:pPr>
            <w:r/>
            <w:r>
              <w:rPr>
                <w:rFonts w:ascii="Times New Roman" w:hAnsi="Times New Roman" w:eastAsia="宋体"/>
                <w:b w:val="0"/>
                <w:sz w:val="21"/>
              </w:rPr>
              <w:t>罗雨曦</w:t>
            </w:r>
          </w:p>
        </w:tc>
        <w:tc>
          <w:tcPr>
            <w:tcW w:type="dxa" w:w="1727"/>
          </w:tcPr>
          <w:p>
            <w:pPr>
              <w:spacing w:after="20" w:before="20"/>
            </w:pPr>
            <w:r/>
            <w:r>
              <w:rPr>
                <w:rFonts w:ascii="Times New Roman" w:hAnsi="Times New Roman" w:eastAsia="宋体"/>
                <w:b w:val="0"/>
                <w:sz w:val="21"/>
              </w:rPr>
              <w:t>版画系</w:t>
            </w:r>
          </w:p>
        </w:tc>
        <w:tc>
          <w:tcPr>
            <w:tcW w:type="dxa" w:w="1727"/>
          </w:tcPr>
          <w:p>
            <w:pPr>
              <w:spacing w:after="20" w:before="20"/>
            </w:pPr>
            <w:r/>
            <w:r>
              <w:rPr>
                <w:rFonts w:ascii="Times New Roman" w:hAnsi="Times New Roman" w:eastAsia="宋体"/>
                <w:b w:val="0"/>
                <w:sz w:val="21"/>
              </w:rPr>
              <w:t>版画系</w:t>
            </w:r>
          </w:p>
        </w:tc>
        <w:tc>
          <w:tcPr>
            <w:tcW w:type="dxa" w:w="1727"/>
          </w:tcPr>
          <w:p>
            <w:pPr>
              <w:spacing w:after="20" w:before="20"/>
            </w:pPr>
            <w:r/>
            <w:r>
              <w:rPr>
                <w:rFonts w:ascii="Times New Roman" w:hAnsi="Times New Roman" w:eastAsia="宋体"/>
                <w:b w:val="0"/>
                <w:sz w:val="21"/>
              </w:rPr>
              <w:t>10版画概念研究</w:t>
            </w:r>
          </w:p>
        </w:tc>
      </w:tr>
      <w:tr>
        <w:tc>
          <w:tcPr>
            <w:tcW w:type="dxa" w:w="1727"/>
          </w:tcPr>
          <w:p>
            <w:pPr>
              <w:spacing w:after="20" w:before="20"/>
            </w:pPr>
            <w:r/>
            <w:r>
              <w:rPr>
                <w:rFonts w:ascii="Times New Roman" w:hAnsi="Times New Roman" w:eastAsia="宋体"/>
                <w:b w:val="0"/>
                <w:sz w:val="21"/>
              </w:rPr>
              <w:t>29</w:t>
            </w:r>
          </w:p>
        </w:tc>
        <w:tc>
          <w:tcPr>
            <w:tcW w:type="dxa" w:w="1727"/>
          </w:tcPr>
          <w:p>
            <w:pPr>
              <w:spacing w:after="20" w:before="20"/>
            </w:pPr>
            <w:r/>
            <w:r>
              <w:rPr>
                <w:rFonts w:ascii="Times New Roman" w:hAnsi="Times New Roman" w:eastAsia="宋体"/>
                <w:b w:val="0"/>
                <w:sz w:val="21"/>
              </w:rPr>
              <w:t>卞雾晨</w:t>
            </w:r>
          </w:p>
        </w:tc>
        <w:tc>
          <w:tcPr>
            <w:tcW w:type="dxa" w:w="1727"/>
          </w:tcPr>
          <w:p>
            <w:pPr>
              <w:spacing w:after="20" w:before="20"/>
            </w:pPr>
            <w:r/>
            <w:r>
              <w:rPr>
                <w:rFonts w:ascii="Times New Roman" w:hAnsi="Times New Roman" w:eastAsia="宋体"/>
                <w:b w:val="0"/>
                <w:sz w:val="21"/>
              </w:rPr>
              <w:t>版画系</w:t>
            </w:r>
          </w:p>
        </w:tc>
        <w:tc>
          <w:tcPr>
            <w:tcW w:type="dxa" w:w="1727"/>
          </w:tcPr>
          <w:p>
            <w:pPr>
              <w:spacing w:after="20" w:before="20"/>
            </w:pPr>
            <w:r/>
            <w:r>
              <w:rPr>
                <w:rFonts w:ascii="Times New Roman" w:hAnsi="Times New Roman" w:eastAsia="宋体"/>
                <w:b w:val="0"/>
                <w:sz w:val="21"/>
              </w:rPr>
              <w:t>版画系</w:t>
            </w:r>
          </w:p>
        </w:tc>
        <w:tc>
          <w:tcPr>
            <w:tcW w:type="dxa" w:w="1727"/>
          </w:tcPr>
          <w:p>
            <w:pPr>
              <w:spacing w:after="20" w:before="20"/>
            </w:pPr>
            <w:r/>
            <w:r>
              <w:rPr>
                <w:rFonts w:ascii="Times New Roman" w:hAnsi="Times New Roman" w:eastAsia="宋体"/>
                <w:b w:val="0"/>
                <w:sz w:val="21"/>
              </w:rPr>
              <w:t>08版画语言研究</w:t>
            </w:r>
          </w:p>
        </w:tc>
      </w:tr>
      <w:tr>
        <w:tc>
          <w:tcPr>
            <w:tcW w:type="dxa" w:w="1727"/>
          </w:tcPr>
          <w:p>
            <w:pPr>
              <w:spacing w:after="20" w:before="20"/>
            </w:pPr>
            <w:r/>
            <w:r>
              <w:rPr>
                <w:rFonts w:ascii="Times New Roman" w:hAnsi="Times New Roman" w:eastAsia="宋体"/>
                <w:b w:val="0"/>
                <w:sz w:val="21"/>
              </w:rPr>
              <w:t>30</w:t>
            </w:r>
          </w:p>
        </w:tc>
        <w:tc>
          <w:tcPr>
            <w:tcW w:type="dxa" w:w="1727"/>
          </w:tcPr>
          <w:p>
            <w:pPr>
              <w:spacing w:after="20" w:before="20"/>
            </w:pPr>
            <w:r/>
            <w:r>
              <w:rPr>
                <w:rFonts w:ascii="Times New Roman" w:hAnsi="Times New Roman" w:eastAsia="宋体"/>
                <w:b w:val="0"/>
                <w:sz w:val="21"/>
              </w:rPr>
              <w:t>李欣泽</w:t>
            </w:r>
          </w:p>
        </w:tc>
        <w:tc>
          <w:tcPr>
            <w:tcW w:type="dxa" w:w="1727"/>
          </w:tcPr>
          <w:p>
            <w:pPr>
              <w:spacing w:after="20" w:before="20"/>
            </w:pPr>
            <w:r/>
            <w:r>
              <w:rPr>
                <w:rFonts w:ascii="Times New Roman" w:hAnsi="Times New Roman" w:eastAsia="宋体"/>
                <w:b w:val="0"/>
                <w:sz w:val="21"/>
              </w:rPr>
              <w:t>版画系</w:t>
            </w:r>
          </w:p>
        </w:tc>
        <w:tc>
          <w:tcPr>
            <w:tcW w:type="dxa" w:w="1727"/>
          </w:tcPr>
          <w:p>
            <w:pPr>
              <w:spacing w:after="20" w:before="20"/>
            </w:pPr>
            <w:r/>
            <w:r>
              <w:rPr>
                <w:rFonts w:ascii="Times New Roman" w:hAnsi="Times New Roman" w:eastAsia="宋体"/>
                <w:b w:val="0"/>
                <w:sz w:val="21"/>
              </w:rPr>
              <w:t>版画系</w:t>
            </w:r>
          </w:p>
        </w:tc>
        <w:tc>
          <w:tcPr>
            <w:tcW w:type="dxa" w:w="1727"/>
          </w:tcPr>
          <w:p>
            <w:pPr>
              <w:spacing w:after="20" w:before="20"/>
            </w:pPr>
            <w:r/>
            <w:r>
              <w:rPr>
                <w:rFonts w:ascii="Times New Roman" w:hAnsi="Times New Roman" w:eastAsia="宋体"/>
                <w:b w:val="0"/>
                <w:sz w:val="21"/>
              </w:rPr>
              <w:t>09版画媒介研究</w:t>
            </w:r>
          </w:p>
        </w:tc>
      </w:tr>
      <w:tr>
        <w:tc>
          <w:tcPr>
            <w:tcW w:type="dxa" w:w="1727"/>
          </w:tcPr>
          <w:p>
            <w:pPr>
              <w:spacing w:after="20" w:before="20"/>
            </w:pPr>
            <w:r/>
            <w:r>
              <w:rPr>
                <w:rFonts w:ascii="Times New Roman" w:hAnsi="Times New Roman" w:eastAsia="宋体"/>
                <w:b w:val="0"/>
                <w:sz w:val="21"/>
              </w:rPr>
              <w:t>31</w:t>
            </w:r>
          </w:p>
        </w:tc>
        <w:tc>
          <w:tcPr>
            <w:tcW w:type="dxa" w:w="1727"/>
          </w:tcPr>
          <w:p>
            <w:pPr>
              <w:spacing w:after="20" w:before="20"/>
            </w:pPr>
            <w:r/>
            <w:r>
              <w:rPr>
                <w:rFonts w:ascii="Times New Roman" w:hAnsi="Times New Roman" w:eastAsia="宋体"/>
                <w:b w:val="0"/>
                <w:sz w:val="21"/>
              </w:rPr>
              <w:t>王孝善</w:t>
            </w:r>
          </w:p>
        </w:tc>
        <w:tc>
          <w:tcPr>
            <w:tcW w:type="dxa" w:w="1727"/>
          </w:tcPr>
          <w:p>
            <w:pPr>
              <w:spacing w:after="20" w:before="20"/>
            </w:pPr>
            <w:r/>
            <w:r>
              <w:rPr>
                <w:rFonts w:ascii="Times New Roman" w:hAnsi="Times New Roman" w:eastAsia="宋体"/>
                <w:b w:val="0"/>
                <w:sz w:val="21"/>
              </w:rPr>
              <w:t>版画系</w:t>
            </w:r>
          </w:p>
        </w:tc>
        <w:tc>
          <w:tcPr>
            <w:tcW w:type="dxa" w:w="1727"/>
          </w:tcPr>
          <w:p>
            <w:pPr>
              <w:spacing w:after="20" w:before="20"/>
            </w:pPr>
            <w:r/>
            <w:r>
              <w:rPr>
                <w:rFonts w:ascii="Times New Roman" w:hAnsi="Times New Roman" w:eastAsia="宋体"/>
                <w:b w:val="0"/>
                <w:sz w:val="21"/>
              </w:rPr>
              <w:t>版画系</w:t>
            </w:r>
          </w:p>
        </w:tc>
        <w:tc>
          <w:tcPr>
            <w:tcW w:type="dxa" w:w="1727"/>
          </w:tcPr>
          <w:p>
            <w:pPr>
              <w:spacing w:after="20" w:before="20"/>
            </w:pPr>
            <w:r/>
            <w:r>
              <w:rPr>
                <w:rFonts w:ascii="Times New Roman" w:hAnsi="Times New Roman" w:eastAsia="宋体"/>
                <w:b w:val="0"/>
                <w:sz w:val="21"/>
              </w:rPr>
              <w:t>11版画语言研究</w:t>
            </w:r>
          </w:p>
        </w:tc>
      </w:tr>
      <w:tr>
        <w:tc>
          <w:tcPr>
            <w:tcW w:type="dxa" w:w="1727"/>
          </w:tcPr>
          <w:p>
            <w:pPr>
              <w:spacing w:after="20" w:before="20"/>
            </w:pPr>
            <w:r/>
            <w:r>
              <w:rPr>
                <w:rFonts w:ascii="Times New Roman" w:hAnsi="Times New Roman" w:eastAsia="宋体"/>
                <w:b w:val="0"/>
                <w:sz w:val="21"/>
              </w:rPr>
              <w:t>32</w:t>
            </w:r>
          </w:p>
        </w:tc>
        <w:tc>
          <w:tcPr>
            <w:tcW w:type="dxa" w:w="1727"/>
          </w:tcPr>
          <w:p>
            <w:pPr>
              <w:spacing w:after="20" w:before="20"/>
            </w:pPr>
            <w:r/>
            <w:r>
              <w:rPr>
                <w:rFonts w:ascii="Times New Roman" w:hAnsi="Times New Roman" w:eastAsia="宋体"/>
                <w:b w:val="0"/>
                <w:sz w:val="21"/>
              </w:rPr>
              <w:t>袁睿骞</w:t>
            </w:r>
          </w:p>
        </w:tc>
        <w:tc>
          <w:tcPr>
            <w:tcW w:type="dxa" w:w="1727"/>
          </w:tcPr>
          <w:p>
            <w:pPr>
              <w:spacing w:after="20" w:before="20"/>
            </w:pPr>
            <w:r/>
            <w:r>
              <w:rPr>
                <w:rFonts w:ascii="Times New Roman" w:hAnsi="Times New Roman" w:eastAsia="宋体"/>
                <w:b w:val="0"/>
                <w:sz w:val="21"/>
              </w:rPr>
              <w:t>版画系</w:t>
            </w:r>
          </w:p>
        </w:tc>
        <w:tc>
          <w:tcPr>
            <w:tcW w:type="dxa" w:w="1727"/>
          </w:tcPr>
          <w:p>
            <w:pPr>
              <w:spacing w:after="20" w:before="20"/>
            </w:pPr>
            <w:r/>
            <w:r>
              <w:rPr>
                <w:rFonts w:ascii="Times New Roman" w:hAnsi="Times New Roman" w:eastAsia="宋体"/>
                <w:b w:val="0"/>
                <w:sz w:val="21"/>
              </w:rPr>
              <w:t>版画系</w:t>
            </w:r>
          </w:p>
        </w:tc>
        <w:tc>
          <w:tcPr>
            <w:tcW w:type="dxa" w:w="1727"/>
          </w:tcPr>
          <w:p>
            <w:pPr>
              <w:spacing w:after="20" w:before="20"/>
            </w:pPr>
            <w:r/>
            <w:r>
              <w:rPr>
                <w:rFonts w:ascii="Times New Roman" w:hAnsi="Times New Roman" w:eastAsia="宋体"/>
                <w:b w:val="0"/>
                <w:sz w:val="21"/>
              </w:rPr>
              <w:t>02版画概念研究</w:t>
            </w:r>
          </w:p>
        </w:tc>
      </w:tr>
      <w:tr>
        <w:tc>
          <w:tcPr>
            <w:tcW w:type="dxa" w:w="1727"/>
          </w:tcPr>
          <w:p>
            <w:pPr>
              <w:spacing w:after="20" w:before="20"/>
            </w:pPr>
            <w:r/>
            <w:r>
              <w:rPr>
                <w:rFonts w:ascii="Times New Roman" w:hAnsi="Times New Roman" w:eastAsia="宋体"/>
                <w:b w:val="0"/>
                <w:sz w:val="21"/>
              </w:rPr>
              <w:t>33</w:t>
            </w:r>
          </w:p>
        </w:tc>
        <w:tc>
          <w:tcPr>
            <w:tcW w:type="dxa" w:w="1727"/>
          </w:tcPr>
          <w:p>
            <w:pPr>
              <w:spacing w:after="20" w:before="20"/>
            </w:pPr>
            <w:r/>
            <w:r>
              <w:rPr>
                <w:rFonts w:ascii="Times New Roman" w:hAnsi="Times New Roman" w:eastAsia="宋体"/>
                <w:b w:val="0"/>
                <w:sz w:val="21"/>
              </w:rPr>
              <w:t>李婕</w:t>
            </w:r>
          </w:p>
        </w:tc>
        <w:tc>
          <w:tcPr>
            <w:tcW w:type="dxa" w:w="1727"/>
          </w:tcPr>
          <w:p>
            <w:pPr>
              <w:spacing w:after="20" w:before="20"/>
            </w:pPr>
            <w:r/>
            <w:r>
              <w:rPr>
                <w:rFonts w:ascii="Times New Roman" w:hAnsi="Times New Roman" w:eastAsia="宋体"/>
                <w:b w:val="0"/>
                <w:sz w:val="21"/>
              </w:rPr>
              <w:t>版画系</w:t>
            </w:r>
          </w:p>
        </w:tc>
        <w:tc>
          <w:tcPr>
            <w:tcW w:type="dxa" w:w="1727"/>
          </w:tcPr>
          <w:p>
            <w:pPr>
              <w:spacing w:after="20" w:before="20"/>
            </w:pPr>
            <w:r/>
            <w:r>
              <w:rPr>
                <w:rFonts w:ascii="Times New Roman" w:hAnsi="Times New Roman" w:eastAsia="宋体"/>
                <w:b w:val="0"/>
                <w:sz w:val="21"/>
              </w:rPr>
              <w:t>版画系</w:t>
            </w:r>
          </w:p>
        </w:tc>
        <w:tc>
          <w:tcPr>
            <w:tcW w:type="dxa" w:w="1727"/>
          </w:tcPr>
          <w:p>
            <w:pPr>
              <w:spacing w:after="20" w:before="20"/>
            </w:pPr>
            <w:r/>
            <w:r>
              <w:rPr>
                <w:rFonts w:ascii="Times New Roman" w:hAnsi="Times New Roman" w:eastAsia="宋体"/>
                <w:b w:val="0"/>
                <w:sz w:val="21"/>
              </w:rPr>
              <w:t>06插图艺术</w:t>
            </w:r>
          </w:p>
        </w:tc>
      </w:tr>
      <w:tr>
        <w:tc>
          <w:tcPr>
            <w:tcW w:type="dxa" w:w="1727"/>
          </w:tcPr>
          <w:p>
            <w:pPr>
              <w:spacing w:after="20" w:before="20"/>
            </w:pPr>
            <w:r/>
            <w:r>
              <w:rPr>
                <w:rFonts w:ascii="Times New Roman" w:hAnsi="Times New Roman" w:eastAsia="宋体"/>
                <w:b w:val="0"/>
                <w:sz w:val="21"/>
              </w:rPr>
              <w:t>34</w:t>
            </w:r>
          </w:p>
        </w:tc>
        <w:tc>
          <w:tcPr>
            <w:tcW w:type="dxa" w:w="1727"/>
          </w:tcPr>
          <w:p>
            <w:pPr>
              <w:spacing w:after="20" w:before="20"/>
            </w:pPr>
            <w:r/>
            <w:r>
              <w:rPr>
                <w:rFonts w:ascii="Times New Roman" w:hAnsi="Times New Roman" w:eastAsia="宋体"/>
                <w:b w:val="0"/>
                <w:sz w:val="21"/>
              </w:rPr>
              <w:t>邵昕蕾</w:t>
            </w:r>
          </w:p>
        </w:tc>
        <w:tc>
          <w:tcPr>
            <w:tcW w:type="dxa" w:w="1727"/>
          </w:tcPr>
          <w:p>
            <w:pPr>
              <w:spacing w:after="20" w:before="20"/>
            </w:pPr>
            <w:r/>
            <w:r>
              <w:rPr>
                <w:rFonts w:ascii="Times New Roman" w:hAnsi="Times New Roman" w:eastAsia="宋体"/>
                <w:b w:val="0"/>
                <w:sz w:val="21"/>
              </w:rPr>
              <w:t>雕塑系</w:t>
            </w:r>
          </w:p>
        </w:tc>
        <w:tc>
          <w:tcPr>
            <w:tcW w:type="dxa" w:w="1727"/>
          </w:tcPr>
          <w:p>
            <w:pPr>
              <w:spacing w:after="20" w:before="20"/>
            </w:pPr>
            <w:r/>
            <w:r>
              <w:rPr>
                <w:rFonts w:ascii="Times New Roman" w:hAnsi="Times New Roman" w:eastAsia="宋体"/>
                <w:b w:val="0"/>
                <w:sz w:val="21"/>
              </w:rPr>
              <w:t>版画系</w:t>
            </w:r>
          </w:p>
        </w:tc>
        <w:tc>
          <w:tcPr>
            <w:tcW w:type="dxa" w:w="1727"/>
          </w:tcPr>
          <w:p>
            <w:pPr>
              <w:spacing w:after="20" w:before="20"/>
            </w:pPr>
            <w:r/>
            <w:r>
              <w:rPr>
                <w:rFonts w:ascii="Times New Roman" w:hAnsi="Times New Roman" w:eastAsia="宋体"/>
                <w:b w:val="0"/>
                <w:sz w:val="21"/>
              </w:rPr>
              <w:t>13版画色彩研究</w:t>
            </w:r>
          </w:p>
        </w:tc>
      </w:tr>
      <w:tr>
        <w:tc>
          <w:tcPr>
            <w:tcW w:type="dxa" w:w="1727"/>
          </w:tcPr>
          <w:p>
            <w:pPr>
              <w:spacing w:after="20" w:before="20"/>
            </w:pPr>
            <w:r/>
            <w:r>
              <w:rPr>
                <w:rFonts w:ascii="Times New Roman" w:hAnsi="Times New Roman" w:eastAsia="宋体"/>
                <w:b w:val="0"/>
                <w:sz w:val="21"/>
              </w:rPr>
              <w:t>35</w:t>
            </w:r>
          </w:p>
        </w:tc>
        <w:tc>
          <w:tcPr>
            <w:tcW w:type="dxa" w:w="1727"/>
          </w:tcPr>
          <w:p>
            <w:pPr>
              <w:spacing w:after="20" w:before="20"/>
            </w:pPr>
            <w:r/>
            <w:r>
              <w:rPr>
                <w:rFonts w:ascii="Times New Roman" w:hAnsi="Times New Roman" w:eastAsia="宋体"/>
                <w:b w:val="0"/>
                <w:sz w:val="21"/>
              </w:rPr>
              <w:t>吴颖淇</w:t>
            </w:r>
          </w:p>
        </w:tc>
        <w:tc>
          <w:tcPr>
            <w:tcW w:type="dxa" w:w="1727"/>
          </w:tcPr>
          <w:p>
            <w:pPr>
              <w:spacing w:after="20" w:before="20"/>
            </w:pPr>
            <w:r/>
            <w:r>
              <w:rPr>
                <w:rFonts w:ascii="Times New Roman" w:hAnsi="Times New Roman" w:eastAsia="宋体"/>
                <w:b w:val="0"/>
                <w:sz w:val="21"/>
              </w:rPr>
              <w:t>雕塑系</w:t>
            </w:r>
          </w:p>
        </w:tc>
        <w:tc>
          <w:tcPr>
            <w:tcW w:type="dxa" w:w="1727"/>
          </w:tcPr>
          <w:p>
            <w:pPr>
              <w:spacing w:after="20" w:before="20"/>
            </w:pPr>
            <w:r/>
            <w:r>
              <w:rPr>
                <w:rFonts w:ascii="Times New Roman" w:hAnsi="Times New Roman" w:eastAsia="宋体"/>
                <w:b w:val="0"/>
                <w:sz w:val="21"/>
              </w:rPr>
              <w:t>雕塑系</w:t>
            </w:r>
          </w:p>
        </w:tc>
        <w:tc>
          <w:tcPr>
            <w:tcW w:type="dxa" w:w="1727"/>
          </w:tcPr>
          <w:p>
            <w:pPr>
              <w:spacing w:after="20" w:before="20"/>
            </w:pPr>
            <w:r/>
            <w:r>
              <w:rPr>
                <w:rFonts w:ascii="Times New Roman" w:hAnsi="Times New Roman" w:eastAsia="宋体"/>
                <w:b w:val="0"/>
                <w:sz w:val="21"/>
              </w:rPr>
              <w:t>15公共艺术研究（场域与公共艺术创作研究）</w:t>
            </w:r>
          </w:p>
        </w:tc>
      </w:tr>
      <w:tr>
        <w:tc>
          <w:tcPr>
            <w:tcW w:type="dxa" w:w="1727"/>
          </w:tcPr>
          <w:p>
            <w:pPr>
              <w:spacing w:after="20" w:before="20"/>
            </w:pPr>
            <w:r/>
            <w:r>
              <w:rPr>
                <w:rFonts w:ascii="Times New Roman" w:hAnsi="Times New Roman" w:eastAsia="宋体"/>
                <w:b w:val="0"/>
                <w:sz w:val="21"/>
              </w:rPr>
              <w:t>36</w:t>
            </w:r>
          </w:p>
        </w:tc>
        <w:tc>
          <w:tcPr>
            <w:tcW w:type="dxa" w:w="1727"/>
          </w:tcPr>
          <w:p>
            <w:pPr>
              <w:spacing w:after="20" w:before="20"/>
            </w:pPr>
            <w:r/>
            <w:r>
              <w:rPr>
                <w:rFonts w:ascii="Times New Roman" w:hAnsi="Times New Roman" w:eastAsia="宋体"/>
                <w:b w:val="0"/>
                <w:sz w:val="21"/>
              </w:rPr>
              <w:t>李君骁</w:t>
            </w:r>
          </w:p>
        </w:tc>
        <w:tc>
          <w:tcPr>
            <w:tcW w:type="dxa" w:w="1727"/>
          </w:tcPr>
          <w:p>
            <w:pPr>
              <w:spacing w:after="20" w:before="20"/>
            </w:pPr>
            <w:r/>
            <w:r>
              <w:rPr>
                <w:rFonts w:ascii="Times New Roman" w:hAnsi="Times New Roman" w:eastAsia="宋体"/>
                <w:b w:val="0"/>
                <w:sz w:val="21"/>
              </w:rPr>
              <w:t>雕塑系</w:t>
            </w:r>
          </w:p>
        </w:tc>
        <w:tc>
          <w:tcPr>
            <w:tcW w:type="dxa" w:w="1727"/>
          </w:tcPr>
          <w:p>
            <w:pPr>
              <w:spacing w:after="20" w:before="20"/>
            </w:pPr>
            <w:r/>
            <w:r>
              <w:rPr>
                <w:rFonts w:ascii="Times New Roman" w:hAnsi="Times New Roman" w:eastAsia="宋体"/>
                <w:b w:val="0"/>
                <w:sz w:val="21"/>
              </w:rPr>
              <w:t>雕塑系</w:t>
            </w:r>
          </w:p>
        </w:tc>
        <w:tc>
          <w:tcPr>
            <w:tcW w:type="dxa" w:w="1727"/>
          </w:tcPr>
          <w:p>
            <w:pPr>
              <w:spacing w:after="20" w:before="20"/>
            </w:pPr>
            <w:r/>
            <w:r>
              <w:rPr>
                <w:rFonts w:ascii="Times New Roman" w:hAnsi="Times New Roman" w:eastAsia="宋体"/>
                <w:b w:val="0"/>
                <w:sz w:val="21"/>
              </w:rPr>
              <w:t>06具象雕塑研究（雕塑形式语言研究）</w:t>
            </w:r>
          </w:p>
        </w:tc>
      </w:tr>
      <w:tr>
        <w:tc>
          <w:tcPr>
            <w:tcW w:type="dxa" w:w="1727"/>
          </w:tcPr>
          <w:p>
            <w:pPr>
              <w:spacing w:after="20" w:before="20"/>
            </w:pPr>
            <w:r/>
            <w:r>
              <w:rPr>
                <w:rFonts w:ascii="Times New Roman" w:hAnsi="Times New Roman" w:eastAsia="宋体"/>
                <w:b w:val="0"/>
                <w:sz w:val="21"/>
              </w:rPr>
              <w:t>37</w:t>
            </w:r>
          </w:p>
        </w:tc>
        <w:tc>
          <w:tcPr>
            <w:tcW w:type="dxa" w:w="1727"/>
          </w:tcPr>
          <w:p>
            <w:pPr>
              <w:spacing w:after="20" w:before="20"/>
            </w:pPr>
            <w:r/>
            <w:r>
              <w:rPr>
                <w:rFonts w:ascii="Times New Roman" w:hAnsi="Times New Roman" w:eastAsia="宋体"/>
                <w:b w:val="0"/>
                <w:sz w:val="21"/>
              </w:rPr>
              <w:t>朱壮</w:t>
            </w:r>
          </w:p>
        </w:tc>
        <w:tc>
          <w:tcPr>
            <w:tcW w:type="dxa" w:w="1727"/>
          </w:tcPr>
          <w:p>
            <w:pPr>
              <w:spacing w:after="20" w:before="20"/>
            </w:pPr>
            <w:r/>
            <w:r>
              <w:rPr>
                <w:rFonts w:ascii="Times New Roman" w:hAnsi="Times New Roman" w:eastAsia="宋体"/>
                <w:b w:val="0"/>
                <w:sz w:val="21"/>
              </w:rPr>
              <w:t>雕塑系</w:t>
            </w:r>
          </w:p>
        </w:tc>
        <w:tc>
          <w:tcPr>
            <w:tcW w:type="dxa" w:w="1727"/>
          </w:tcPr>
          <w:p>
            <w:pPr>
              <w:spacing w:after="20" w:before="20"/>
            </w:pPr>
            <w:r/>
            <w:r>
              <w:rPr>
                <w:rFonts w:ascii="Times New Roman" w:hAnsi="Times New Roman" w:eastAsia="宋体"/>
                <w:b w:val="0"/>
                <w:sz w:val="21"/>
              </w:rPr>
              <w:t>雕塑系</w:t>
            </w:r>
          </w:p>
        </w:tc>
        <w:tc>
          <w:tcPr>
            <w:tcW w:type="dxa" w:w="1727"/>
          </w:tcPr>
          <w:p>
            <w:pPr>
              <w:spacing w:after="20" w:before="20"/>
            </w:pPr>
            <w:r/>
            <w:r>
              <w:rPr>
                <w:rFonts w:ascii="Times New Roman" w:hAnsi="Times New Roman" w:eastAsia="宋体"/>
                <w:b w:val="0"/>
                <w:sz w:val="21"/>
              </w:rPr>
              <w:t>05具象雕塑研究（雕塑的造型与空间语言研究）</w:t>
            </w:r>
          </w:p>
        </w:tc>
      </w:tr>
      <w:tr>
        <w:tc>
          <w:tcPr>
            <w:tcW w:type="dxa" w:w="1727"/>
          </w:tcPr>
          <w:p>
            <w:pPr>
              <w:spacing w:after="20" w:before="20"/>
            </w:pPr>
            <w:r/>
            <w:r>
              <w:rPr>
                <w:rFonts w:ascii="Times New Roman" w:hAnsi="Times New Roman" w:eastAsia="宋体"/>
                <w:b w:val="0"/>
                <w:sz w:val="21"/>
              </w:rPr>
              <w:t>38</w:t>
            </w:r>
          </w:p>
        </w:tc>
        <w:tc>
          <w:tcPr>
            <w:tcW w:type="dxa" w:w="1727"/>
          </w:tcPr>
          <w:p>
            <w:pPr>
              <w:spacing w:after="20" w:before="20"/>
            </w:pPr>
            <w:r/>
            <w:r>
              <w:rPr>
                <w:rFonts w:ascii="Times New Roman" w:hAnsi="Times New Roman" w:eastAsia="宋体"/>
                <w:b w:val="0"/>
                <w:sz w:val="21"/>
              </w:rPr>
              <w:t>王怡萌</w:t>
            </w:r>
          </w:p>
        </w:tc>
        <w:tc>
          <w:tcPr>
            <w:tcW w:type="dxa" w:w="1727"/>
          </w:tcPr>
          <w:p>
            <w:pPr>
              <w:spacing w:after="20" w:before="20"/>
            </w:pPr>
            <w:r/>
            <w:r>
              <w:rPr>
                <w:rFonts w:ascii="Times New Roman" w:hAnsi="Times New Roman" w:eastAsia="宋体"/>
                <w:b w:val="0"/>
                <w:sz w:val="21"/>
              </w:rPr>
              <w:t>雕塑系</w:t>
            </w:r>
          </w:p>
        </w:tc>
        <w:tc>
          <w:tcPr>
            <w:tcW w:type="dxa" w:w="1727"/>
          </w:tcPr>
          <w:p>
            <w:pPr>
              <w:spacing w:after="20" w:before="20"/>
            </w:pPr>
            <w:r/>
            <w:r>
              <w:rPr>
                <w:rFonts w:ascii="Times New Roman" w:hAnsi="Times New Roman" w:eastAsia="宋体"/>
                <w:b w:val="0"/>
                <w:sz w:val="21"/>
              </w:rPr>
              <w:t>雕塑系</w:t>
            </w:r>
          </w:p>
        </w:tc>
        <w:tc>
          <w:tcPr>
            <w:tcW w:type="dxa" w:w="1727"/>
          </w:tcPr>
          <w:p>
            <w:pPr>
              <w:spacing w:after="20" w:before="20"/>
            </w:pPr>
            <w:r/>
            <w:r>
              <w:rPr>
                <w:rFonts w:ascii="Times New Roman" w:hAnsi="Times New Roman" w:eastAsia="宋体"/>
                <w:b w:val="0"/>
                <w:sz w:val="21"/>
              </w:rPr>
              <w:t>02具象雕塑研究（纪念性雕塑研究）</w:t>
            </w:r>
          </w:p>
        </w:tc>
      </w:tr>
      <w:tr>
        <w:tc>
          <w:tcPr>
            <w:tcW w:type="dxa" w:w="1727"/>
          </w:tcPr>
          <w:p>
            <w:pPr>
              <w:spacing w:after="20" w:before="20"/>
            </w:pPr>
            <w:r/>
            <w:r>
              <w:rPr>
                <w:rFonts w:ascii="Times New Roman" w:hAnsi="Times New Roman" w:eastAsia="宋体"/>
                <w:b w:val="0"/>
                <w:sz w:val="21"/>
              </w:rPr>
              <w:t>39</w:t>
            </w:r>
          </w:p>
        </w:tc>
        <w:tc>
          <w:tcPr>
            <w:tcW w:type="dxa" w:w="1727"/>
          </w:tcPr>
          <w:p>
            <w:pPr>
              <w:spacing w:after="20" w:before="20"/>
            </w:pPr>
            <w:r/>
            <w:r>
              <w:rPr>
                <w:rFonts w:ascii="Times New Roman" w:hAnsi="Times New Roman" w:eastAsia="宋体"/>
                <w:b w:val="0"/>
                <w:sz w:val="21"/>
              </w:rPr>
              <w:t>叶骁逍</w:t>
            </w:r>
          </w:p>
        </w:tc>
        <w:tc>
          <w:tcPr>
            <w:tcW w:type="dxa" w:w="1727"/>
          </w:tcPr>
          <w:p>
            <w:pPr>
              <w:spacing w:after="20" w:before="20"/>
            </w:pPr>
            <w:r/>
            <w:r>
              <w:rPr>
                <w:rFonts w:ascii="Times New Roman" w:hAnsi="Times New Roman" w:eastAsia="宋体"/>
                <w:b w:val="0"/>
                <w:sz w:val="21"/>
              </w:rPr>
              <w:t>雕塑系</w:t>
            </w:r>
          </w:p>
        </w:tc>
        <w:tc>
          <w:tcPr>
            <w:tcW w:type="dxa" w:w="1727"/>
          </w:tcPr>
          <w:p>
            <w:pPr>
              <w:spacing w:after="20" w:before="20"/>
            </w:pPr>
            <w:r/>
            <w:r>
              <w:rPr>
                <w:rFonts w:ascii="Times New Roman" w:hAnsi="Times New Roman" w:eastAsia="宋体"/>
                <w:b w:val="0"/>
                <w:sz w:val="21"/>
              </w:rPr>
              <w:t>雕塑系</w:t>
            </w:r>
          </w:p>
        </w:tc>
        <w:tc>
          <w:tcPr>
            <w:tcW w:type="dxa" w:w="1727"/>
          </w:tcPr>
          <w:p>
            <w:pPr>
              <w:spacing w:after="20" w:before="20"/>
            </w:pPr>
            <w:r/>
            <w:r>
              <w:rPr>
                <w:rFonts w:ascii="Times New Roman" w:hAnsi="Times New Roman" w:eastAsia="宋体"/>
                <w:b w:val="0"/>
                <w:sz w:val="21"/>
              </w:rPr>
              <w:t>03具象雕塑研究（架上雕塑造型语言研究）</w:t>
            </w:r>
          </w:p>
        </w:tc>
      </w:tr>
      <w:tr>
        <w:tc>
          <w:tcPr>
            <w:tcW w:type="dxa" w:w="1727"/>
          </w:tcPr>
          <w:p>
            <w:pPr>
              <w:spacing w:after="20" w:before="20"/>
            </w:pPr>
            <w:r/>
            <w:r>
              <w:rPr>
                <w:rFonts w:ascii="Times New Roman" w:hAnsi="Times New Roman" w:eastAsia="宋体"/>
                <w:b w:val="0"/>
                <w:sz w:val="21"/>
              </w:rPr>
              <w:t>40</w:t>
            </w:r>
          </w:p>
        </w:tc>
        <w:tc>
          <w:tcPr>
            <w:tcW w:type="dxa" w:w="1727"/>
          </w:tcPr>
          <w:p>
            <w:pPr>
              <w:spacing w:after="20" w:before="20"/>
            </w:pPr>
            <w:r/>
            <w:r>
              <w:rPr>
                <w:rFonts w:ascii="Times New Roman" w:hAnsi="Times New Roman" w:eastAsia="宋体"/>
                <w:b w:val="0"/>
                <w:sz w:val="21"/>
              </w:rPr>
              <w:t>陈心宇</w:t>
            </w:r>
          </w:p>
        </w:tc>
        <w:tc>
          <w:tcPr>
            <w:tcW w:type="dxa" w:w="1727"/>
          </w:tcPr>
          <w:p>
            <w:pPr>
              <w:spacing w:after="20" w:before="20"/>
            </w:pPr>
            <w:r/>
            <w:r>
              <w:rPr>
                <w:rFonts w:ascii="Times New Roman" w:hAnsi="Times New Roman" w:eastAsia="宋体"/>
                <w:b w:val="0"/>
                <w:sz w:val="21"/>
              </w:rPr>
              <w:t>雕塑系</w:t>
            </w:r>
          </w:p>
        </w:tc>
        <w:tc>
          <w:tcPr>
            <w:tcW w:type="dxa" w:w="1727"/>
          </w:tcPr>
          <w:p>
            <w:pPr>
              <w:spacing w:after="20" w:before="20"/>
            </w:pPr>
            <w:r/>
            <w:r>
              <w:rPr>
                <w:rFonts w:ascii="Times New Roman" w:hAnsi="Times New Roman" w:eastAsia="宋体"/>
                <w:b w:val="0"/>
                <w:sz w:val="21"/>
              </w:rPr>
              <w:t>雕塑系</w:t>
            </w:r>
          </w:p>
        </w:tc>
        <w:tc>
          <w:tcPr>
            <w:tcW w:type="dxa" w:w="1727"/>
          </w:tcPr>
          <w:p>
            <w:pPr>
              <w:spacing w:after="20" w:before="20"/>
            </w:pPr>
            <w:r/>
            <w:r>
              <w:rPr>
                <w:rFonts w:ascii="Times New Roman" w:hAnsi="Times New Roman" w:eastAsia="宋体"/>
                <w:b w:val="0"/>
                <w:sz w:val="21"/>
              </w:rPr>
              <w:t>08本土雕塑语言研究（传统造像与器物研究）</w:t>
            </w:r>
          </w:p>
        </w:tc>
      </w:tr>
      <w:tr>
        <w:tc>
          <w:tcPr>
            <w:tcW w:type="dxa" w:w="1727"/>
          </w:tcPr>
          <w:p>
            <w:pPr>
              <w:spacing w:after="20" w:before="20"/>
            </w:pPr>
            <w:r/>
            <w:r>
              <w:rPr>
                <w:rFonts w:ascii="Times New Roman" w:hAnsi="Times New Roman" w:eastAsia="宋体"/>
                <w:b w:val="0"/>
                <w:sz w:val="21"/>
              </w:rPr>
              <w:t>41</w:t>
            </w:r>
          </w:p>
        </w:tc>
        <w:tc>
          <w:tcPr>
            <w:tcW w:type="dxa" w:w="1727"/>
          </w:tcPr>
          <w:p>
            <w:pPr>
              <w:spacing w:after="20" w:before="20"/>
            </w:pPr>
            <w:r/>
            <w:r>
              <w:rPr>
                <w:rFonts w:ascii="Times New Roman" w:hAnsi="Times New Roman" w:eastAsia="宋体"/>
                <w:b w:val="0"/>
                <w:sz w:val="21"/>
              </w:rPr>
              <w:t>杨雯雅</w:t>
            </w:r>
          </w:p>
        </w:tc>
        <w:tc>
          <w:tcPr>
            <w:tcW w:type="dxa" w:w="1727"/>
          </w:tcPr>
          <w:p>
            <w:pPr>
              <w:spacing w:after="20" w:before="20"/>
            </w:pPr>
            <w:r/>
            <w:r>
              <w:rPr>
                <w:rFonts w:ascii="Times New Roman" w:hAnsi="Times New Roman" w:eastAsia="宋体"/>
                <w:b w:val="0"/>
                <w:sz w:val="21"/>
              </w:rPr>
              <w:t>雕塑系</w:t>
            </w:r>
          </w:p>
        </w:tc>
        <w:tc>
          <w:tcPr>
            <w:tcW w:type="dxa" w:w="1727"/>
          </w:tcPr>
          <w:p>
            <w:pPr>
              <w:spacing w:after="20" w:before="20"/>
            </w:pPr>
            <w:r/>
            <w:r>
              <w:rPr>
                <w:rFonts w:ascii="Times New Roman" w:hAnsi="Times New Roman" w:eastAsia="宋体"/>
                <w:b w:val="0"/>
                <w:sz w:val="21"/>
              </w:rPr>
              <w:t>雕塑系</w:t>
            </w:r>
          </w:p>
        </w:tc>
        <w:tc>
          <w:tcPr>
            <w:tcW w:type="dxa" w:w="1727"/>
          </w:tcPr>
          <w:p>
            <w:pPr>
              <w:spacing w:after="20" w:before="20"/>
            </w:pPr>
            <w:r/>
            <w:r>
              <w:rPr>
                <w:rFonts w:ascii="Times New Roman" w:hAnsi="Times New Roman" w:eastAsia="宋体"/>
                <w:b w:val="0"/>
                <w:sz w:val="21"/>
              </w:rPr>
              <w:t>09本土雕塑语言研究（传统雕塑语言的研究）</w:t>
            </w:r>
          </w:p>
        </w:tc>
      </w:tr>
      <w:tr>
        <w:tc>
          <w:tcPr>
            <w:tcW w:type="dxa" w:w="1727"/>
          </w:tcPr>
          <w:p>
            <w:pPr>
              <w:spacing w:after="20" w:before="20"/>
            </w:pPr>
            <w:r/>
            <w:r>
              <w:rPr>
                <w:rFonts w:ascii="Times New Roman" w:hAnsi="Times New Roman" w:eastAsia="宋体"/>
                <w:b w:val="0"/>
                <w:sz w:val="21"/>
              </w:rPr>
              <w:t>42</w:t>
            </w:r>
          </w:p>
        </w:tc>
        <w:tc>
          <w:tcPr>
            <w:tcW w:type="dxa" w:w="1727"/>
          </w:tcPr>
          <w:p>
            <w:pPr>
              <w:spacing w:after="20" w:before="20"/>
            </w:pPr>
            <w:r/>
            <w:r>
              <w:rPr>
                <w:rFonts w:ascii="Times New Roman" w:hAnsi="Times New Roman" w:eastAsia="宋体"/>
                <w:b w:val="0"/>
                <w:sz w:val="21"/>
              </w:rPr>
              <w:t>李久法</w:t>
            </w:r>
          </w:p>
        </w:tc>
        <w:tc>
          <w:tcPr>
            <w:tcW w:type="dxa" w:w="1727"/>
          </w:tcPr>
          <w:p>
            <w:pPr>
              <w:spacing w:after="20" w:before="20"/>
            </w:pPr>
            <w:r/>
            <w:r>
              <w:rPr>
                <w:rFonts w:ascii="Times New Roman" w:hAnsi="Times New Roman" w:eastAsia="宋体"/>
                <w:b w:val="0"/>
                <w:sz w:val="21"/>
              </w:rPr>
              <w:t>雕塑系</w:t>
            </w:r>
          </w:p>
        </w:tc>
        <w:tc>
          <w:tcPr>
            <w:tcW w:type="dxa" w:w="1727"/>
          </w:tcPr>
          <w:p>
            <w:pPr>
              <w:spacing w:after="20" w:before="20"/>
            </w:pPr>
            <w:r/>
            <w:r>
              <w:rPr>
                <w:rFonts w:ascii="Times New Roman" w:hAnsi="Times New Roman" w:eastAsia="宋体"/>
                <w:b w:val="0"/>
                <w:sz w:val="21"/>
              </w:rPr>
              <w:t>雕塑系</w:t>
            </w:r>
          </w:p>
        </w:tc>
        <w:tc>
          <w:tcPr>
            <w:tcW w:type="dxa" w:w="1727"/>
          </w:tcPr>
          <w:p>
            <w:pPr>
              <w:spacing w:after="20" w:before="20"/>
            </w:pPr>
            <w:r/>
            <w:r>
              <w:rPr>
                <w:rFonts w:ascii="Times New Roman" w:hAnsi="Times New Roman" w:eastAsia="宋体"/>
                <w:b w:val="0"/>
                <w:sz w:val="21"/>
              </w:rPr>
              <w:t>04具象雕塑研究（具象雕塑表现性语言研究）</w:t>
            </w:r>
          </w:p>
        </w:tc>
      </w:tr>
      <w:tr>
        <w:tc>
          <w:tcPr>
            <w:tcW w:type="dxa" w:w="1727"/>
          </w:tcPr>
          <w:p>
            <w:pPr>
              <w:spacing w:after="20" w:before="20"/>
            </w:pPr>
            <w:r/>
            <w:r>
              <w:rPr>
                <w:rFonts w:ascii="Times New Roman" w:hAnsi="Times New Roman" w:eastAsia="宋体"/>
                <w:b w:val="0"/>
                <w:sz w:val="21"/>
              </w:rPr>
              <w:t>43</w:t>
            </w:r>
          </w:p>
        </w:tc>
        <w:tc>
          <w:tcPr>
            <w:tcW w:type="dxa" w:w="1727"/>
          </w:tcPr>
          <w:p>
            <w:pPr>
              <w:spacing w:after="20" w:before="20"/>
            </w:pPr>
            <w:r/>
            <w:r>
              <w:rPr>
                <w:rFonts w:ascii="Times New Roman" w:hAnsi="Times New Roman" w:eastAsia="宋体"/>
                <w:b w:val="0"/>
                <w:sz w:val="21"/>
              </w:rPr>
              <w:t>张璐瑶</w:t>
            </w:r>
          </w:p>
        </w:tc>
        <w:tc>
          <w:tcPr>
            <w:tcW w:type="dxa" w:w="1727"/>
          </w:tcPr>
          <w:p>
            <w:pPr>
              <w:spacing w:after="20" w:before="20"/>
            </w:pPr>
            <w:r/>
            <w:r>
              <w:rPr>
                <w:rFonts w:ascii="Times New Roman" w:hAnsi="Times New Roman" w:eastAsia="宋体"/>
                <w:b w:val="0"/>
                <w:sz w:val="21"/>
              </w:rPr>
              <w:t>壁画系</w:t>
            </w:r>
          </w:p>
        </w:tc>
        <w:tc>
          <w:tcPr>
            <w:tcW w:type="dxa" w:w="1727"/>
          </w:tcPr>
          <w:p>
            <w:pPr>
              <w:spacing w:after="20" w:before="20"/>
            </w:pPr>
            <w:r/>
            <w:r>
              <w:rPr>
                <w:rFonts w:ascii="Times New Roman" w:hAnsi="Times New Roman" w:eastAsia="宋体"/>
                <w:b w:val="0"/>
                <w:sz w:val="21"/>
              </w:rPr>
              <w:t>壁画系</w:t>
            </w:r>
          </w:p>
        </w:tc>
        <w:tc>
          <w:tcPr>
            <w:tcW w:type="dxa" w:w="1727"/>
          </w:tcPr>
          <w:p>
            <w:pPr>
              <w:spacing w:after="20" w:before="20"/>
            </w:pPr>
            <w:r/>
            <w:r>
              <w:rPr>
                <w:rFonts w:ascii="Times New Roman" w:hAnsi="Times New Roman" w:eastAsia="宋体"/>
                <w:b w:val="0"/>
                <w:sz w:val="21"/>
              </w:rPr>
              <w:t>02公共艺术研究</w:t>
            </w:r>
          </w:p>
        </w:tc>
      </w:tr>
      <w:tr>
        <w:tc>
          <w:tcPr>
            <w:tcW w:type="dxa" w:w="1727"/>
          </w:tcPr>
          <w:p>
            <w:pPr>
              <w:spacing w:after="20" w:before="20"/>
            </w:pPr>
            <w:r/>
            <w:r>
              <w:rPr>
                <w:rFonts w:ascii="Times New Roman" w:hAnsi="Times New Roman" w:eastAsia="宋体"/>
                <w:b w:val="0"/>
                <w:sz w:val="21"/>
              </w:rPr>
              <w:t>44</w:t>
            </w:r>
          </w:p>
        </w:tc>
        <w:tc>
          <w:tcPr>
            <w:tcW w:type="dxa" w:w="1727"/>
          </w:tcPr>
          <w:p>
            <w:pPr>
              <w:spacing w:after="20" w:before="20"/>
            </w:pPr>
            <w:r/>
            <w:r>
              <w:rPr>
                <w:rFonts w:ascii="Times New Roman" w:hAnsi="Times New Roman" w:eastAsia="宋体"/>
                <w:b w:val="0"/>
                <w:sz w:val="21"/>
              </w:rPr>
              <w:t>何道婉</w:t>
            </w:r>
          </w:p>
        </w:tc>
        <w:tc>
          <w:tcPr>
            <w:tcW w:type="dxa" w:w="1727"/>
          </w:tcPr>
          <w:p>
            <w:pPr>
              <w:spacing w:after="20" w:before="20"/>
            </w:pPr>
            <w:r/>
            <w:r>
              <w:rPr>
                <w:rFonts w:ascii="Times New Roman" w:hAnsi="Times New Roman" w:eastAsia="宋体"/>
                <w:b w:val="0"/>
                <w:sz w:val="21"/>
              </w:rPr>
              <w:t>壁画系</w:t>
            </w:r>
          </w:p>
        </w:tc>
        <w:tc>
          <w:tcPr>
            <w:tcW w:type="dxa" w:w="1727"/>
          </w:tcPr>
          <w:p>
            <w:pPr>
              <w:spacing w:after="20" w:before="20"/>
            </w:pPr>
            <w:r/>
            <w:r>
              <w:rPr>
                <w:rFonts w:ascii="Times New Roman" w:hAnsi="Times New Roman" w:eastAsia="宋体"/>
                <w:b w:val="0"/>
                <w:sz w:val="21"/>
              </w:rPr>
              <w:t>壁画系</w:t>
            </w:r>
          </w:p>
        </w:tc>
        <w:tc>
          <w:tcPr>
            <w:tcW w:type="dxa" w:w="1727"/>
          </w:tcPr>
          <w:p>
            <w:pPr>
              <w:spacing w:after="20" w:before="20"/>
            </w:pPr>
            <w:r/>
            <w:r>
              <w:rPr>
                <w:rFonts w:ascii="Times New Roman" w:hAnsi="Times New Roman" w:eastAsia="宋体"/>
                <w:b w:val="0"/>
                <w:sz w:val="21"/>
              </w:rPr>
              <w:t>03形式语言研究</w:t>
            </w:r>
          </w:p>
        </w:tc>
      </w:tr>
      <w:tr>
        <w:tc>
          <w:tcPr>
            <w:tcW w:type="dxa" w:w="1727"/>
          </w:tcPr>
          <w:p>
            <w:pPr>
              <w:spacing w:after="20" w:before="20"/>
            </w:pPr>
            <w:r/>
            <w:r>
              <w:rPr>
                <w:rFonts w:ascii="Times New Roman" w:hAnsi="Times New Roman" w:eastAsia="宋体"/>
                <w:b w:val="0"/>
                <w:sz w:val="21"/>
              </w:rPr>
              <w:t>45</w:t>
            </w:r>
          </w:p>
        </w:tc>
        <w:tc>
          <w:tcPr>
            <w:tcW w:type="dxa" w:w="1727"/>
          </w:tcPr>
          <w:p>
            <w:pPr>
              <w:spacing w:after="20" w:before="20"/>
            </w:pPr>
            <w:r/>
            <w:r>
              <w:rPr>
                <w:rFonts w:ascii="Times New Roman" w:hAnsi="Times New Roman" w:eastAsia="宋体"/>
                <w:b w:val="0"/>
                <w:sz w:val="21"/>
              </w:rPr>
              <w:t>梁家栋</w:t>
            </w:r>
          </w:p>
        </w:tc>
        <w:tc>
          <w:tcPr>
            <w:tcW w:type="dxa" w:w="1727"/>
          </w:tcPr>
          <w:p>
            <w:pPr>
              <w:spacing w:after="20" w:before="20"/>
            </w:pPr>
            <w:r/>
            <w:r>
              <w:rPr>
                <w:rFonts w:ascii="Times New Roman" w:hAnsi="Times New Roman" w:eastAsia="宋体"/>
                <w:b w:val="0"/>
                <w:sz w:val="21"/>
              </w:rPr>
              <w:t>壁画系</w:t>
            </w:r>
          </w:p>
        </w:tc>
        <w:tc>
          <w:tcPr>
            <w:tcW w:type="dxa" w:w="1727"/>
          </w:tcPr>
          <w:p>
            <w:pPr>
              <w:spacing w:after="20" w:before="20"/>
            </w:pPr>
            <w:r/>
            <w:r>
              <w:rPr>
                <w:rFonts w:ascii="Times New Roman" w:hAnsi="Times New Roman" w:eastAsia="宋体"/>
                <w:b w:val="0"/>
                <w:sz w:val="21"/>
              </w:rPr>
              <w:t>壁画系</w:t>
            </w:r>
          </w:p>
        </w:tc>
        <w:tc>
          <w:tcPr>
            <w:tcW w:type="dxa" w:w="1727"/>
          </w:tcPr>
          <w:p>
            <w:pPr>
              <w:spacing w:after="20" w:before="20"/>
            </w:pPr>
            <w:r/>
            <w:r>
              <w:rPr>
                <w:rFonts w:ascii="Times New Roman" w:hAnsi="Times New Roman" w:eastAsia="宋体"/>
                <w:b w:val="0"/>
                <w:sz w:val="21"/>
              </w:rPr>
              <w:t>04壁画研究</w:t>
            </w:r>
          </w:p>
        </w:tc>
      </w:tr>
      <w:tr>
        <w:tc>
          <w:tcPr>
            <w:tcW w:type="dxa" w:w="1727"/>
          </w:tcPr>
          <w:p>
            <w:pPr>
              <w:spacing w:after="20" w:before="20"/>
            </w:pPr>
            <w:r/>
            <w:r>
              <w:rPr>
                <w:rFonts w:ascii="Times New Roman" w:hAnsi="Times New Roman" w:eastAsia="宋体"/>
                <w:b w:val="0"/>
                <w:sz w:val="21"/>
              </w:rPr>
              <w:t>46</w:t>
            </w:r>
          </w:p>
        </w:tc>
        <w:tc>
          <w:tcPr>
            <w:tcW w:type="dxa" w:w="1727"/>
          </w:tcPr>
          <w:p>
            <w:pPr>
              <w:spacing w:after="20" w:before="20"/>
            </w:pPr>
            <w:r/>
            <w:r>
              <w:rPr>
                <w:rFonts w:ascii="Times New Roman" w:hAnsi="Times New Roman" w:eastAsia="宋体"/>
                <w:b w:val="0"/>
                <w:sz w:val="21"/>
              </w:rPr>
              <w:t>樊高</w:t>
            </w:r>
          </w:p>
        </w:tc>
        <w:tc>
          <w:tcPr>
            <w:tcW w:type="dxa" w:w="1727"/>
          </w:tcPr>
          <w:p>
            <w:pPr>
              <w:spacing w:after="20" w:before="20"/>
            </w:pPr>
            <w:r/>
            <w:r>
              <w:rPr>
                <w:rFonts w:ascii="Times New Roman" w:hAnsi="Times New Roman" w:eastAsia="宋体"/>
                <w:b w:val="0"/>
                <w:sz w:val="21"/>
              </w:rPr>
              <w:t>壁画系</w:t>
            </w:r>
          </w:p>
        </w:tc>
        <w:tc>
          <w:tcPr>
            <w:tcW w:type="dxa" w:w="1727"/>
          </w:tcPr>
          <w:p>
            <w:pPr>
              <w:spacing w:after="20" w:before="20"/>
            </w:pPr>
            <w:r/>
            <w:r>
              <w:rPr>
                <w:rFonts w:ascii="Times New Roman" w:hAnsi="Times New Roman" w:eastAsia="宋体"/>
                <w:b w:val="0"/>
                <w:sz w:val="21"/>
              </w:rPr>
              <w:t>壁画系</w:t>
            </w:r>
          </w:p>
        </w:tc>
        <w:tc>
          <w:tcPr>
            <w:tcW w:type="dxa" w:w="1727"/>
          </w:tcPr>
          <w:p>
            <w:pPr>
              <w:spacing w:after="20" w:before="20"/>
            </w:pPr>
            <w:r/>
            <w:r>
              <w:rPr>
                <w:rFonts w:ascii="Times New Roman" w:hAnsi="Times New Roman" w:eastAsia="宋体"/>
                <w:b w:val="0"/>
                <w:sz w:val="21"/>
              </w:rPr>
              <w:t>05公共艺术研究</w:t>
            </w:r>
          </w:p>
        </w:tc>
      </w:tr>
      <w:tr>
        <w:tc>
          <w:tcPr>
            <w:tcW w:type="dxa" w:w="1727"/>
          </w:tcPr>
          <w:p>
            <w:pPr>
              <w:spacing w:after="20" w:before="20"/>
            </w:pPr>
            <w:r/>
            <w:r>
              <w:rPr>
                <w:rFonts w:ascii="Times New Roman" w:hAnsi="Times New Roman" w:eastAsia="宋体"/>
                <w:b w:val="0"/>
                <w:sz w:val="21"/>
              </w:rPr>
              <w:t>47</w:t>
            </w:r>
          </w:p>
        </w:tc>
        <w:tc>
          <w:tcPr>
            <w:tcW w:type="dxa" w:w="1727"/>
          </w:tcPr>
          <w:p>
            <w:pPr>
              <w:spacing w:after="20" w:before="20"/>
            </w:pPr>
            <w:r/>
            <w:r>
              <w:rPr>
                <w:rFonts w:ascii="Times New Roman" w:hAnsi="Times New Roman" w:eastAsia="宋体"/>
                <w:b w:val="0"/>
                <w:sz w:val="21"/>
              </w:rPr>
              <w:t>李璐伊</w:t>
            </w:r>
          </w:p>
        </w:tc>
        <w:tc>
          <w:tcPr>
            <w:tcW w:type="dxa" w:w="1727"/>
          </w:tcPr>
          <w:p>
            <w:pPr>
              <w:spacing w:after="20" w:before="20"/>
            </w:pPr>
            <w:r/>
            <w:r>
              <w:rPr>
                <w:rFonts w:ascii="Times New Roman" w:hAnsi="Times New Roman" w:eastAsia="宋体"/>
                <w:b w:val="0"/>
                <w:sz w:val="21"/>
              </w:rPr>
              <w:t>建筑学院</w:t>
            </w:r>
          </w:p>
        </w:tc>
        <w:tc>
          <w:tcPr>
            <w:tcW w:type="dxa" w:w="1727"/>
          </w:tcPr>
          <w:p>
            <w:pPr>
              <w:spacing w:after="20" w:before="20"/>
            </w:pPr>
            <w:r/>
            <w:r>
              <w:rPr>
                <w:rFonts w:ascii="Times New Roman" w:hAnsi="Times New Roman" w:eastAsia="宋体"/>
                <w:b w:val="0"/>
                <w:sz w:val="21"/>
              </w:rPr>
              <w:t>壁画系</w:t>
            </w:r>
          </w:p>
        </w:tc>
        <w:tc>
          <w:tcPr>
            <w:tcW w:type="dxa" w:w="1727"/>
          </w:tcPr>
          <w:p>
            <w:pPr>
              <w:spacing w:after="20" w:before="20"/>
            </w:pPr>
            <w:r/>
            <w:r>
              <w:rPr>
                <w:rFonts w:ascii="Times New Roman" w:hAnsi="Times New Roman" w:eastAsia="宋体"/>
                <w:b w:val="0"/>
                <w:sz w:val="21"/>
              </w:rPr>
              <w:t>08抽象艺术研究</w:t>
            </w:r>
          </w:p>
        </w:tc>
      </w:tr>
      <w:tr>
        <w:tc>
          <w:tcPr>
            <w:tcW w:type="dxa" w:w="1727"/>
          </w:tcPr>
          <w:p>
            <w:pPr>
              <w:spacing w:after="20" w:before="20"/>
            </w:pPr>
            <w:r/>
            <w:r>
              <w:rPr>
                <w:rFonts w:ascii="Times New Roman" w:hAnsi="Times New Roman" w:eastAsia="宋体"/>
                <w:b w:val="0"/>
                <w:sz w:val="21"/>
              </w:rPr>
              <w:t>48</w:t>
            </w:r>
          </w:p>
        </w:tc>
        <w:tc>
          <w:tcPr>
            <w:tcW w:type="dxa" w:w="1727"/>
          </w:tcPr>
          <w:p>
            <w:pPr>
              <w:spacing w:after="20" w:before="20"/>
            </w:pPr>
            <w:r/>
            <w:r>
              <w:rPr>
                <w:rFonts w:ascii="Times New Roman" w:hAnsi="Times New Roman" w:eastAsia="宋体"/>
                <w:b w:val="0"/>
                <w:sz w:val="21"/>
              </w:rPr>
              <w:t>赵雪伶</w:t>
            </w:r>
          </w:p>
        </w:tc>
        <w:tc>
          <w:tcPr>
            <w:tcW w:type="dxa" w:w="1727"/>
          </w:tcPr>
          <w:p>
            <w:pPr>
              <w:spacing w:after="20" w:before="20"/>
            </w:pPr>
            <w:r/>
            <w:r>
              <w:rPr>
                <w:rFonts w:ascii="Times New Roman" w:hAnsi="Times New Roman" w:eastAsia="宋体"/>
                <w:b w:val="0"/>
                <w:sz w:val="21"/>
              </w:rPr>
              <w:t>修复学院</w:t>
            </w:r>
          </w:p>
        </w:tc>
        <w:tc>
          <w:tcPr>
            <w:tcW w:type="dxa" w:w="1727"/>
          </w:tcPr>
          <w:p>
            <w:pPr>
              <w:spacing w:after="20" w:before="20"/>
            </w:pPr>
            <w:r/>
            <w:r>
              <w:rPr>
                <w:rFonts w:ascii="Times New Roman" w:hAnsi="Times New Roman" w:eastAsia="宋体"/>
                <w:b w:val="0"/>
                <w:sz w:val="21"/>
              </w:rPr>
              <w:t>壁画系</w:t>
            </w:r>
          </w:p>
        </w:tc>
        <w:tc>
          <w:tcPr>
            <w:tcW w:type="dxa" w:w="1727"/>
          </w:tcPr>
          <w:p>
            <w:pPr>
              <w:spacing w:after="20" w:before="20"/>
            </w:pPr>
            <w:r/>
            <w:r>
              <w:rPr>
                <w:rFonts w:ascii="Times New Roman" w:hAnsi="Times New Roman" w:eastAsia="宋体"/>
                <w:b w:val="0"/>
                <w:sz w:val="21"/>
              </w:rPr>
              <w:t>09壁画研究</w:t>
            </w:r>
          </w:p>
        </w:tc>
      </w:tr>
      <w:tr>
        <w:tc>
          <w:tcPr>
            <w:tcW w:type="dxa" w:w="1727"/>
          </w:tcPr>
          <w:p>
            <w:pPr>
              <w:spacing w:after="20" w:before="20"/>
            </w:pPr>
            <w:r/>
            <w:r>
              <w:rPr>
                <w:rFonts w:ascii="Times New Roman" w:hAnsi="Times New Roman" w:eastAsia="宋体"/>
                <w:b w:val="0"/>
                <w:sz w:val="21"/>
              </w:rPr>
              <w:t>49</w:t>
            </w:r>
          </w:p>
        </w:tc>
        <w:tc>
          <w:tcPr>
            <w:tcW w:type="dxa" w:w="1727"/>
          </w:tcPr>
          <w:p>
            <w:pPr>
              <w:spacing w:after="20" w:before="20"/>
            </w:pPr>
            <w:r/>
            <w:r>
              <w:rPr>
                <w:rFonts w:ascii="Times New Roman" w:hAnsi="Times New Roman" w:eastAsia="宋体"/>
                <w:b w:val="0"/>
                <w:sz w:val="21"/>
              </w:rPr>
              <w:t>王芮铜</w:t>
            </w:r>
          </w:p>
        </w:tc>
        <w:tc>
          <w:tcPr>
            <w:tcW w:type="dxa" w:w="1727"/>
          </w:tcPr>
          <w:p>
            <w:pPr>
              <w:spacing w:after="20" w:before="20"/>
            </w:pPr>
            <w:r/>
            <w:r>
              <w:rPr>
                <w:rFonts w:ascii="Times New Roman" w:hAnsi="Times New Roman" w:eastAsia="宋体"/>
                <w:b w:val="0"/>
                <w:sz w:val="21"/>
              </w:rPr>
              <w:t>壁画系</w:t>
            </w:r>
          </w:p>
        </w:tc>
        <w:tc>
          <w:tcPr>
            <w:tcW w:type="dxa" w:w="1727"/>
          </w:tcPr>
          <w:p>
            <w:pPr>
              <w:spacing w:after="20" w:before="20"/>
            </w:pPr>
            <w:r/>
            <w:r>
              <w:rPr>
                <w:rFonts w:ascii="Times New Roman" w:hAnsi="Times New Roman" w:eastAsia="宋体"/>
                <w:b w:val="0"/>
                <w:sz w:val="21"/>
              </w:rPr>
              <w:t>壁画系</w:t>
            </w:r>
          </w:p>
        </w:tc>
        <w:tc>
          <w:tcPr>
            <w:tcW w:type="dxa" w:w="1727"/>
          </w:tcPr>
          <w:p>
            <w:pPr>
              <w:spacing w:after="20" w:before="20"/>
            </w:pPr>
            <w:r/>
            <w:r>
              <w:rPr>
                <w:rFonts w:ascii="Times New Roman" w:hAnsi="Times New Roman" w:eastAsia="宋体"/>
                <w:b w:val="0"/>
                <w:sz w:val="21"/>
              </w:rPr>
              <w:t>11公共艺术研究</w:t>
            </w:r>
          </w:p>
        </w:tc>
      </w:tr>
      <w:tr>
        <w:tc>
          <w:tcPr>
            <w:tcW w:type="dxa" w:w="1727"/>
          </w:tcPr>
          <w:p>
            <w:pPr>
              <w:spacing w:after="20" w:before="20"/>
            </w:pPr>
            <w:r/>
            <w:r>
              <w:rPr>
                <w:rFonts w:ascii="Times New Roman" w:hAnsi="Times New Roman" w:eastAsia="宋体"/>
                <w:b w:val="0"/>
                <w:sz w:val="21"/>
              </w:rPr>
              <w:t>50</w:t>
            </w:r>
          </w:p>
        </w:tc>
        <w:tc>
          <w:tcPr>
            <w:tcW w:type="dxa" w:w="1727"/>
          </w:tcPr>
          <w:p>
            <w:pPr>
              <w:spacing w:after="20" w:before="20"/>
            </w:pPr>
            <w:r/>
            <w:r>
              <w:rPr>
                <w:rFonts w:ascii="Times New Roman" w:hAnsi="Times New Roman" w:eastAsia="宋体"/>
                <w:b w:val="0"/>
                <w:sz w:val="21"/>
              </w:rPr>
              <w:t>邢梦书</w:t>
            </w:r>
          </w:p>
        </w:tc>
        <w:tc>
          <w:tcPr>
            <w:tcW w:type="dxa" w:w="1727"/>
          </w:tcPr>
          <w:p>
            <w:pPr>
              <w:spacing w:after="20" w:before="20"/>
            </w:pPr>
            <w:r/>
            <w:r>
              <w:rPr>
                <w:rFonts w:ascii="Times New Roman" w:hAnsi="Times New Roman" w:eastAsia="宋体"/>
                <w:b w:val="0"/>
                <w:sz w:val="21"/>
              </w:rPr>
              <w:t>壁画系</w:t>
            </w:r>
          </w:p>
        </w:tc>
        <w:tc>
          <w:tcPr>
            <w:tcW w:type="dxa" w:w="1727"/>
          </w:tcPr>
          <w:p>
            <w:pPr>
              <w:spacing w:after="20" w:before="20"/>
            </w:pPr>
            <w:r/>
            <w:r>
              <w:rPr>
                <w:rFonts w:ascii="Times New Roman" w:hAnsi="Times New Roman" w:eastAsia="宋体"/>
                <w:b w:val="0"/>
                <w:sz w:val="21"/>
              </w:rPr>
              <w:t>壁画系</w:t>
            </w:r>
          </w:p>
        </w:tc>
        <w:tc>
          <w:tcPr>
            <w:tcW w:type="dxa" w:w="1727"/>
          </w:tcPr>
          <w:p>
            <w:pPr>
              <w:spacing w:after="20" w:before="20"/>
            </w:pPr>
            <w:r/>
            <w:r>
              <w:rPr>
                <w:rFonts w:ascii="Times New Roman" w:hAnsi="Times New Roman" w:eastAsia="宋体"/>
                <w:b w:val="0"/>
                <w:sz w:val="21"/>
              </w:rPr>
              <w:t>13壁画研究</w:t>
            </w:r>
          </w:p>
        </w:tc>
      </w:tr>
      <w:tr>
        <w:tc>
          <w:tcPr>
            <w:tcW w:type="dxa" w:w="1727"/>
          </w:tcPr>
          <w:p>
            <w:pPr>
              <w:spacing w:after="20" w:before="20"/>
            </w:pPr>
            <w:r/>
            <w:r>
              <w:rPr>
                <w:rFonts w:ascii="Times New Roman" w:hAnsi="Times New Roman" w:eastAsia="宋体"/>
                <w:b w:val="0"/>
                <w:sz w:val="21"/>
              </w:rPr>
              <w:t>51</w:t>
            </w:r>
          </w:p>
        </w:tc>
        <w:tc>
          <w:tcPr>
            <w:tcW w:type="dxa" w:w="1727"/>
          </w:tcPr>
          <w:p>
            <w:pPr>
              <w:spacing w:after="20" w:before="20"/>
            </w:pPr>
            <w:r/>
            <w:r>
              <w:rPr>
                <w:rFonts w:ascii="Times New Roman" w:hAnsi="Times New Roman" w:eastAsia="宋体"/>
                <w:b w:val="0"/>
                <w:sz w:val="21"/>
              </w:rPr>
              <w:t>邱玥泊</w:t>
            </w:r>
          </w:p>
        </w:tc>
        <w:tc>
          <w:tcPr>
            <w:tcW w:type="dxa" w:w="1727"/>
          </w:tcPr>
          <w:p>
            <w:pPr>
              <w:spacing w:after="20" w:before="20"/>
            </w:pPr>
            <w:r/>
            <w:r>
              <w:rPr>
                <w:rFonts w:ascii="Times New Roman" w:hAnsi="Times New Roman" w:eastAsia="宋体"/>
                <w:b w:val="0"/>
                <w:sz w:val="21"/>
              </w:rPr>
              <w:t>油画系</w:t>
            </w:r>
          </w:p>
        </w:tc>
        <w:tc>
          <w:tcPr>
            <w:tcW w:type="dxa" w:w="1727"/>
          </w:tcPr>
          <w:p>
            <w:pPr>
              <w:spacing w:after="20" w:before="20"/>
            </w:pPr>
            <w:r/>
            <w:r>
              <w:rPr>
                <w:rFonts w:ascii="Times New Roman" w:hAnsi="Times New Roman" w:eastAsia="宋体"/>
                <w:b w:val="0"/>
                <w:sz w:val="21"/>
              </w:rPr>
              <w:t>壁画系</w:t>
            </w:r>
          </w:p>
        </w:tc>
        <w:tc>
          <w:tcPr>
            <w:tcW w:type="dxa" w:w="1727"/>
          </w:tcPr>
          <w:p>
            <w:pPr>
              <w:spacing w:after="20" w:before="20"/>
            </w:pPr>
            <w:r/>
            <w:r>
              <w:rPr>
                <w:rFonts w:ascii="Times New Roman" w:hAnsi="Times New Roman" w:eastAsia="宋体"/>
                <w:b w:val="0"/>
                <w:sz w:val="21"/>
              </w:rPr>
              <w:t>14公共艺术研究</w:t>
            </w:r>
          </w:p>
        </w:tc>
      </w:tr>
      <w:tr>
        <w:tc>
          <w:tcPr>
            <w:tcW w:type="dxa" w:w="1727"/>
          </w:tcPr>
          <w:p>
            <w:pPr>
              <w:spacing w:after="20" w:before="20"/>
            </w:pPr>
            <w:r/>
            <w:r>
              <w:rPr>
                <w:rFonts w:ascii="Times New Roman" w:hAnsi="Times New Roman" w:eastAsia="宋体"/>
                <w:b w:val="0"/>
                <w:sz w:val="21"/>
              </w:rPr>
              <w:t>52</w:t>
            </w:r>
          </w:p>
        </w:tc>
        <w:tc>
          <w:tcPr>
            <w:tcW w:type="dxa" w:w="1727"/>
          </w:tcPr>
          <w:p>
            <w:pPr>
              <w:spacing w:after="20" w:before="20"/>
            </w:pPr>
            <w:r/>
            <w:r>
              <w:rPr>
                <w:rFonts w:ascii="Times New Roman" w:hAnsi="Times New Roman" w:eastAsia="宋体"/>
                <w:b w:val="0"/>
                <w:sz w:val="21"/>
              </w:rPr>
              <w:t>王婧琪</w:t>
            </w:r>
          </w:p>
        </w:tc>
        <w:tc>
          <w:tcPr>
            <w:tcW w:type="dxa" w:w="1727"/>
          </w:tcPr>
          <w:p>
            <w:pPr>
              <w:spacing w:after="20" w:before="20"/>
            </w:pPr>
            <w:r/>
            <w:r>
              <w:rPr>
                <w:rFonts w:ascii="Times New Roman" w:hAnsi="Times New Roman" w:eastAsia="宋体"/>
                <w:b w:val="0"/>
                <w:sz w:val="21"/>
              </w:rPr>
              <w:t>壁画系</w:t>
            </w:r>
          </w:p>
        </w:tc>
        <w:tc>
          <w:tcPr>
            <w:tcW w:type="dxa" w:w="1727"/>
          </w:tcPr>
          <w:p>
            <w:pPr>
              <w:spacing w:after="20" w:before="20"/>
            </w:pPr>
            <w:r/>
            <w:r>
              <w:rPr>
                <w:rFonts w:ascii="Times New Roman" w:hAnsi="Times New Roman" w:eastAsia="宋体"/>
                <w:b w:val="0"/>
                <w:sz w:val="21"/>
              </w:rPr>
              <w:t>壁画系</w:t>
            </w:r>
          </w:p>
        </w:tc>
        <w:tc>
          <w:tcPr>
            <w:tcW w:type="dxa" w:w="1727"/>
          </w:tcPr>
          <w:p>
            <w:pPr>
              <w:spacing w:after="20" w:before="20"/>
            </w:pPr>
            <w:r/>
            <w:r>
              <w:rPr>
                <w:rFonts w:ascii="Times New Roman" w:hAnsi="Times New Roman" w:eastAsia="宋体"/>
                <w:b w:val="0"/>
                <w:sz w:val="21"/>
              </w:rPr>
              <w:t>16壁画研究</w:t>
            </w:r>
          </w:p>
        </w:tc>
      </w:tr>
      <w:tr>
        <w:tc>
          <w:tcPr>
            <w:tcW w:type="dxa" w:w="1727"/>
          </w:tcPr>
          <w:p>
            <w:pPr>
              <w:spacing w:after="20" w:before="20"/>
            </w:pPr>
            <w:r/>
            <w:r>
              <w:rPr>
                <w:rFonts w:ascii="Times New Roman" w:hAnsi="Times New Roman" w:eastAsia="宋体"/>
                <w:b w:val="0"/>
                <w:sz w:val="21"/>
              </w:rPr>
              <w:t>53</w:t>
            </w:r>
          </w:p>
        </w:tc>
        <w:tc>
          <w:tcPr>
            <w:tcW w:type="dxa" w:w="1727"/>
          </w:tcPr>
          <w:p>
            <w:pPr>
              <w:spacing w:after="20" w:before="20"/>
            </w:pPr>
            <w:r/>
            <w:r>
              <w:rPr>
                <w:rFonts w:ascii="Times New Roman" w:hAnsi="Times New Roman" w:eastAsia="宋体"/>
                <w:b w:val="0"/>
                <w:sz w:val="21"/>
              </w:rPr>
              <w:t>孟庆龄</w:t>
            </w:r>
          </w:p>
        </w:tc>
        <w:tc>
          <w:tcPr>
            <w:tcW w:type="dxa" w:w="1727"/>
          </w:tcPr>
          <w:p>
            <w:pPr>
              <w:spacing w:after="20" w:before="20"/>
            </w:pPr>
            <w:r/>
            <w:r>
              <w:rPr>
                <w:rFonts w:ascii="Times New Roman" w:hAnsi="Times New Roman" w:eastAsia="宋体"/>
                <w:b w:val="0"/>
                <w:sz w:val="21"/>
              </w:rPr>
              <w:t>人文学院</w:t>
            </w:r>
          </w:p>
        </w:tc>
        <w:tc>
          <w:tcPr>
            <w:tcW w:type="dxa" w:w="1727"/>
          </w:tcPr>
          <w:p>
            <w:pPr>
              <w:spacing w:after="20" w:before="20"/>
            </w:pPr>
            <w:r/>
            <w:r>
              <w:rPr>
                <w:rFonts w:ascii="Times New Roman" w:hAnsi="Times New Roman" w:eastAsia="宋体"/>
                <w:b w:val="0"/>
                <w:sz w:val="21"/>
              </w:rPr>
              <w:t>人文学院</w:t>
            </w:r>
          </w:p>
        </w:tc>
        <w:tc>
          <w:tcPr>
            <w:tcW w:type="dxa" w:w="1727"/>
          </w:tcPr>
          <w:p>
            <w:pPr>
              <w:spacing w:after="20" w:before="20"/>
            </w:pPr>
            <w:r/>
            <w:r>
              <w:rPr>
                <w:rFonts w:ascii="Times New Roman" w:hAnsi="Times New Roman" w:eastAsia="宋体"/>
                <w:b w:val="0"/>
                <w:sz w:val="21"/>
              </w:rPr>
              <w:t>02中国美术史（古代）</w:t>
            </w:r>
          </w:p>
        </w:tc>
      </w:tr>
      <w:tr>
        <w:tc>
          <w:tcPr>
            <w:tcW w:type="dxa" w:w="1727"/>
          </w:tcPr>
          <w:p>
            <w:pPr>
              <w:spacing w:after="20" w:before="20"/>
            </w:pPr>
            <w:r/>
            <w:r>
              <w:rPr>
                <w:rFonts w:ascii="Times New Roman" w:hAnsi="Times New Roman" w:eastAsia="宋体"/>
                <w:b w:val="0"/>
                <w:sz w:val="21"/>
              </w:rPr>
              <w:t>54</w:t>
            </w:r>
          </w:p>
        </w:tc>
        <w:tc>
          <w:tcPr>
            <w:tcW w:type="dxa" w:w="1727"/>
          </w:tcPr>
          <w:p>
            <w:pPr>
              <w:spacing w:after="20" w:before="20"/>
            </w:pPr>
            <w:r/>
            <w:r>
              <w:rPr>
                <w:rFonts w:ascii="Times New Roman" w:hAnsi="Times New Roman" w:eastAsia="宋体"/>
                <w:b w:val="0"/>
                <w:sz w:val="21"/>
              </w:rPr>
              <w:t>欧阳徐琰</w:t>
            </w:r>
          </w:p>
        </w:tc>
        <w:tc>
          <w:tcPr>
            <w:tcW w:type="dxa" w:w="1727"/>
          </w:tcPr>
          <w:p>
            <w:pPr>
              <w:spacing w:after="20" w:before="20"/>
            </w:pPr>
            <w:r/>
            <w:r>
              <w:rPr>
                <w:rFonts w:ascii="Times New Roman" w:hAnsi="Times New Roman" w:eastAsia="宋体"/>
                <w:b w:val="0"/>
                <w:sz w:val="21"/>
              </w:rPr>
              <w:t>人文学院</w:t>
            </w:r>
          </w:p>
        </w:tc>
        <w:tc>
          <w:tcPr>
            <w:tcW w:type="dxa" w:w="1727"/>
          </w:tcPr>
          <w:p>
            <w:pPr>
              <w:spacing w:after="20" w:before="20"/>
            </w:pPr>
            <w:r/>
            <w:r>
              <w:rPr>
                <w:rFonts w:ascii="Times New Roman" w:hAnsi="Times New Roman" w:eastAsia="宋体"/>
                <w:b w:val="0"/>
                <w:sz w:val="21"/>
              </w:rPr>
              <w:t>人文学院</w:t>
            </w:r>
          </w:p>
        </w:tc>
        <w:tc>
          <w:tcPr>
            <w:tcW w:type="dxa" w:w="1727"/>
          </w:tcPr>
          <w:p>
            <w:pPr>
              <w:spacing w:after="20" w:before="20"/>
            </w:pPr>
            <w:r/>
            <w:r>
              <w:rPr>
                <w:rFonts w:ascii="Times New Roman" w:hAnsi="Times New Roman" w:eastAsia="宋体"/>
                <w:b w:val="0"/>
                <w:sz w:val="21"/>
              </w:rPr>
              <w:t>05中国美术史（古代）</w:t>
            </w:r>
          </w:p>
        </w:tc>
      </w:tr>
      <w:tr>
        <w:tc>
          <w:tcPr>
            <w:tcW w:type="dxa" w:w="1727"/>
          </w:tcPr>
          <w:p>
            <w:pPr>
              <w:spacing w:after="20" w:before="20"/>
            </w:pPr>
            <w:r/>
            <w:r>
              <w:rPr>
                <w:rFonts w:ascii="Times New Roman" w:hAnsi="Times New Roman" w:eastAsia="宋体"/>
                <w:b w:val="0"/>
                <w:sz w:val="21"/>
              </w:rPr>
              <w:t>55</w:t>
            </w:r>
          </w:p>
        </w:tc>
        <w:tc>
          <w:tcPr>
            <w:tcW w:type="dxa" w:w="1727"/>
          </w:tcPr>
          <w:p>
            <w:pPr>
              <w:spacing w:after="20" w:before="20"/>
            </w:pPr>
            <w:r/>
            <w:r>
              <w:rPr>
                <w:rFonts w:ascii="Times New Roman" w:hAnsi="Times New Roman" w:eastAsia="宋体"/>
                <w:b w:val="0"/>
                <w:sz w:val="21"/>
              </w:rPr>
              <w:t>穆应乔</w:t>
            </w:r>
          </w:p>
        </w:tc>
        <w:tc>
          <w:tcPr>
            <w:tcW w:type="dxa" w:w="1727"/>
          </w:tcPr>
          <w:p>
            <w:pPr>
              <w:spacing w:after="20" w:before="20"/>
            </w:pPr>
            <w:r/>
            <w:r>
              <w:rPr>
                <w:rFonts w:ascii="Times New Roman" w:hAnsi="Times New Roman" w:eastAsia="宋体"/>
                <w:b w:val="0"/>
                <w:sz w:val="21"/>
              </w:rPr>
              <w:t>人文学院</w:t>
            </w:r>
          </w:p>
        </w:tc>
        <w:tc>
          <w:tcPr>
            <w:tcW w:type="dxa" w:w="1727"/>
          </w:tcPr>
          <w:p>
            <w:pPr>
              <w:spacing w:after="20" w:before="20"/>
            </w:pPr>
            <w:r/>
            <w:r>
              <w:rPr>
                <w:rFonts w:ascii="Times New Roman" w:hAnsi="Times New Roman" w:eastAsia="宋体"/>
                <w:b w:val="0"/>
                <w:sz w:val="21"/>
              </w:rPr>
              <w:t>人文学院</w:t>
            </w:r>
          </w:p>
        </w:tc>
        <w:tc>
          <w:tcPr>
            <w:tcW w:type="dxa" w:w="1727"/>
          </w:tcPr>
          <w:p>
            <w:pPr>
              <w:spacing w:after="20" w:before="20"/>
            </w:pPr>
            <w:r/>
            <w:r>
              <w:rPr>
                <w:rFonts w:ascii="Times New Roman" w:hAnsi="Times New Roman" w:eastAsia="宋体"/>
                <w:b w:val="0"/>
                <w:sz w:val="21"/>
              </w:rPr>
              <w:t>07中国美术史（古代）</w:t>
            </w:r>
          </w:p>
        </w:tc>
      </w:tr>
      <w:tr>
        <w:tc>
          <w:tcPr>
            <w:tcW w:type="dxa" w:w="1727"/>
          </w:tcPr>
          <w:p>
            <w:pPr>
              <w:spacing w:after="20" w:before="20"/>
            </w:pPr>
            <w:r/>
            <w:r>
              <w:rPr>
                <w:rFonts w:ascii="Times New Roman" w:hAnsi="Times New Roman" w:eastAsia="宋体"/>
                <w:b w:val="0"/>
                <w:sz w:val="21"/>
              </w:rPr>
              <w:t>56</w:t>
            </w:r>
          </w:p>
        </w:tc>
        <w:tc>
          <w:tcPr>
            <w:tcW w:type="dxa" w:w="1727"/>
          </w:tcPr>
          <w:p>
            <w:pPr>
              <w:spacing w:after="20" w:before="20"/>
            </w:pPr>
            <w:r/>
            <w:r>
              <w:rPr>
                <w:rFonts w:ascii="Times New Roman" w:hAnsi="Times New Roman" w:eastAsia="宋体"/>
                <w:b w:val="0"/>
                <w:sz w:val="21"/>
              </w:rPr>
              <w:t>戴依涵</w:t>
            </w:r>
          </w:p>
        </w:tc>
        <w:tc>
          <w:tcPr>
            <w:tcW w:type="dxa" w:w="1727"/>
          </w:tcPr>
          <w:p>
            <w:pPr>
              <w:spacing w:after="20" w:before="20"/>
            </w:pPr>
            <w:r/>
            <w:r>
              <w:rPr>
                <w:rFonts w:ascii="Times New Roman" w:hAnsi="Times New Roman" w:eastAsia="宋体"/>
                <w:b w:val="0"/>
                <w:sz w:val="21"/>
              </w:rPr>
              <w:t>人文学院</w:t>
            </w:r>
          </w:p>
        </w:tc>
        <w:tc>
          <w:tcPr>
            <w:tcW w:type="dxa" w:w="1727"/>
          </w:tcPr>
          <w:p>
            <w:pPr>
              <w:spacing w:after="20" w:before="20"/>
            </w:pPr>
            <w:r/>
            <w:r>
              <w:rPr>
                <w:rFonts w:ascii="Times New Roman" w:hAnsi="Times New Roman" w:eastAsia="宋体"/>
                <w:b w:val="0"/>
                <w:sz w:val="21"/>
              </w:rPr>
              <w:t>人文学院</w:t>
            </w:r>
          </w:p>
        </w:tc>
        <w:tc>
          <w:tcPr>
            <w:tcW w:type="dxa" w:w="1727"/>
          </w:tcPr>
          <w:p>
            <w:pPr>
              <w:spacing w:after="20" w:before="20"/>
            </w:pPr>
            <w:r/>
            <w:r>
              <w:rPr>
                <w:rFonts w:ascii="Times New Roman" w:hAnsi="Times New Roman" w:eastAsia="宋体"/>
                <w:b w:val="0"/>
                <w:sz w:val="21"/>
              </w:rPr>
              <w:t>08中国美术史（古代）</w:t>
            </w:r>
          </w:p>
        </w:tc>
      </w:tr>
      <w:tr>
        <w:tc>
          <w:tcPr>
            <w:tcW w:type="dxa" w:w="1727"/>
          </w:tcPr>
          <w:p>
            <w:pPr>
              <w:spacing w:after="20" w:before="20"/>
            </w:pPr>
            <w:r/>
            <w:r>
              <w:rPr>
                <w:rFonts w:ascii="Times New Roman" w:hAnsi="Times New Roman" w:eastAsia="宋体"/>
                <w:b w:val="0"/>
                <w:sz w:val="21"/>
              </w:rPr>
              <w:t>57</w:t>
            </w:r>
          </w:p>
        </w:tc>
        <w:tc>
          <w:tcPr>
            <w:tcW w:type="dxa" w:w="1727"/>
          </w:tcPr>
          <w:p>
            <w:pPr>
              <w:spacing w:after="20" w:before="20"/>
            </w:pPr>
            <w:r/>
            <w:r>
              <w:rPr>
                <w:rFonts w:ascii="Times New Roman" w:hAnsi="Times New Roman" w:eastAsia="宋体"/>
                <w:b w:val="0"/>
                <w:sz w:val="21"/>
              </w:rPr>
              <w:t>汤彦之</w:t>
            </w:r>
          </w:p>
        </w:tc>
        <w:tc>
          <w:tcPr>
            <w:tcW w:type="dxa" w:w="1727"/>
          </w:tcPr>
          <w:p>
            <w:pPr>
              <w:spacing w:after="20" w:before="20"/>
            </w:pPr>
            <w:r/>
            <w:r>
              <w:rPr>
                <w:rFonts w:ascii="Times New Roman" w:hAnsi="Times New Roman" w:eastAsia="宋体"/>
                <w:b w:val="0"/>
                <w:sz w:val="21"/>
              </w:rPr>
              <w:t>人文学院</w:t>
            </w:r>
          </w:p>
        </w:tc>
        <w:tc>
          <w:tcPr>
            <w:tcW w:type="dxa" w:w="1727"/>
          </w:tcPr>
          <w:p>
            <w:pPr>
              <w:spacing w:after="20" w:before="20"/>
            </w:pPr>
            <w:r/>
            <w:r>
              <w:rPr>
                <w:rFonts w:ascii="Times New Roman" w:hAnsi="Times New Roman" w:eastAsia="宋体"/>
                <w:b w:val="0"/>
                <w:sz w:val="21"/>
              </w:rPr>
              <w:t>人文学院</w:t>
            </w:r>
          </w:p>
        </w:tc>
        <w:tc>
          <w:tcPr>
            <w:tcW w:type="dxa" w:w="1727"/>
          </w:tcPr>
          <w:p>
            <w:pPr>
              <w:spacing w:after="20" w:before="20"/>
            </w:pPr>
            <w:r/>
            <w:r>
              <w:rPr>
                <w:rFonts w:ascii="Times New Roman" w:hAnsi="Times New Roman" w:eastAsia="宋体"/>
                <w:b w:val="0"/>
                <w:sz w:val="21"/>
              </w:rPr>
              <w:t>11中国美术史（近现代）</w:t>
            </w:r>
          </w:p>
        </w:tc>
      </w:tr>
      <w:tr>
        <w:tc>
          <w:tcPr>
            <w:tcW w:type="dxa" w:w="1727"/>
          </w:tcPr>
          <w:p>
            <w:pPr>
              <w:spacing w:after="20" w:before="20"/>
            </w:pPr>
            <w:r/>
            <w:r>
              <w:rPr>
                <w:rFonts w:ascii="Times New Roman" w:hAnsi="Times New Roman" w:eastAsia="宋体"/>
                <w:b w:val="0"/>
                <w:sz w:val="21"/>
              </w:rPr>
              <w:t>58</w:t>
            </w:r>
          </w:p>
        </w:tc>
        <w:tc>
          <w:tcPr>
            <w:tcW w:type="dxa" w:w="1727"/>
          </w:tcPr>
          <w:p>
            <w:pPr>
              <w:spacing w:after="20" w:before="20"/>
            </w:pPr>
            <w:r/>
            <w:r>
              <w:rPr>
                <w:rFonts w:ascii="Times New Roman" w:hAnsi="Times New Roman" w:eastAsia="宋体"/>
                <w:b w:val="0"/>
                <w:sz w:val="21"/>
              </w:rPr>
              <w:t>曹思默</w:t>
            </w:r>
          </w:p>
        </w:tc>
        <w:tc>
          <w:tcPr>
            <w:tcW w:type="dxa" w:w="1727"/>
          </w:tcPr>
          <w:p>
            <w:pPr>
              <w:spacing w:after="20" w:before="20"/>
            </w:pPr>
            <w:r/>
            <w:r>
              <w:rPr>
                <w:rFonts w:ascii="Times New Roman" w:hAnsi="Times New Roman" w:eastAsia="宋体"/>
                <w:b w:val="0"/>
                <w:sz w:val="21"/>
              </w:rPr>
              <w:t>人文学院</w:t>
            </w:r>
          </w:p>
        </w:tc>
        <w:tc>
          <w:tcPr>
            <w:tcW w:type="dxa" w:w="1727"/>
          </w:tcPr>
          <w:p>
            <w:pPr>
              <w:spacing w:after="20" w:before="20"/>
            </w:pPr>
            <w:r/>
            <w:r>
              <w:rPr>
                <w:rFonts w:ascii="Times New Roman" w:hAnsi="Times New Roman" w:eastAsia="宋体"/>
                <w:b w:val="0"/>
                <w:sz w:val="21"/>
              </w:rPr>
              <w:t>人文学院</w:t>
            </w:r>
          </w:p>
        </w:tc>
        <w:tc>
          <w:tcPr>
            <w:tcW w:type="dxa" w:w="1727"/>
          </w:tcPr>
          <w:p>
            <w:pPr>
              <w:spacing w:after="20" w:before="20"/>
            </w:pPr>
            <w:r/>
            <w:r>
              <w:rPr>
                <w:rFonts w:ascii="Times New Roman" w:hAnsi="Times New Roman" w:eastAsia="宋体"/>
                <w:b w:val="0"/>
                <w:sz w:val="21"/>
              </w:rPr>
              <w:t>19美术理论研究（中国）</w:t>
            </w:r>
          </w:p>
        </w:tc>
      </w:tr>
      <w:tr>
        <w:tc>
          <w:tcPr>
            <w:tcW w:type="dxa" w:w="1727"/>
          </w:tcPr>
          <w:p>
            <w:pPr>
              <w:spacing w:after="20" w:before="20"/>
            </w:pPr>
            <w:r/>
            <w:r>
              <w:rPr>
                <w:rFonts w:ascii="Times New Roman" w:hAnsi="Times New Roman" w:eastAsia="宋体"/>
                <w:b w:val="0"/>
                <w:sz w:val="21"/>
              </w:rPr>
              <w:t>59</w:t>
            </w:r>
          </w:p>
        </w:tc>
        <w:tc>
          <w:tcPr>
            <w:tcW w:type="dxa" w:w="1727"/>
          </w:tcPr>
          <w:p>
            <w:pPr>
              <w:spacing w:after="20" w:before="20"/>
            </w:pPr>
            <w:r/>
            <w:r>
              <w:rPr>
                <w:rFonts w:ascii="Times New Roman" w:hAnsi="Times New Roman" w:eastAsia="宋体"/>
                <w:b w:val="0"/>
                <w:sz w:val="21"/>
              </w:rPr>
              <w:t>汪竺竺</w:t>
            </w:r>
          </w:p>
        </w:tc>
        <w:tc>
          <w:tcPr>
            <w:tcW w:type="dxa" w:w="1727"/>
          </w:tcPr>
          <w:p>
            <w:pPr>
              <w:spacing w:after="20" w:before="20"/>
            </w:pPr>
            <w:r/>
            <w:r>
              <w:rPr>
                <w:rFonts w:ascii="Times New Roman" w:hAnsi="Times New Roman" w:eastAsia="宋体"/>
                <w:b w:val="0"/>
                <w:sz w:val="21"/>
              </w:rPr>
              <w:t>人文学院</w:t>
            </w:r>
          </w:p>
        </w:tc>
        <w:tc>
          <w:tcPr>
            <w:tcW w:type="dxa" w:w="1727"/>
          </w:tcPr>
          <w:p>
            <w:pPr>
              <w:spacing w:after="20" w:before="20"/>
            </w:pPr>
            <w:r/>
            <w:r>
              <w:rPr>
                <w:rFonts w:ascii="Times New Roman" w:hAnsi="Times New Roman" w:eastAsia="宋体"/>
                <w:b w:val="0"/>
                <w:sz w:val="21"/>
              </w:rPr>
              <w:t>人文学院</w:t>
            </w:r>
          </w:p>
        </w:tc>
        <w:tc>
          <w:tcPr>
            <w:tcW w:type="dxa" w:w="1727"/>
          </w:tcPr>
          <w:p>
            <w:pPr>
              <w:spacing w:after="20" w:before="20"/>
            </w:pPr>
            <w:r/>
            <w:r>
              <w:rPr>
                <w:rFonts w:ascii="Times New Roman" w:hAnsi="Times New Roman" w:eastAsia="宋体"/>
                <w:b w:val="0"/>
                <w:sz w:val="21"/>
              </w:rPr>
              <w:t>21美术理论研究（西方）</w:t>
            </w:r>
          </w:p>
        </w:tc>
      </w:tr>
      <w:tr>
        <w:tc>
          <w:tcPr>
            <w:tcW w:type="dxa" w:w="1727"/>
          </w:tcPr>
          <w:p>
            <w:pPr>
              <w:spacing w:after="20" w:before="20"/>
            </w:pPr>
            <w:r/>
            <w:r>
              <w:rPr>
                <w:rFonts w:ascii="Times New Roman" w:hAnsi="Times New Roman" w:eastAsia="宋体"/>
                <w:b w:val="0"/>
                <w:sz w:val="21"/>
              </w:rPr>
              <w:t>60</w:t>
            </w:r>
          </w:p>
        </w:tc>
        <w:tc>
          <w:tcPr>
            <w:tcW w:type="dxa" w:w="1727"/>
          </w:tcPr>
          <w:p>
            <w:pPr>
              <w:spacing w:after="20" w:before="20"/>
            </w:pPr>
            <w:r/>
            <w:r>
              <w:rPr>
                <w:rFonts w:ascii="Times New Roman" w:hAnsi="Times New Roman" w:eastAsia="宋体"/>
                <w:b w:val="0"/>
                <w:sz w:val="21"/>
              </w:rPr>
              <w:t>龚子墨</w:t>
            </w:r>
          </w:p>
        </w:tc>
        <w:tc>
          <w:tcPr>
            <w:tcW w:type="dxa" w:w="1727"/>
          </w:tcPr>
          <w:p>
            <w:pPr>
              <w:spacing w:after="20" w:before="20"/>
            </w:pPr>
            <w:r/>
            <w:r>
              <w:rPr>
                <w:rFonts w:ascii="Times New Roman" w:hAnsi="Times New Roman" w:eastAsia="宋体"/>
                <w:b w:val="0"/>
                <w:sz w:val="21"/>
              </w:rPr>
              <w:t>人文学院</w:t>
            </w:r>
          </w:p>
        </w:tc>
        <w:tc>
          <w:tcPr>
            <w:tcW w:type="dxa" w:w="1727"/>
          </w:tcPr>
          <w:p>
            <w:pPr>
              <w:spacing w:after="20" w:before="20"/>
            </w:pPr>
            <w:r/>
            <w:r>
              <w:rPr>
                <w:rFonts w:ascii="Times New Roman" w:hAnsi="Times New Roman" w:eastAsia="宋体"/>
                <w:b w:val="0"/>
                <w:sz w:val="21"/>
              </w:rPr>
              <w:t>人文学院</w:t>
            </w:r>
          </w:p>
        </w:tc>
        <w:tc>
          <w:tcPr>
            <w:tcW w:type="dxa" w:w="1727"/>
          </w:tcPr>
          <w:p>
            <w:pPr>
              <w:spacing w:after="20" w:before="20"/>
            </w:pPr>
            <w:r/>
            <w:r>
              <w:rPr>
                <w:rFonts w:ascii="Times New Roman" w:hAnsi="Times New Roman" w:eastAsia="宋体"/>
                <w:b w:val="0"/>
                <w:sz w:val="21"/>
              </w:rPr>
              <w:t>25美术理论研究（西方）</w:t>
            </w:r>
          </w:p>
        </w:tc>
      </w:tr>
      <w:tr>
        <w:tc>
          <w:tcPr>
            <w:tcW w:type="dxa" w:w="1727"/>
          </w:tcPr>
          <w:p>
            <w:pPr>
              <w:spacing w:after="20" w:before="20"/>
            </w:pPr>
            <w:r/>
            <w:r>
              <w:rPr>
                <w:rFonts w:ascii="Times New Roman" w:hAnsi="Times New Roman" w:eastAsia="宋体"/>
                <w:b w:val="0"/>
                <w:sz w:val="21"/>
              </w:rPr>
              <w:t>61</w:t>
            </w:r>
          </w:p>
        </w:tc>
        <w:tc>
          <w:tcPr>
            <w:tcW w:type="dxa" w:w="1727"/>
          </w:tcPr>
          <w:p>
            <w:pPr>
              <w:spacing w:after="20" w:before="20"/>
            </w:pPr>
            <w:r/>
            <w:r>
              <w:rPr>
                <w:rFonts w:ascii="Times New Roman" w:hAnsi="Times New Roman" w:eastAsia="宋体"/>
                <w:b w:val="0"/>
                <w:sz w:val="21"/>
              </w:rPr>
              <w:t>宗文天</w:t>
            </w:r>
          </w:p>
        </w:tc>
        <w:tc>
          <w:tcPr>
            <w:tcW w:type="dxa" w:w="1727"/>
          </w:tcPr>
          <w:p>
            <w:pPr>
              <w:spacing w:after="20" w:before="20"/>
            </w:pPr>
            <w:r/>
            <w:r>
              <w:rPr>
                <w:rFonts w:ascii="Times New Roman" w:hAnsi="Times New Roman" w:eastAsia="宋体"/>
                <w:b w:val="0"/>
                <w:sz w:val="21"/>
              </w:rPr>
              <w:t>人文学院</w:t>
            </w:r>
          </w:p>
        </w:tc>
        <w:tc>
          <w:tcPr>
            <w:tcW w:type="dxa" w:w="1727"/>
          </w:tcPr>
          <w:p>
            <w:pPr>
              <w:spacing w:after="20" w:before="20"/>
            </w:pPr>
            <w:r/>
            <w:r>
              <w:rPr>
                <w:rFonts w:ascii="Times New Roman" w:hAnsi="Times New Roman" w:eastAsia="宋体"/>
                <w:b w:val="0"/>
                <w:sz w:val="21"/>
              </w:rPr>
              <w:t>人文学院</w:t>
            </w:r>
          </w:p>
        </w:tc>
        <w:tc>
          <w:tcPr>
            <w:tcW w:type="dxa" w:w="1727"/>
          </w:tcPr>
          <w:p>
            <w:pPr>
              <w:spacing w:after="20" w:before="20"/>
            </w:pPr>
            <w:r/>
            <w:r>
              <w:rPr>
                <w:rFonts w:ascii="Times New Roman" w:hAnsi="Times New Roman" w:eastAsia="宋体"/>
                <w:b w:val="0"/>
                <w:sz w:val="21"/>
              </w:rPr>
              <w:t>28世界美术史研究（西方）</w:t>
            </w:r>
          </w:p>
        </w:tc>
      </w:tr>
      <w:tr>
        <w:tc>
          <w:tcPr>
            <w:tcW w:type="dxa" w:w="1727"/>
          </w:tcPr>
          <w:p>
            <w:pPr>
              <w:spacing w:after="20" w:before="20"/>
            </w:pPr>
            <w:r/>
            <w:r>
              <w:rPr>
                <w:rFonts w:ascii="Times New Roman" w:hAnsi="Times New Roman" w:eastAsia="宋体"/>
                <w:b w:val="0"/>
                <w:sz w:val="21"/>
              </w:rPr>
              <w:t>62</w:t>
            </w:r>
          </w:p>
        </w:tc>
        <w:tc>
          <w:tcPr>
            <w:tcW w:type="dxa" w:w="1727"/>
          </w:tcPr>
          <w:p>
            <w:pPr>
              <w:spacing w:after="20" w:before="20"/>
            </w:pPr>
            <w:r/>
            <w:r>
              <w:rPr>
                <w:rFonts w:ascii="Times New Roman" w:hAnsi="Times New Roman" w:eastAsia="宋体"/>
                <w:b w:val="0"/>
                <w:sz w:val="21"/>
              </w:rPr>
              <w:t>唐沁旋</w:t>
            </w:r>
          </w:p>
        </w:tc>
        <w:tc>
          <w:tcPr>
            <w:tcW w:type="dxa" w:w="1727"/>
          </w:tcPr>
          <w:p>
            <w:pPr>
              <w:spacing w:after="20" w:before="20"/>
            </w:pPr>
            <w:r/>
            <w:r>
              <w:rPr>
                <w:rFonts w:ascii="Times New Roman" w:hAnsi="Times New Roman" w:eastAsia="宋体"/>
                <w:b w:val="0"/>
                <w:sz w:val="21"/>
              </w:rPr>
              <w:t>人文学院</w:t>
            </w:r>
          </w:p>
        </w:tc>
        <w:tc>
          <w:tcPr>
            <w:tcW w:type="dxa" w:w="1727"/>
          </w:tcPr>
          <w:p>
            <w:pPr>
              <w:spacing w:after="20" w:before="20"/>
            </w:pPr>
            <w:r/>
            <w:r>
              <w:rPr>
                <w:rFonts w:ascii="Times New Roman" w:hAnsi="Times New Roman" w:eastAsia="宋体"/>
                <w:b w:val="0"/>
                <w:sz w:val="21"/>
              </w:rPr>
              <w:t>人文学院</w:t>
            </w:r>
          </w:p>
        </w:tc>
        <w:tc>
          <w:tcPr>
            <w:tcW w:type="dxa" w:w="1727"/>
          </w:tcPr>
          <w:p>
            <w:pPr>
              <w:spacing w:after="20" w:before="20"/>
            </w:pPr>
            <w:r/>
            <w:r>
              <w:rPr>
                <w:rFonts w:ascii="Times New Roman" w:hAnsi="Times New Roman" w:eastAsia="宋体"/>
                <w:b w:val="0"/>
                <w:sz w:val="21"/>
              </w:rPr>
              <w:t>29世界美术史研究（西方）</w:t>
            </w:r>
          </w:p>
        </w:tc>
      </w:tr>
      <w:tr>
        <w:tc>
          <w:tcPr>
            <w:tcW w:type="dxa" w:w="1727"/>
          </w:tcPr>
          <w:p>
            <w:pPr>
              <w:spacing w:after="20" w:before="20"/>
            </w:pPr>
            <w:r/>
            <w:r>
              <w:rPr>
                <w:rFonts w:ascii="Times New Roman" w:hAnsi="Times New Roman" w:eastAsia="宋体"/>
                <w:b w:val="0"/>
                <w:sz w:val="21"/>
              </w:rPr>
              <w:t>63</w:t>
            </w:r>
          </w:p>
        </w:tc>
        <w:tc>
          <w:tcPr>
            <w:tcW w:type="dxa" w:w="1727"/>
          </w:tcPr>
          <w:p>
            <w:pPr>
              <w:spacing w:after="20" w:before="20"/>
            </w:pPr>
            <w:r/>
            <w:r>
              <w:rPr>
                <w:rFonts w:ascii="Times New Roman" w:hAnsi="Times New Roman" w:eastAsia="宋体"/>
                <w:b w:val="0"/>
                <w:sz w:val="21"/>
              </w:rPr>
              <w:t>孙小添</w:t>
            </w:r>
          </w:p>
        </w:tc>
        <w:tc>
          <w:tcPr>
            <w:tcW w:type="dxa" w:w="1727"/>
          </w:tcPr>
          <w:p>
            <w:pPr>
              <w:spacing w:after="20" w:before="20"/>
            </w:pPr>
            <w:r/>
            <w:r>
              <w:rPr>
                <w:rFonts w:ascii="Times New Roman" w:hAnsi="Times New Roman" w:eastAsia="宋体"/>
                <w:b w:val="0"/>
                <w:sz w:val="21"/>
              </w:rPr>
              <w:t>人文学院</w:t>
            </w:r>
          </w:p>
        </w:tc>
        <w:tc>
          <w:tcPr>
            <w:tcW w:type="dxa" w:w="1727"/>
          </w:tcPr>
          <w:p>
            <w:pPr>
              <w:spacing w:after="20" w:before="20"/>
            </w:pPr>
            <w:r/>
            <w:r>
              <w:rPr>
                <w:rFonts w:ascii="Times New Roman" w:hAnsi="Times New Roman" w:eastAsia="宋体"/>
                <w:b w:val="0"/>
                <w:sz w:val="21"/>
              </w:rPr>
              <w:t>人文学院</w:t>
            </w:r>
          </w:p>
        </w:tc>
        <w:tc>
          <w:tcPr>
            <w:tcW w:type="dxa" w:w="1727"/>
          </w:tcPr>
          <w:p>
            <w:pPr>
              <w:spacing w:after="20" w:before="20"/>
            </w:pPr>
            <w:r/>
            <w:r>
              <w:rPr>
                <w:rFonts w:ascii="Times New Roman" w:hAnsi="Times New Roman" w:eastAsia="宋体"/>
                <w:b w:val="0"/>
                <w:sz w:val="21"/>
              </w:rPr>
              <w:t>31世界美术史研究（东方）</w:t>
            </w:r>
          </w:p>
        </w:tc>
      </w:tr>
      <w:tr>
        <w:tc>
          <w:tcPr>
            <w:tcW w:type="dxa" w:w="1727"/>
          </w:tcPr>
          <w:p>
            <w:pPr>
              <w:spacing w:after="20" w:before="20"/>
            </w:pPr>
            <w:r/>
            <w:r>
              <w:rPr>
                <w:rFonts w:ascii="Times New Roman" w:hAnsi="Times New Roman" w:eastAsia="宋体"/>
                <w:b w:val="0"/>
                <w:sz w:val="21"/>
              </w:rPr>
              <w:t>64</w:t>
            </w:r>
          </w:p>
        </w:tc>
        <w:tc>
          <w:tcPr>
            <w:tcW w:type="dxa" w:w="1727"/>
          </w:tcPr>
          <w:p>
            <w:pPr>
              <w:spacing w:after="20" w:before="20"/>
            </w:pPr>
            <w:r/>
            <w:r>
              <w:rPr>
                <w:rFonts w:ascii="Times New Roman" w:hAnsi="Times New Roman" w:eastAsia="宋体"/>
                <w:b w:val="0"/>
                <w:sz w:val="21"/>
              </w:rPr>
              <w:t>范润泽</w:t>
            </w:r>
          </w:p>
        </w:tc>
        <w:tc>
          <w:tcPr>
            <w:tcW w:type="dxa" w:w="1727"/>
          </w:tcPr>
          <w:p>
            <w:pPr>
              <w:spacing w:after="20" w:before="20"/>
            </w:pPr>
            <w:r/>
            <w:r>
              <w:rPr>
                <w:rFonts w:ascii="Times New Roman" w:hAnsi="Times New Roman" w:eastAsia="宋体"/>
                <w:b w:val="0"/>
                <w:sz w:val="21"/>
              </w:rPr>
              <w:t>人文学院</w:t>
            </w:r>
          </w:p>
        </w:tc>
        <w:tc>
          <w:tcPr>
            <w:tcW w:type="dxa" w:w="1727"/>
          </w:tcPr>
          <w:p>
            <w:pPr>
              <w:spacing w:after="20" w:before="20"/>
            </w:pPr>
            <w:r/>
            <w:r>
              <w:rPr>
                <w:rFonts w:ascii="Times New Roman" w:hAnsi="Times New Roman" w:eastAsia="宋体"/>
                <w:b w:val="0"/>
                <w:sz w:val="21"/>
              </w:rPr>
              <w:t>人文学院</w:t>
            </w:r>
          </w:p>
        </w:tc>
        <w:tc>
          <w:tcPr>
            <w:tcW w:type="dxa" w:w="1727"/>
          </w:tcPr>
          <w:p>
            <w:pPr>
              <w:spacing w:after="20" w:before="20"/>
            </w:pPr>
            <w:r/>
            <w:r>
              <w:rPr>
                <w:rFonts w:ascii="Times New Roman" w:hAnsi="Times New Roman" w:eastAsia="宋体"/>
                <w:b w:val="0"/>
                <w:sz w:val="21"/>
              </w:rPr>
              <w:t>34视觉文化研究</w:t>
            </w:r>
          </w:p>
        </w:tc>
      </w:tr>
      <w:tr>
        <w:tc>
          <w:tcPr>
            <w:tcW w:type="dxa" w:w="1727"/>
          </w:tcPr>
          <w:p>
            <w:pPr>
              <w:spacing w:after="20" w:before="20"/>
            </w:pPr>
            <w:r/>
            <w:r>
              <w:rPr>
                <w:rFonts w:ascii="Times New Roman" w:hAnsi="Times New Roman" w:eastAsia="宋体"/>
                <w:b w:val="0"/>
                <w:sz w:val="21"/>
              </w:rPr>
              <w:t>65</w:t>
            </w:r>
          </w:p>
        </w:tc>
        <w:tc>
          <w:tcPr>
            <w:tcW w:type="dxa" w:w="1727"/>
          </w:tcPr>
          <w:p>
            <w:pPr>
              <w:spacing w:after="20" w:before="20"/>
            </w:pPr>
            <w:r/>
            <w:r>
              <w:rPr>
                <w:rFonts w:ascii="Times New Roman" w:hAnsi="Times New Roman" w:eastAsia="宋体"/>
                <w:b w:val="0"/>
                <w:sz w:val="21"/>
              </w:rPr>
              <w:t>赵若水</w:t>
            </w:r>
          </w:p>
        </w:tc>
        <w:tc>
          <w:tcPr>
            <w:tcW w:type="dxa" w:w="1727"/>
          </w:tcPr>
          <w:p>
            <w:pPr>
              <w:spacing w:after="20" w:before="20"/>
            </w:pPr>
            <w:r/>
            <w:r>
              <w:rPr>
                <w:rFonts w:ascii="Times New Roman" w:hAnsi="Times New Roman" w:eastAsia="宋体"/>
                <w:b w:val="0"/>
                <w:sz w:val="21"/>
              </w:rPr>
              <w:t>人文学院</w:t>
            </w:r>
          </w:p>
        </w:tc>
        <w:tc>
          <w:tcPr>
            <w:tcW w:type="dxa" w:w="1727"/>
          </w:tcPr>
          <w:p>
            <w:pPr>
              <w:spacing w:after="20" w:before="20"/>
            </w:pPr>
            <w:r/>
            <w:r>
              <w:rPr>
                <w:rFonts w:ascii="Times New Roman" w:hAnsi="Times New Roman" w:eastAsia="宋体"/>
                <w:b w:val="0"/>
                <w:sz w:val="21"/>
              </w:rPr>
              <w:t>人文学院</w:t>
            </w:r>
          </w:p>
        </w:tc>
        <w:tc>
          <w:tcPr>
            <w:tcW w:type="dxa" w:w="1727"/>
          </w:tcPr>
          <w:p>
            <w:pPr>
              <w:spacing w:after="20" w:before="20"/>
            </w:pPr>
            <w:r/>
            <w:r>
              <w:rPr>
                <w:rFonts w:ascii="Times New Roman" w:hAnsi="Times New Roman" w:eastAsia="宋体"/>
                <w:b w:val="0"/>
                <w:sz w:val="21"/>
              </w:rPr>
              <w:t>37视觉文化研究</w:t>
            </w:r>
          </w:p>
        </w:tc>
      </w:tr>
      <w:tr>
        <w:tc>
          <w:tcPr>
            <w:tcW w:type="dxa" w:w="1727"/>
          </w:tcPr>
          <w:p>
            <w:pPr>
              <w:spacing w:after="20" w:before="20"/>
            </w:pPr>
            <w:r/>
            <w:r>
              <w:rPr>
                <w:rFonts w:ascii="Times New Roman" w:hAnsi="Times New Roman" w:eastAsia="宋体"/>
                <w:b w:val="0"/>
                <w:sz w:val="21"/>
              </w:rPr>
              <w:t>66</w:t>
            </w:r>
          </w:p>
        </w:tc>
        <w:tc>
          <w:tcPr>
            <w:tcW w:type="dxa" w:w="1727"/>
          </w:tcPr>
          <w:p>
            <w:pPr>
              <w:spacing w:after="20" w:before="20"/>
            </w:pPr>
            <w:r/>
            <w:r>
              <w:rPr>
                <w:rFonts w:ascii="Times New Roman" w:hAnsi="Times New Roman" w:eastAsia="宋体"/>
                <w:b w:val="0"/>
                <w:sz w:val="21"/>
              </w:rPr>
              <w:t>李胤暄</w:t>
            </w:r>
          </w:p>
        </w:tc>
        <w:tc>
          <w:tcPr>
            <w:tcW w:type="dxa" w:w="1727"/>
          </w:tcPr>
          <w:p>
            <w:pPr>
              <w:spacing w:after="20" w:before="20"/>
            </w:pPr>
            <w:r/>
            <w:r>
              <w:rPr>
                <w:rFonts w:ascii="Times New Roman" w:hAnsi="Times New Roman" w:eastAsia="宋体"/>
                <w:b w:val="0"/>
                <w:sz w:val="21"/>
              </w:rPr>
              <w:t>人文学院</w:t>
            </w:r>
          </w:p>
        </w:tc>
        <w:tc>
          <w:tcPr>
            <w:tcW w:type="dxa" w:w="1727"/>
          </w:tcPr>
          <w:p>
            <w:pPr>
              <w:spacing w:after="20" w:before="20"/>
            </w:pPr>
            <w:r/>
            <w:r>
              <w:rPr>
                <w:rFonts w:ascii="Times New Roman" w:hAnsi="Times New Roman" w:eastAsia="宋体"/>
                <w:b w:val="0"/>
                <w:sz w:val="21"/>
              </w:rPr>
              <w:t>人文学院</w:t>
            </w:r>
          </w:p>
        </w:tc>
        <w:tc>
          <w:tcPr>
            <w:tcW w:type="dxa" w:w="1727"/>
          </w:tcPr>
          <w:p>
            <w:pPr>
              <w:spacing w:after="20" w:before="20"/>
            </w:pPr>
            <w:r/>
            <w:r>
              <w:rPr>
                <w:rFonts w:ascii="Times New Roman" w:hAnsi="Times New Roman" w:eastAsia="宋体"/>
                <w:b w:val="0"/>
                <w:sz w:val="21"/>
              </w:rPr>
              <w:t>40视觉文化研究</w:t>
            </w:r>
          </w:p>
        </w:tc>
      </w:tr>
      <w:tr>
        <w:tc>
          <w:tcPr>
            <w:tcW w:type="dxa" w:w="1727"/>
          </w:tcPr>
          <w:p>
            <w:pPr>
              <w:spacing w:after="20" w:before="20"/>
            </w:pPr>
            <w:r/>
            <w:r>
              <w:rPr>
                <w:rFonts w:ascii="Times New Roman" w:hAnsi="Times New Roman" w:eastAsia="宋体"/>
                <w:b w:val="0"/>
                <w:sz w:val="21"/>
              </w:rPr>
              <w:t>67</w:t>
            </w:r>
          </w:p>
        </w:tc>
        <w:tc>
          <w:tcPr>
            <w:tcW w:type="dxa" w:w="1727"/>
          </w:tcPr>
          <w:p>
            <w:pPr>
              <w:spacing w:after="20" w:before="20"/>
            </w:pPr>
            <w:r/>
            <w:r>
              <w:rPr>
                <w:rFonts w:ascii="Times New Roman" w:hAnsi="Times New Roman" w:eastAsia="宋体"/>
                <w:b w:val="0"/>
                <w:sz w:val="21"/>
              </w:rPr>
              <w:t>莫垚</w:t>
            </w:r>
          </w:p>
        </w:tc>
        <w:tc>
          <w:tcPr>
            <w:tcW w:type="dxa" w:w="1727"/>
          </w:tcPr>
          <w:p>
            <w:pPr>
              <w:spacing w:after="20" w:before="20"/>
            </w:pPr>
            <w:r/>
            <w:r>
              <w:rPr>
                <w:rFonts w:ascii="Times New Roman" w:hAnsi="Times New Roman" w:eastAsia="宋体"/>
                <w:b w:val="0"/>
                <w:sz w:val="21"/>
              </w:rPr>
              <w:t>人文学院</w:t>
            </w:r>
          </w:p>
        </w:tc>
        <w:tc>
          <w:tcPr>
            <w:tcW w:type="dxa" w:w="1727"/>
          </w:tcPr>
          <w:p>
            <w:pPr>
              <w:spacing w:after="20" w:before="20"/>
            </w:pPr>
            <w:r/>
            <w:r>
              <w:rPr>
                <w:rFonts w:ascii="Times New Roman" w:hAnsi="Times New Roman" w:eastAsia="宋体"/>
                <w:b w:val="0"/>
                <w:sz w:val="21"/>
              </w:rPr>
              <w:t>人文学院</w:t>
            </w:r>
          </w:p>
        </w:tc>
        <w:tc>
          <w:tcPr>
            <w:tcW w:type="dxa" w:w="1727"/>
          </w:tcPr>
          <w:p>
            <w:pPr>
              <w:spacing w:after="20" w:before="20"/>
            </w:pPr>
            <w:r/>
            <w:r>
              <w:rPr>
                <w:rFonts w:ascii="Times New Roman" w:hAnsi="Times New Roman" w:eastAsia="宋体"/>
                <w:b w:val="0"/>
                <w:sz w:val="21"/>
              </w:rPr>
              <w:t>44视觉文化研究</w:t>
            </w:r>
          </w:p>
        </w:tc>
      </w:tr>
      <w:tr>
        <w:tc>
          <w:tcPr>
            <w:tcW w:type="dxa" w:w="1727"/>
          </w:tcPr>
          <w:p>
            <w:pPr>
              <w:spacing w:after="20" w:before="20"/>
            </w:pPr>
            <w:r/>
            <w:r>
              <w:rPr>
                <w:rFonts w:ascii="Times New Roman" w:hAnsi="Times New Roman" w:eastAsia="宋体"/>
                <w:b w:val="0"/>
                <w:sz w:val="21"/>
              </w:rPr>
              <w:t>68</w:t>
            </w:r>
          </w:p>
        </w:tc>
        <w:tc>
          <w:tcPr>
            <w:tcW w:type="dxa" w:w="1727"/>
          </w:tcPr>
          <w:p>
            <w:pPr>
              <w:spacing w:after="20" w:before="20"/>
            </w:pPr>
            <w:r/>
            <w:r>
              <w:rPr>
                <w:rFonts w:ascii="Times New Roman" w:hAnsi="Times New Roman" w:eastAsia="宋体"/>
                <w:b w:val="0"/>
                <w:sz w:val="21"/>
              </w:rPr>
              <w:t>唐诗妮</w:t>
            </w:r>
          </w:p>
        </w:tc>
        <w:tc>
          <w:tcPr>
            <w:tcW w:type="dxa" w:w="1727"/>
          </w:tcPr>
          <w:p>
            <w:pPr>
              <w:spacing w:after="20" w:before="20"/>
            </w:pPr>
            <w:r/>
            <w:r>
              <w:rPr>
                <w:rFonts w:ascii="Times New Roman" w:hAnsi="Times New Roman" w:eastAsia="宋体"/>
                <w:b w:val="0"/>
                <w:sz w:val="21"/>
              </w:rPr>
              <w:t>人文学院</w:t>
            </w:r>
          </w:p>
        </w:tc>
        <w:tc>
          <w:tcPr>
            <w:tcW w:type="dxa" w:w="1727"/>
          </w:tcPr>
          <w:p>
            <w:pPr>
              <w:spacing w:after="20" w:before="20"/>
            </w:pPr>
            <w:r/>
            <w:r>
              <w:rPr>
                <w:rFonts w:ascii="Times New Roman" w:hAnsi="Times New Roman" w:eastAsia="宋体"/>
                <w:b w:val="0"/>
                <w:sz w:val="21"/>
              </w:rPr>
              <w:t>人文学院</w:t>
            </w:r>
          </w:p>
        </w:tc>
        <w:tc>
          <w:tcPr>
            <w:tcW w:type="dxa" w:w="1727"/>
          </w:tcPr>
          <w:p>
            <w:pPr>
              <w:spacing w:after="20" w:before="20"/>
            </w:pPr>
            <w:r/>
            <w:r>
              <w:rPr>
                <w:rFonts w:ascii="Times New Roman" w:hAnsi="Times New Roman" w:eastAsia="宋体"/>
                <w:b w:val="0"/>
                <w:sz w:val="21"/>
              </w:rPr>
              <w:t>47文化遗产与美术考古研究</w:t>
            </w:r>
          </w:p>
        </w:tc>
      </w:tr>
      <w:tr>
        <w:tc>
          <w:tcPr>
            <w:tcW w:type="dxa" w:w="1727"/>
          </w:tcPr>
          <w:p>
            <w:pPr>
              <w:spacing w:after="20" w:before="20"/>
            </w:pPr>
            <w:r/>
            <w:r>
              <w:rPr>
                <w:rFonts w:ascii="Times New Roman" w:hAnsi="Times New Roman" w:eastAsia="宋体"/>
                <w:b w:val="0"/>
                <w:sz w:val="21"/>
              </w:rPr>
              <w:t>69</w:t>
            </w:r>
          </w:p>
        </w:tc>
        <w:tc>
          <w:tcPr>
            <w:tcW w:type="dxa" w:w="1727"/>
          </w:tcPr>
          <w:p>
            <w:pPr>
              <w:spacing w:after="20" w:before="20"/>
            </w:pPr>
            <w:r/>
            <w:r>
              <w:rPr>
                <w:rFonts w:ascii="Times New Roman" w:hAnsi="Times New Roman" w:eastAsia="宋体"/>
                <w:b w:val="0"/>
                <w:sz w:val="21"/>
              </w:rPr>
              <w:t>伍乐谣</w:t>
            </w:r>
          </w:p>
        </w:tc>
        <w:tc>
          <w:tcPr>
            <w:tcW w:type="dxa" w:w="1727"/>
          </w:tcPr>
          <w:p>
            <w:pPr>
              <w:spacing w:after="20" w:before="20"/>
            </w:pPr>
            <w:r/>
            <w:r>
              <w:rPr>
                <w:rFonts w:ascii="Times New Roman" w:hAnsi="Times New Roman" w:eastAsia="宋体"/>
                <w:b w:val="0"/>
                <w:sz w:val="21"/>
              </w:rPr>
              <w:t>人文学院</w:t>
            </w:r>
          </w:p>
        </w:tc>
        <w:tc>
          <w:tcPr>
            <w:tcW w:type="dxa" w:w="1727"/>
          </w:tcPr>
          <w:p>
            <w:pPr>
              <w:spacing w:after="20" w:before="20"/>
            </w:pPr>
            <w:r/>
            <w:r>
              <w:rPr>
                <w:rFonts w:ascii="Times New Roman" w:hAnsi="Times New Roman" w:eastAsia="宋体"/>
                <w:b w:val="0"/>
                <w:sz w:val="21"/>
              </w:rPr>
              <w:t>人文学院</w:t>
            </w:r>
          </w:p>
        </w:tc>
        <w:tc>
          <w:tcPr>
            <w:tcW w:type="dxa" w:w="1727"/>
          </w:tcPr>
          <w:p>
            <w:pPr>
              <w:spacing w:after="20" w:before="20"/>
            </w:pPr>
            <w:r/>
            <w:r>
              <w:rPr>
                <w:rFonts w:ascii="Times New Roman" w:hAnsi="Times New Roman" w:eastAsia="宋体"/>
                <w:b w:val="0"/>
                <w:sz w:val="21"/>
              </w:rPr>
              <w:t>50中国传统艺术媒介与材料研究</w:t>
            </w:r>
          </w:p>
        </w:tc>
      </w:tr>
      <w:tr>
        <w:tc>
          <w:tcPr>
            <w:tcW w:type="dxa" w:w="1727"/>
          </w:tcPr>
          <w:p>
            <w:pPr>
              <w:spacing w:after="20" w:before="20"/>
            </w:pPr>
            <w:r/>
            <w:r>
              <w:rPr>
                <w:rFonts w:ascii="Times New Roman" w:hAnsi="Times New Roman" w:eastAsia="宋体"/>
                <w:b w:val="0"/>
                <w:sz w:val="21"/>
              </w:rPr>
              <w:t>70</w:t>
            </w:r>
          </w:p>
        </w:tc>
        <w:tc>
          <w:tcPr>
            <w:tcW w:type="dxa" w:w="1727"/>
          </w:tcPr>
          <w:p>
            <w:pPr>
              <w:spacing w:after="20" w:before="20"/>
            </w:pPr>
            <w:r/>
            <w:r>
              <w:rPr>
                <w:rFonts w:ascii="Times New Roman" w:hAnsi="Times New Roman" w:eastAsia="宋体"/>
                <w:b w:val="0"/>
                <w:sz w:val="21"/>
              </w:rPr>
              <w:t>陈天艺</w:t>
            </w:r>
          </w:p>
        </w:tc>
        <w:tc>
          <w:tcPr>
            <w:tcW w:type="dxa" w:w="1727"/>
          </w:tcPr>
          <w:p>
            <w:pPr>
              <w:spacing w:after="20" w:before="20"/>
            </w:pPr>
            <w:r/>
            <w:r>
              <w:rPr>
                <w:rFonts w:ascii="Times New Roman" w:hAnsi="Times New Roman" w:eastAsia="宋体"/>
                <w:b w:val="0"/>
                <w:sz w:val="21"/>
              </w:rPr>
              <w:t>艺术管理与教育学院</w:t>
            </w:r>
          </w:p>
        </w:tc>
        <w:tc>
          <w:tcPr>
            <w:tcW w:type="dxa" w:w="1727"/>
          </w:tcPr>
          <w:p>
            <w:pPr>
              <w:spacing w:after="20" w:before="20"/>
            </w:pPr>
            <w:r/>
            <w:r>
              <w:rPr>
                <w:rFonts w:ascii="Times New Roman" w:hAnsi="Times New Roman" w:eastAsia="宋体"/>
                <w:b w:val="0"/>
                <w:sz w:val="21"/>
              </w:rPr>
              <w:t>人文学院</w:t>
            </w:r>
          </w:p>
        </w:tc>
        <w:tc>
          <w:tcPr>
            <w:tcW w:type="dxa" w:w="1727"/>
          </w:tcPr>
          <w:p>
            <w:pPr>
              <w:spacing w:after="20" w:before="20"/>
            </w:pPr>
            <w:r/>
            <w:r>
              <w:rPr>
                <w:rFonts w:ascii="Times New Roman" w:hAnsi="Times New Roman" w:eastAsia="宋体"/>
                <w:b w:val="0"/>
                <w:sz w:val="21"/>
              </w:rPr>
              <w:t>09中国美术史（近现代）</w:t>
            </w:r>
          </w:p>
        </w:tc>
      </w:tr>
      <w:tr>
        <w:tc>
          <w:tcPr>
            <w:tcW w:type="dxa" w:w="1727"/>
          </w:tcPr>
          <w:p>
            <w:pPr>
              <w:spacing w:after="20" w:before="20"/>
            </w:pPr>
            <w:r/>
            <w:r>
              <w:rPr>
                <w:rFonts w:ascii="Times New Roman" w:hAnsi="Times New Roman" w:eastAsia="宋体"/>
                <w:b w:val="0"/>
                <w:sz w:val="21"/>
              </w:rPr>
              <w:t>71</w:t>
            </w:r>
          </w:p>
        </w:tc>
        <w:tc>
          <w:tcPr>
            <w:tcW w:type="dxa" w:w="1727"/>
          </w:tcPr>
          <w:p>
            <w:pPr>
              <w:spacing w:after="20" w:before="20"/>
            </w:pPr>
            <w:r/>
            <w:r>
              <w:rPr>
                <w:rFonts w:ascii="Times New Roman" w:hAnsi="Times New Roman" w:eastAsia="宋体"/>
                <w:b w:val="0"/>
                <w:sz w:val="21"/>
              </w:rPr>
              <w:t>唐可</w:t>
            </w:r>
          </w:p>
        </w:tc>
        <w:tc>
          <w:tcPr>
            <w:tcW w:type="dxa" w:w="1727"/>
          </w:tcPr>
          <w:p>
            <w:pPr>
              <w:spacing w:after="20" w:before="20"/>
            </w:pPr>
            <w:r/>
            <w:r>
              <w:rPr>
                <w:rFonts w:ascii="Times New Roman" w:hAnsi="Times New Roman" w:eastAsia="宋体"/>
                <w:b w:val="0"/>
                <w:sz w:val="21"/>
              </w:rPr>
              <w:t>（中法）艺术与设计管理学院</w:t>
            </w:r>
          </w:p>
        </w:tc>
        <w:tc>
          <w:tcPr>
            <w:tcW w:type="dxa" w:w="1727"/>
          </w:tcPr>
          <w:p>
            <w:pPr>
              <w:spacing w:after="20" w:before="20"/>
            </w:pPr>
            <w:r/>
            <w:r>
              <w:rPr>
                <w:rFonts w:ascii="Times New Roman" w:hAnsi="Times New Roman" w:eastAsia="宋体"/>
                <w:b w:val="0"/>
                <w:sz w:val="21"/>
              </w:rPr>
              <w:t>人文学院</w:t>
            </w:r>
          </w:p>
        </w:tc>
        <w:tc>
          <w:tcPr>
            <w:tcW w:type="dxa" w:w="1727"/>
          </w:tcPr>
          <w:p>
            <w:pPr>
              <w:spacing w:after="20" w:before="20"/>
            </w:pPr>
            <w:r/>
            <w:r>
              <w:rPr>
                <w:rFonts w:ascii="Times New Roman" w:hAnsi="Times New Roman" w:eastAsia="宋体"/>
                <w:b w:val="0"/>
                <w:sz w:val="21"/>
              </w:rPr>
              <w:t>01中国美术史（古代）</w:t>
            </w:r>
          </w:p>
        </w:tc>
      </w:tr>
      <w:tr>
        <w:tc>
          <w:tcPr>
            <w:tcW w:type="dxa" w:w="1727"/>
          </w:tcPr>
          <w:p>
            <w:pPr>
              <w:spacing w:after="20" w:before="20"/>
            </w:pPr>
            <w:r/>
            <w:r>
              <w:rPr>
                <w:rFonts w:ascii="Times New Roman" w:hAnsi="Times New Roman" w:eastAsia="宋体"/>
                <w:b w:val="0"/>
                <w:sz w:val="21"/>
              </w:rPr>
              <w:t>72</w:t>
            </w:r>
          </w:p>
        </w:tc>
        <w:tc>
          <w:tcPr>
            <w:tcW w:type="dxa" w:w="1727"/>
          </w:tcPr>
          <w:p>
            <w:pPr>
              <w:spacing w:after="20" w:before="20"/>
            </w:pPr>
            <w:r/>
            <w:r>
              <w:rPr>
                <w:rFonts w:ascii="Times New Roman" w:hAnsi="Times New Roman" w:eastAsia="宋体"/>
                <w:b w:val="0"/>
                <w:sz w:val="21"/>
              </w:rPr>
              <w:t>胡晓愚</w:t>
            </w:r>
          </w:p>
        </w:tc>
        <w:tc>
          <w:tcPr>
            <w:tcW w:type="dxa" w:w="1727"/>
          </w:tcPr>
          <w:p>
            <w:pPr>
              <w:spacing w:after="20" w:before="20"/>
            </w:pPr>
            <w:r/>
            <w:r>
              <w:rPr>
                <w:rFonts w:ascii="Times New Roman" w:hAnsi="Times New Roman" w:eastAsia="宋体"/>
                <w:b w:val="0"/>
                <w:sz w:val="21"/>
              </w:rPr>
              <w:t>（中法）艺术与设计管理学院</w:t>
            </w:r>
          </w:p>
        </w:tc>
        <w:tc>
          <w:tcPr>
            <w:tcW w:type="dxa" w:w="1727"/>
          </w:tcPr>
          <w:p>
            <w:pPr>
              <w:spacing w:after="20" w:before="20"/>
            </w:pPr>
            <w:r/>
            <w:r>
              <w:rPr>
                <w:rFonts w:ascii="Times New Roman" w:hAnsi="Times New Roman" w:eastAsia="宋体"/>
                <w:b w:val="0"/>
                <w:sz w:val="21"/>
              </w:rPr>
              <w:t>人文学院</w:t>
            </w:r>
          </w:p>
        </w:tc>
        <w:tc>
          <w:tcPr>
            <w:tcW w:type="dxa" w:w="1727"/>
          </w:tcPr>
          <w:p>
            <w:pPr>
              <w:spacing w:after="20" w:before="20"/>
            </w:pPr>
            <w:r/>
            <w:r>
              <w:rPr>
                <w:rFonts w:ascii="Times New Roman" w:hAnsi="Times New Roman" w:eastAsia="宋体"/>
                <w:b w:val="0"/>
                <w:sz w:val="21"/>
              </w:rPr>
              <w:t>04中国美术史（古代）</w:t>
            </w:r>
          </w:p>
        </w:tc>
      </w:tr>
      <w:tr>
        <w:tc>
          <w:tcPr>
            <w:tcW w:type="dxa" w:w="1727"/>
          </w:tcPr>
          <w:p>
            <w:pPr>
              <w:spacing w:after="20" w:before="20"/>
            </w:pPr>
            <w:r/>
            <w:r>
              <w:rPr>
                <w:rFonts w:ascii="Times New Roman" w:hAnsi="Times New Roman" w:eastAsia="宋体"/>
                <w:b w:val="0"/>
                <w:sz w:val="21"/>
              </w:rPr>
              <w:t>73</w:t>
            </w:r>
          </w:p>
        </w:tc>
        <w:tc>
          <w:tcPr>
            <w:tcW w:type="dxa" w:w="1727"/>
          </w:tcPr>
          <w:p>
            <w:pPr>
              <w:spacing w:after="20" w:before="20"/>
            </w:pPr>
            <w:r/>
            <w:r>
              <w:rPr>
                <w:rFonts w:ascii="Times New Roman" w:hAnsi="Times New Roman" w:eastAsia="宋体"/>
                <w:b w:val="0"/>
                <w:sz w:val="21"/>
              </w:rPr>
              <w:t>凌倩</w:t>
            </w:r>
          </w:p>
        </w:tc>
        <w:tc>
          <w:tcPr>
            <w:tcW w:type="dxa" w:w="1727"/>
          </w:tcPr>
          <w:p>
            <w:pPr>
              <w:spacing w:after="20" w:before="20"/>
            </w:pPr>
            <w:r/>
            <w:r>
              <w:rPr>
                <w:rFonts w:ascii="Times New Roman" w:hAnsi="Times New Roman" w:eastAsia="宋体"/>
                <w:b w:val="0"/>
                <w:sz w:val="21"/>
              </w:rPr>
              <w:t>（中法）艺术与设计管理学院</w:t>
            </w:r>
          </w:p>
        </w:tc>
        <w:tc>
          <w:tcPr>
            <w:tcW w:type="dxa" w:w="1727"/>
          </w:tcPr>
          <w:p>
            <w:pPr>
              <w:spacing w:after="20" w:before="20"/>
            </w:pPr>
            <w:r/>
            <w:r>
              <w:rPr>
                <w:rFonts w:ascii="Times New Roman" w:hAnsi="Times New Roman" w:eastAsia="宋体"/>
                <w:b w:val="0"/>
                <w:sz w:val="21"/>
              </w:rPr>
              <w:t>人文学院</w:t>
            </w:r>
          </w:p>
        </w:tc>
        <w:tc>
          <w:tcPr>
            <w:tcW w:type="dxa" w:w="1727"/>
          </w:tcPr>
          <w:p>
            <w:pPr>
              <w:spacing w:after="20" w:before="20"/>
            </w:pPr>
            <w:r/>
            <w:r>
              <w:rPr>
                <w:rFonts w:ascii="Times New Roman" w:hAnsi="Times New Roman" w:eastAsia="宋体"/>
                <w:b w:val="0"/>
                <w:sz w:val="21"/>
              </w:rPr>
              <w:t>15中国现当代美术与批评）</w:t>
            </w:r>
          </w:p>
        </w:tc>
      </w:tr>
      <w:tr>
        <w:tc>
          <w:tcPr>
            <w:tcW w:type="dxa" w:w="1727"/>
          </w:tcPr>
          <w:p>
            <w:pPr>
              <w:spacing w:after="20" w:before="20"/>
            </w:pPr>
            <w:r/>
            <w:r>
              <w:rPr>
                <w:rFonts w:ascii="Times New Roman" w:hAnsi="Times New Roman" w:eastAsia="宋体"/>
                <w:b w:val="0"/>
                <w:sz w:val="21"/>
              </w:rPr>
              <w:t>74</w:t>
            </w:r>
          </w:p>
        </w:tc>
        <w:tc>
          <w:tcPr>
            <w:tcW w:type="dxa" w:w="1727"/>
          </w:tcPr>
          <w:p>
            <w:pPr>
              <w:spacing w:after="20" w:before="20"/>
            </w:pPr>
            <w:r/>
            <w:r>
              <w:rPr>
                <w:rFonts w:ascii="Times New Roman" w:hAnsi="Times New Roman" w:eastAsia="宋体"/>
                <w:b w:val="0"/>
                <w:sz w:val="21"/>
              </w:rPr>
              <w:t>孙晨曦</w:t>
            </w:r>
          </w:p>
        </w:tc>
        <w:tc>
          <w:tcPr>
            <w:tcW w:type="dxa" w:w="1727"/>
          </w:tcPr>
          <w:p>
            <w:pPr>
              <w:spacing w:after="20" w:before="20"/>
            </w:pPr>
            <w:r/>
            <w:r>
              <w:rPr>
                <w:rFonts w:ascii="Times New Roman" w:hAnsi="Times New Roman" w:eastAsia="宋体"/>
                <w:b w:val="0"/>
                <w:sz w:val="21"/>
              </w:rPr>
              <w:t>（中法）艺术与设计管理学院</w:t>
            </w:r>
          </w:p>
        </w:tc>
        <w:tc>
          <w:tcPr>
            <w:tcW w:type="dxa" w:w="1727"/>
          </w:tcPr>
          <w:p>
            <w:pPr>
              <w:spacing w:after="20" w:before="20"/>
            </w:pPr>
            <w:r/>
            <w:r>
              <w:rPr>
                <w:rFonts w:ascii="Times New Roman" w:hAnsi="Times New Roman" w:eastAsia="宋体"/>
                <w:b w:val="0"/>
                <w:sz w:val="21"/>
              </w:rPr>
              <w:t>人文学院</w:t>
            </w:r>
          </w:p>
        </w:tc>
        <w:tc>
          <w:tcPr>
            <w:tcW w:type="dxa" w:w="1727"/>
          </w:tcPr>
          <w:p>
            <w:pPr>
              <w:spacing w:after="20" w:before="20"/>
            </w:pPr>
            <w:r/>
            <w:r>
              <w:rPr>
                <w:rFonts w:ascii="Times New Roman" w:hAnsi="Times New Roman" w:eastAsia="宋体"/>
                <w:b w:val="0"/>
                <w:sz w:val="21"/>
              </w:rPr>
              <w:t>18美术理论研究（中国）</w:t>
            </w:r>
          </w:p>
        </w:tc>
      </w:tr>
      <w:tr>
        <w:tc>
          <w:tcPr>
            <w:tcW w:type="dxa" w:w="1727"/>
          </w:tcPr>
          <w:p>
            <w:pPr>
              <w:spacing w:after="20" w:before="20"/>
            </w:pPr>
            <w:r/>
            <w:r>
              <w:rPr>
                <w:rFonts w:ascii="Times New Roman" w:hAnsi="Times New Roman" w:eastAsia="宋体"/>
                <w:b w:val="0"/>
                <w:sz w:val="21"/>
              </w:rPr>
              <w:t>75</w:t>
            </w:r>
          </w:p>
        </w:tc>
        <w:tc>
          <w:tcPr>
            <w:tcW w:type="dxa" w:w="1727"/>
          </w:tcPr>
          <w:p>
            <w:pPr>
              <w:spacing w:after="20" w:before="20"/>
            </w:pPr>
            <w:r/>
            <w:r>
              <w:rPr>
                <w:rFonts w:ascii="Times New Roman" w:hAnsi="Times New Roman" w:eastAsia="宋体"/>
                <w:b w:val="0"/>
                <w:sz w:val="21"/>
              </w:rPr>
              <w:t>周悦童</w:t>
            </w:r>
          </w:p>
        </w:tc>
        <w:tc>
          <w:tcPr>
            <w:tcW w:type="dxa" w:w="1727"/>
          </w:tcPr>
          <w:p>
            <w:pPr>
              <w:spacing w:after="20" w:before="20"/>
            </w:pPr>
            <w:r/>
            <w:r>
              <w:rPr>
                <w:rFonts w:ascii="Times New Roman" w:hAnsi="Times New Roman" w:eastAsia="宋体"/>
                <w:b w:val="0"/>
                <w:sz w:val="21"/>
              </w:rPr>
              <w:t>（中法）艺术与设计管理学院</w:t>
            </w:r>
          </w:p>
        </w:tc>
        <w:tc>
          <w:tcPr>
            <w:tcW w:type="dxa" w:w="1727"/>
          </w:tcPr>
          <w:p>
            <w:pPr>
              <w:spacing w:after="20" w:before="20"/>
            </w:pPr>
            <w:r/>
            <w:r>
              <w:rPr>
                <w:rFonts w:ascii="Times New Roman" w:hAnsi="Times New Roman" w:eastAsia="宋体"/>
                <w:b w:val="0"/>
                <w:sz w:val="21"/>
              </w:rPr>
              <w:t>人文学院</w:t>
            </w:r>
          </w:p>
        </w:tc>
        <w:tc>
          <w:tcPr>
            <w:tcW w:type="dxa" w:w="1727"/>
          </w:tcPr>
          <w:p>
            <w:pPr>
              <w:spacing w:after="20" w:before="20"/>
            </w:pPr>
            <w:r/>
            <w:r>
              <w:rPr>
                <w:rFonts w:ascii="Times New Roman" w:hAnsi="Times New Roman" w:eastAsia="宋体"/>
                <w:b w:val="0"/>
                <w:sz w:val="21"/>
              </w:rPr>
              <w:t>35视觉文化研究</w:t>
            </w:r>
          </w:p>
        </w:tc>
      </w:tr>
      <w:tr>
        <w:tc>
          <w:tcPr>
            <w:tcW w:type="dxa" w:w="1727"/>
          </w:tcPr>
          <w:p>
            <w:pPr>
              <w:spacing w:after="20" w:before="20"/>
            </w:pPr>
            <w:r/>
            <w:r>
              <w:rPr>
                <w:rFonts w:ascii="Times New Roman" w:hAnsi="Times New Roman" w:eastAsia="宋体"/>
                <w:b w:val="0"/>
                <w:sz w:val="21"/>
              </w:rPr>
              <w:t>76</w:t>
            </w:r>
          </w:p>
        </w:tc>
        <w:tc>
          <w:tcPr>
            <w:tcW w:type="dxa" w:w="1727"/>
          </w:tcPr>
          <w:p>
            <w:pPr>
              <w:spacing w:after="20" w:before="20"/>
            </w:pPr>
            <w:r/>
            <w:r>
              <w:rPr>
                <w:rFonts w:ascii="Times New Roman" w:hAnsi="Times New Roman" w:eastAsia="宋体"/>
                <w:b w:val="0"/>
                <w:sz w:val="21"/>
              </w:rPr>
              <w:t>汪依锦</w:t>
            </w:r>
          </w:p>
        </w:tc>
        <w:tc>
          <w:tcPr>
            <w:tcW w:type="dxa" w:w="1727"/>
          </w:tcPr>
          <w:p>
            <w:pPr>
              <w:spacing w:after="20" w:before="20"/>
            </w:pPr>
            <w:r/>
            <w:r>
              <w:rPr>
                <w:rFonts w:ascii="Times New Roman" w:hAnsi="Times New Roman" w:eastAsia="宋体"/>
                <w:b w:val="0"/>
                <w:sz w:val="21"/>
              </w:rPr>
              <w:t>（中法）艺术与设计管理学院</w:t>
            </w:r>
          </w:p>
        </w:tc>
        <w:tc>
          <w:tcPr>
            <w:tcW w:type="dxa" w:w="1727"/>
          </w:tcPr>
          <w:p>
            <w:pPr>
              <w:spacing w:after="20" w:before="20"/>
            </w:pPr>
            <w:r/>
            <w:r>
              <w:rPr>
                <w:rFonts w:ascii="Times New Roman" w:hAnsi="Times New Roman" w:eastAsia="宋体"/>
                <w:b w:val="0"/>
                <w:sz w:val="21"/>
              </w:rPr>
              <w:t>人文学院</w:t>
            </w:r>
          </w:p>
        </w:tc>
        <w:tc>
          <w:tcPr>
            <w:tcW w:type="dxa" w:w="1727"/>
          </w:tcPr>
          <w:p>
            <w:pPr>
              <w:spacing w:after="20" w:before="20"/>
            </w:pPr>
            <w:r/>
            <w:r>
              <w:rPr>
                <w:rFonts w:ascii="Times New Roman" w:hAnsi="Times New Roman" w:eastAsia="宋体"/>
                <w:b w:val="0"/>
                <w:sz w:val="21"/>
              </w:rPr>
              <w:t>51中国古代书画史与鉴定研究</w:t>
            </w:r>
          </w:p>
        </w:tc>
      </w:tr>
      <w:tr>
        <w:tc>
          <w:tcPr>
            <w:tcW w:type="dxa" w:w="1727"/>
          </w:tcPr>
          <w:p>
            <w:pPr>
              <w:spacing w:after="20" w:before="20"/>
            </w:pPr>
            <w:r/>
            <w:r>
              <w:rPr>
                <w:rFonts w:ascii="Times New Roman" w:hAnsi="Times New Roman" w:eastAsia="宋体"/>
                <w:b w:val="0"/>
                <w:sz w:val="21"/>
              </w:rPr>
              <w:t>77</w:t>
            </w:r>
          </w:p>
        </w:tc>
        <w:tc>
          <w:tcPr>
            <w:tcW w:type="dxa" w:w="1727"/>
          </w:tcPr>
          <w:p>
            <w:pPr>
              <w:spacing w:after="20" w:before="20"/>
            </w:pPr>
            <w:r/>
            <w:r>
              <w:rPr>
                <w:rFonts w:ascii="Times New Roman" w:hAnsi="Times New Roman" w:eastAsia="宋体"/>
                <w:b w:val="0"/>
                <w:sz w:val="21"/>
              </w:rPr>
              <w:t>蔡苗苗</w:t>
            </w:r>
          </w:p>
        </w:tc>
        <w:tc>
          <w:tcPr>
            <w:tcW w:type="dxa" w:w="1727"/>
          </w:tcPr>
          <w:p>
            <w:pPr>
              <w:spacing w:after="20" w:before="20"/>
            </w:pPr>
            <w:r/>
            <w:r>
              <w:rPr>
                <w:rFonts w:ascii="Times New Roman" w:hAnsi="Times New Roman" w:eastAsia="宋体"/>
                <w:b w:val="0"/>
                <w:sz w:val="21"/>
              </w:rPr>
              <w:t>建筑学院</w:t>
            </w:r>
          </w:p>
        </w:tc>
        <w:tc>
          <w:tcPr>
            <w:tcW w:type="dxa" w:w="1727"/>
          </w:tcPr>
          <w:p>
            <w:pPr>
              <w:spacing w:after="20" w:before="20"/>
            </w:pPr>
            <w:r/>
            <w:r>
              <w:rPr>
                <w:rFonts w:ascii="Times New Roman" w:hAnsi="Times New Roman" w:eastAsia="宋体"/>
                <w:b w:val="0"/>
                <w:sz w:val="21"/>
              </w:rPr>
              <w:t>人文学院</w:t>
            </w:r>
          </w:p>
        </w:tc>
        <w:tc>
          <w:tcPr>
            <w:tcW w:type="dxa" w:w="1727"/>
          </w:tcPr>
          <w:p>
            <w:pPr>
              <w:spacing w:after="20" w:before="20"/>
            </w:pPr>
            <w:r/>
            <w:r>
              <w:rPr>
                <w:rFonts w:ascii="Times New Roman" w:hAnsi="Times New Roman" w:eastAsia="宋体"/>
                <w:b w:val="0"/>
                <w:sz w:val="21"/>
              </w:rPr>
              <w:t>33中国建筑艺术史</w:t>
            </w:r>
          </w:p>
        </w:tc>
      </w:tr>
      <w:tr>
        <w:tc>
          <w:tcPr>
            <w:tcW w:type="dxa" w:w="1727"/>
          </w:tcPr>
          <w:p>
            <w:pPr>
              <w:spacing w:after="20" w:before="20"/>
            </w:pPr>
            <w:r/>
            <w:r>
              <w:rPr>
                <w:rFonts w:ascii="Times New Roman" w:hAnsi="Times New Roman" w:eastAsia="宋体"/>
                <w:b w:val="0"/>
                <w:sz w:val="21"/>
              </w:rPr>
              <w:t>78</w:t>
            </w:r>
          </w:p>
        </w:tc>
        <w:tc>
          <w:tcPr>
            <w:tcW w:type="dxa" w:w="1727"/>
          </w:tcPr>
          <w:p>
            <w:pPr>
              <w:spacing w:after="20" w:before="20"/>
            </w:pPr>
            <w:r/>
            <w:r>
              <w:rPr>
                <w:rFonts w:ascii="Times New Roman" w:hAnsi="Times New Roman" w:eastAsia="宋体"/>
                <w:b w:val="0"/>
                <w:sz w:val="21"/>
              </w:rPr>
              <w:t>徐宇轩</w:t>
            </w:r>
          </w:p>
        </w:tc>
        <w:tc>
          <w:tcPr>
            <w:tcW w:type="dxa" w:w="1727"/>
          </w:tcPr>
          <w:p>
            <w:pPr>
              <w:spacing w:after="20" w:before="20"/>
            </w:pPr>
            <w:r/>
            <w:r>
              <w:rPr>
                <w:rFonts w:ascii="Times New Roman" w:hAnsi="Times New Roman" w:eastAsia="宋体"/>
                <w:b w:val="0"/>
                <w:sz w:val="21"/>
              </w:rPr>
              <w:t>建筑学院</w:t>
            </w:r>
          </w:p>
        </w:tc>
        <w:tc>
          <w:tcPr>
            <w:tcW w:type="dxa" w:w="1727"/>
          </w:tcPr>
          <w:p>
            <w:pPr>
              <w:spacing w:after="20" w:before="20"/>
            </w:pPr>
            <w:r/>
            <w:r>
              <w:rPr>
                <w:rFonts w:ascii="Times New Roman" w:hAnsi="Times New Roman" w:eastAsia="宋体"/>
                <w:b w:val="0"/>
                <w:sz w:val="21"/>
              </w:rPr>
              <w:t>人文学院</w:t>
            </w:r>
          </w:p>
        </w:tc>
        <w:tc>
          <w:tcPr>
            <w:tcW w:type="dxa" w:w="1727"/>
          </w:tcPr>
          <w:p>
            <w:pPr>
              <w:spacing w:after="20" w:before="20"/>
            </w:pPr>
            <w:r/>
            <w:r>
              <w:rPr>
                <w:rFonts w:ascii="Times New Roman" w:hAnsi="Times New Roman" w:eastAsia="宋体"/>
                <w:b w:val="0"/>
                <w:sz w:val="21"/>
              </w:rPr>
              <w:t>48文化遗产与美术考古研究</w:t>
            </w:r>
          </w:p>
        </w:tc>
      </w:tr>
      <w:tr>
        <w:tc>
          <w:tcPr>
            <w:tcW w:type="dxa" w:w="1727"/>
          </w:tcPr>
          <w:p>
            <w:pPr>
              <w:spacing w:after="20" w:before="20"/>
            </w:pPr>
            <w:r/>
            <w:r>
              <w:rPr>
                <w:rFonts w:ascii="Times New Roman" w:hAnsi="Times New Roman" w:eastAsia="宋体"/>
                <w:b w:val="0"/>
                <w:sz w:val="21"/>
              </w:rPr>
              <w:t>79</w:t>
            </w:r>
          </w:p>
        </w:tc>
        <w:tc>
          <w:tcPr>
            <w:tcW w:type="dxa" w:w="1727"/>
          </w:tcPr>
          <w:p>
            <w:pPr>
              <w:spacing w:after="20" w:before="20"/>
            </w:pPr>
            <w:r/>
            <w:r>
              <w:rPr>
                <w:rFonts w:ascii="Times New Roman" w:hAnsi="Times New Roman" w:eastAsia="宋体"/>
                <w:b w:val="0"/>
                <w:sz w:val="21"/>
              </w:rPr>
              <w:t>谢彦宸</w:t>
            </w:r>
          </w:p>
        </w:tc>
        <w:tc>
          <w:tcPr>
            <w:tcW w:type="dxa" w:w="1727"/>
          </w:tcPr>
          <w:p>
            <w:pPr>
              <w:spacing w:after="20" w:before="20"/>
            </w:pPr>
            <w:r/>
            <w:r>
              <w:rPr>
                <w:rFonts w:ascii="Times New Roman" w:hAnsi="Times New Roman" w:eastAsia="宋体"/>
                <w:b w:val="0"/>
                <w:sz w:val="21"/>
              </w:rPr>
              <w:t>书法学院</w:t>
            </w:r>
          </w:p>
        </w:tc>
        <w:tc>
          <w:tcPr>
            <w:tcW w:type="dxa" w:w="1727"/>
          </w:tcPr>
          <w:p>
            <w:pPr>
              <w:spacing w:after="20" w:before="20"/>
            </w:pPr>
            <w:r/>
            <w:r>
              <w:rPr>
                <w:rFonts w:ascii="Times New Roman" w:hAnsi="Times New Roman" w:eastAsia="宋体"/>
                <w:b w:val="0"/>
                <w:sz w:val="21"/>
              </w:rPr>
              <w:t>人文学院</w:t>
            </w:r>
          </w:p>
        </w:tc>
        <w:tc>
          <w:tcPr>
            <w:tcW w:type="dxa" w:w="1727"/>
          </w:tcPr>
          <w:p>
            <w:pPr>
              <w:spacing w:after="20" w:before="20"/>
            </w:pPr>
            <w:r/>
            <w:r>
              <w:rPr>
                <w:rFonts w:ascii="Times New Roman" w:hAnsi="Times New Roman" w:eastAsia="宋体"/>
                <w:b w:val="0"/>
                <w:sz w:val="21"/>
              </w:rPr>
              <w:t>57书法传统与当代表达研究</w:t>
            </w:r>
          </w:p>
        </w:tc>
      </w:tr>
      <w:tr>
        <w:tc>
          <w:tcPr>
            <w:tcW w:type="dxa" w:w="1727"/>
          </w:tcPr>
          <w:p>
            <w:pPr>
              <w:spacing w:after="20" w:before="20"/>
            </w:pPr>
            <w:r/>
            <w:r>
              <w:rPr>
                <w:rFonts w:ascii="Times New Roman" w:hAnsi="Times New Roman" w:eastAsia="宋体"/>
                <w:b w:val="0"/>
                <w:sz w:val="21"/>
              </w:rPr>
              <w:t>80</w:t>
            </w:r>
          </w:p>
        </w:tc>
        <w:tc>
          <w:tcPr>
            <w:tcW w:type="dxa" w:w="1727"/>
          </w:tcPr>
          <w:p>
            <w:pPr>
              <w:spacing w:after="20" w:before="20"/>
            </w:pPr>
            <w:r/>
            <w:r>
              <w:rPr>
                <w:rFonts w:ascii="Times New Roman" w:hAnsi="Times New Roman" w:eastAsia="宋体"/>
                <w:b w:val="0"/>
                <w:sz w:val="21"/>
              </w:rPr>
              <w:t>王亚宁</w:t>
            </w:r>
          </w:p>
        </w:tc>
        <w:tc>
          <w:tcPr>
            <w:tcW w:type="dxa" w:w="1727"/>
          </w:tcPr>
          <w:p>
            <w:pPr>
              <w:spacing w:after="20" w:before="20"/>
            </w:pPr>
            <w:r/>
            <w:r>
              <w:rPr>
                <w:rFonts w:ascii="Times New Roman" w:hAnsi="Times New Roman" w:eastAsia="宋体"/>
                <w:b w:val="0"/>
                <w:sz w:val="21"/>
              </w:rPr>
              <w:t>西安美术学院</w:t>
            </w:r>
          </w:p>
        </w:tc>
        <w:tc>
          <w:tcPr>
            <w:tcW w:type="dxa" w:w="1727"/>
          </w:tcPr>
          <w:p>
            <w:pPr>
              <w:spacing w:after="20" w:before="20"/>
            </w:pPr>
            <w:r/>
            <w:r>
              <w:rPr>
                <w:rFonts w:ascii="Times New Roman" w:hAnsi="Times New Roman" w:eastAsia="宋体"/>
                <w:b w:val="0"/>
                <w:sz w:val="21"/>
              </w:rPr>
              <w:t>人文学院</w:t>
            </w:r>
          </w:p>
        </w:tc>
        <w:tc>
          <w:tcPr>
            <w:tcW w:type="dxa" w:w="1727"/>
          </w:tcPr>
          <w:p>
            <w:pPr>
              <w:spacing w:after="20" w:before="20"/>
            </w:pPr>
            <w:r/>
            <w:r>
              <w:rPr>
                <w:rFonts w:ascii="Times New Roman" w:hAnsi="Times New Roman" w:eastAsia="宋体"/>
                <w:b w:val="0"/>
                <w:sz w:val="21"/>
              </w:rPr>
              <w:t>26世界美术史研究（西方）</w:t>
            </w:r>
          </w:p>
        </w:tc>
      </w:tr>
      <w:tr>
        <w:tc>
          <w:tcPr>
            <w:tcW w:type="dxa" w:w="1727"/>
          </w:tcPr>
          <w:p>
            <w:pPr>
              <w:spacing w:after="20" w:before="20"/>
            </w:pPr>
            <w:r/>
            <w:r>
              <w:rPr>
                <w:rFonts w:ascii="Times New Roman" w:hAnsi="Times New Roman" w:eastAsia="宋体"/>
                <w:b w:val="0"/>
                <w:sz w:val="21"/>
              </w:rPr>
              <w:t>81</w:t>
            </w:r>
          </w:p>
        </w:tc>
        <w:tc>
          <w:tcPr>
            <w:tcW w:type="dxa" w:w="1727"/>
          </w:tcPr>
          <w:p>
            <w:pPr>
              <w:spacing w:after="20" w:before="20"/>
            </w:pPr>
            <w:r/>
            <w:r>
              <w:rPr>
                <w:rFonts w:ascii="Times New Roman" w:hAnsi="Times New Roman" w:eastAsia="宋体"/>
                <w:b w:val="0"/>
                <w:sz w:val="21"/>
              </w:rPr>
              <w:t>侯乐然</w:t>
            </w:r>
          </w:p>
        </w:tc>
        <w:tc>
          <w:tcPr>
            <w:tcW w:type="dxa" w:w="1727"/>
          </w:tcPr>
          <w:p>
            <w:pPr>
              <w:spacing w:after="20" w:before="20"/>
            </w:pPr>
            <w:r/>
            <w:r>
              <w:rPr>
                <w:rFonts w:ascii="Times New Roman" w:hAnsi="Times New Roman" w:eastAsia="宋体"/>
                <w:b w:val="0"/>
                <w:sz w:val="21"/>
              </w:rPr>
              <w:t>建筑学院</w:t>
            </w:r>
          </w:p>
        </w:tc>
        <w:tc>
          <w:tcPr>
            <w:tcW w:type="dxa" w:w="1727"/>
          </w:tcPr>
          <w:p>
            <w:pPr>
              <w:spacing w:after="20" w:before="20"/>
            </w:pPr>
            <w:r/>
            <w:r>
              <w:rPr>
                <w:rFonts w:ascii="Times New Roman" w:hAnsi="Times New Roman" w:eastAsia="宋体"/>
                <w:b w:val="0"/>
                <w:sz w:val="21"/>
              </w:rPr>
              <w:t>建筑学院</w:t>
            </w:r>
          </w:p>
        </w:tc>
        <w:tc>
          <w:tcPr>
            <w:tcW w:type="dxa" w:w="1727"/>
          </w:tcPr>
          <w:p>
            <w:pPr>
              <w:spacing w:after="20" w:before="20"/>
            </w:pPr>
            <w:r/>
            <w:r>
              <w:rPr>
                <w:rFonts w:ascii="Times New Roman" w:hAnsi="Times New Roman" w:eastAsia="宋体"/>
                <w:b w:val="0"/>
                <w:sz w:val="21"/>
              </w:rPr>
              <w:t>01建筑学</w:t>
            </w:r>
          </w:p>
        </w:tc>
      </w:tr>
      <w:tr>
        <w:tc>
          <w:tcPr>
            <w:tcW w:type="dxa" w:w="1727"/>
          </w:tcPr>
          <w:p>
            <w:pPr>
              <w:spacing w:after="20" w:before="20"/>
            </w:pPr>
            <w:r/>
            <w:r>
              <w:rPr>
                <w:rFonts w:ascii="Times New Roman" w:hAnsi="Times New Roman" w:eastAsia="宋体"/>
                <w:b w:val="0"/>
                <w:sz w:val="21"/>
              </w:rPr>
              <w:t>82</w:t>
            </w:r>
          </w:p>
        </w:tc>
        <w:tc>
          <w:tcPr>
            <w:tcW w:type="dxa" w:w="1727"/>
          </w:tcPr>
          <w:p>
            <w:pPr>
              <w:spacing w:after="20" w:before="20"/>
            </w:pPr>
            <w:r/>
            <w:r>
              <w:rPr>
                <w:rFonts w:ascii="Times New Roman" w:hAnsi="Times New Roman" w:eastAsia="宋体"/>
                <w:b w:val="0"/>
                <w:sz w:val="21"/>
              </w:rPr>
              <w:t>谢昊君</w:t>
            </w:r>
          </w:p>
        </w:tc>
        <w:tc>
          <w:tcPr>
            <w:tcW w:type="dxa" w:w="1727"/>
          </w:tcPr>
          <w:p>
            <w:pPr>
              <w:spacing w:after="20" w:before="20"/>
            </w:pPr>
            <w:r/>
            <w:r>
              <w:rPr>
                <w:rFonts w:ascii="Times New Roman" w:hAnsi="Times New Roman" w:eastAsia="宋体"/>
                <w:b w:val="0"/>
                <w:sz w:val="21"/>
              </w:rPr>
              <w:t>建筑学院</w:t>
            </w:r>
          </w:p>
        </w:tc>
        <w:tc>
          <w:tcPr>
            <w:tcW w:type="dxa" w:w="1727"/>
          </w:tcPr>
          <w:p>
            <w:pPr>
              <w:spacing w:after="20" w:before="20"/>
            </w:pPr>
            <w:r/>
            <w:r>
              <w:rPr>
                <w:rFonts w:ascii="Times New Roman" w:hAnsi="Times New Roman" w:eastAsia="宋体"/>
                <w:b w:val="0"/>
                <w:sz w:val="21"/>
              </w:rPr>
              <w:t>建筑学院</w:t>
            </w:r>
          </w:p>
        </w:tc>
        <w:tc>
          <w:tcPr>
            <w:tcW w:type="dxa" w:w="1727"/>
          </w:tcPr>
          <w:p>
            <w:pPr>
              <w:spacing w:after="20" w:before="20"/>
            </w:pPr>
            <w:r/>
            <w:r>
              <w:rPr>
                <w:rFonts w:ascii="Times New Roman" w:hAnsi="Times New Roman" w:eastAsia="宋体"/>
                <w:b w:val="0"/>
                <w:sz w:val="21"/>
              </w:rPr>
              <w:t>01建筑学</w:t>
            </w:r>
          </w:p>
        </w:tc>
      </w:tr>
      <w:tr>
        <w:tc>
          <w:tcPr>
            <w:tcW w:type="dxa" w:w="1727"/>
          </w:tcPr>
          <w:p>
            <w:pPr>
              <w:spacing w:after="20" w:before="20"/>
            </w:pPr>
            <w:r/>
            <w:r>
              <w:rPr>
                <w:rFonts w:ascii="Times New Roman" w:hAnsi="Times New Roman" w:eastAsia="宋体"/>
                <w:b w:val="0"/>
                <w:sz w:val="21"/>
              </w:rPr>
              <w:t>83</w:t>
            </w:r>
          </w:p>
        </w:tc>
        <w:tc>
          <w:tcPr>
            <w:tcW w:type="dxa" w:w="1727"/>
          </w:tcPr>
          <w:p>
            <w:pPr>
              <w:spacing w:after="20" w:before="20"/>
            </w:pPr>
            <w:r/>
            <w:r>
              <w:rPr>
                <w:rFonts w:ascii="Times New Roman" w:hAnsi="Times New Roman" w:eastAsia="宋体"/>
                <w:b w:val="0"/>
                <w:sz w:val="21"/>
              </w:rPr>
              <w:t>邓瑶</w:t>
            </w:r>
          </w:p>
        </w:tc>
        <w:tc>
          <w:tcPr>
            <w:tcW w:type="dxa" w:w="1727"/>
          </w:tcPr>
          <w:p>
            <w:pPr>
              <w:spacing w:after="20" w:before="20"/>
            </w:pPr>
            <w:r/>
            <w:r>
              <w:rPr>
                <w:rFonts w:ascii="Times New Roman" w:hAnsi="Times New Roman" w:eastAsia="宋体"/>
                <w:b w:val="0"/>
                <w:sz w:val="21"/>
              </w:rPr>
              <w:t>建筑学院</w:t>
            </w:r>
          </w:p>
        </w:tc>
        <w:tc>
          <w:tcPr>
            <w:tcW w:type="dxa" w:w="1727"/>
          </w:tcPr>
          <w:p>
            <w:pPr>
              <w:spacing w:after="20" w:before="20"/>
            </w:pPr>
            <w:r/>
            <w:r>
              <w:rPr>
                <w:rFonts w:ascii="Times New Roman" w:hAnsi="Times New Roman" w:eastAsia="宋体"/>
                <w:b w:val="0"/>
                <w:sz w:val="21"/>
              </w:rPr>
              <w:t>建筑学院</w:t>
            </w:r>
          </w:p>
        </w:tc>
        <w:tc>
          <w:tcPr>
            <w:tcW w:type="dxa" w:w="1727"/>
          </w:tcPr>
          <w:p>
            <w:pPr>
              <w:spacing w:after="20" w:before="20"/>
            </w:pPr>
            <w:r/>
            <w:r>
              <w:rPr>
                <w:rFonts w:ascii="Times New Roman" w:hAnsi="Times New Roman" w:eastAsia="宋体"/>
                <w:b w:val="0"/>
                <w:sz w:val="21"/>
              </w:rPr>
              <w:t>01建筑学</w:t>
            </w:r>
          </w:p>
        </w:tc>
      </w:tr>
      <w:tr>
        <w:tc>
          <w:tcPr>
            <w:tcW w:type="dxa" w:w="1727"/>
          </w:tcPr>
          <w:p>
            <w:pPr>
              <w:spacing w:after="20" w:before="20"/>
            </w:pPr>
            <w:r/>
            <w:r>
              <w:rPr>
                <w:rFonts w:ascii="Times New Roman" w:hAnsi="Times New Roman" w:eastAsia="宋体"/>
                <w:b w:val="0"/>
                <w:sz w:val="21"/>
              </w:rPr>
              <w:t>84</w:t>
            </w:r>
          </w:p>
        </w:tc>
        <w:tc>
          <w:tcPr>
            <w:tcW w:type="dxa" w:w="1727"/>
          </w:tcPr>
          <w:p>
            <w:pPr>
              <w:spacing w:after="20" w:before="20"/>
            </w:pPr>
            <w:r/>
            <w:r>
              <w:rPr>
                <w:rFonts w:ascii="Times New Roman" w:hAnsi="Times New Roman" w:eastAsia="宋体"/>
                <w:b w:val="0"/>
                <w:sz w:val="21"/>
              </w:rPr>
              <w:t>刘子逸</w:t>
            </w:r>
          </w:p>
        </w:tc>
        <w:tc>
          <w:tcPr>
            <w:tcW w:type="dxa" w:w="1727"/>
          </w:tcPr>
          <w:p>
            <w:pPr>
              <w:spacing w:after="20" w:before="20"/>
            </w:pPr>
            <w:r/>
            <w:r>
              <w:rPr>
                <w:rFonts w:ascii="Times New Roman" w:hAnsi="Times New Roman" w:eastAsia="宋体"/>
                <w:b w:val="0"/>
                <w:sz w:val="21"/>
              </w:rPr>
              <w:t>建筑学院</w:t>
            </w:r>
          </w:p>
        </w:tc>
        <w:tc>
          <w:tcPr>
            <w:tcW w:type="dxa" w:w="1727"/>
          </w:tcPr>
          <w:p>
            <w:pPr>
              <w:spacing w:after="20" w:before="20"/>
            </w:pPr>
            <w:r/>
            <w:r>
              <w:rPr>
                <w:rFonts w:ascii="Times New Roman" w:hAnsi="Times New Roman" w:eastAsia="宋体"/>
                <w:b w:val="0"/>
                <w:sz w:val="21"/>
              </w:rPr>
              <w:t>建筑学院</w:t>
            </w:r>
          </w:p>
        </w:tc>
        <w:tc>
          <w:tcPr>
            <w:tcW w:type="dxa" w:w="1727"/>
          </w:tcPr>
          <w:p>
            <w:pPr>
              <w:spacing w:after="20" w:before="20"/>
            </w:pPr>
            <w:r/>
            <w:r>
              <w:rPr>
                <w:rFonts w:ascii="Times New Roman" w:hAnsi="Times New Roman" w:eastAsia="宋体"/>
                <w:b w:val="0"/>
                <w:sz w:val="21"/>
              </w:rPr>
              <w:t>01建筑学</w:t>
            </w:r>
          </w:p>
        </w:tc>
      </w:tr>
      <w:tr>
        <w:tc>
          <w:tcPr>
            <w:tcW w:type="dxa" w:w="1727"/>
          </w:tcPr>
          <w:p>
            <w:pPr>
              <w:spacing w:after="20" w:before="20"/>
            </w:pPr>
            <w:r/>
            <w:r>
              <w:rPr>
                <w:rFonts w:ascii="Times New Roman" w:hAnsi="Times New Roman" w:eastAsia="宋体"/>
                <w:b w:val="0"/>
                <w:sz w:val="21"/>
              </w:rPr>
              <w:t>85</w:t>
            </w:r>
          </w:p>
        </w:tc>
        <w:tc>
          <w:tcPr>
            <w:tcW w:type="dxa" w:w="1727"/>
          </w:tcPr>
          <w:p>
            <w:pPr>
              <w:spacing w:after="20" w:before="20"/>
            </w:pPr>
            <w:r/>
            <w:r>
              <w:rPr>
                <w:rFonts w:ascii="Times New Roman" w:hAnsi="Times New Roman" w:eastAsia="宋体"/>
                <w:b w:val="0"/>
                <w:sz w:val="21"/>
              </w:rPr>
              <w:t>白欣蕊</w:t>
            </w:r>
          </w:p>
        </w:tc>
        <w:tc>
          <w:tcPr>
            <w:tcW w:type="dxa" w:w="1727"/>
          </w:tcPr>
          <w:p>
            <w:pPr>
              <w:spacing w:after="20" w:before="20"/>
            </w:pPr>
            <w:r/>
            <w:r>
              <w:rPr>
                <w:rFonts w:ascii="Times New Roman" w:hAnsi="Times New Roman" w:eastAsia="宋体"/>
                <w:b w:val="0"/>
                <w:sz w:val="21"/>
              </w:rPr>
              <w:t>清华大学美术学院</w:t>
            </w:r>
          </w:p>
        </w:tc>
        <w:tc>
          <w:tcPr>
            <w:tcW w:type="dxa" w:w="1727"/>
          </w:tcPr>
          <w:p>
            <w:pPr>
              <w:spacing w:after="20" w:before="20"/>
            </w:pPr>
            <w:r/>
            <w:r>
              <w:rPr>
                <w:rFonts w:ascii="Times New Roman" w:hAnsi="Times New Roman" w:eastAsia="宋体"/>
                <w:b w:val="0"/>
                <w:sz w:val="21"/>
              </w:rPr>
              <w:t>建筑学院</w:t>
            </w:r>
          </w:p>
        </w:tc>
        <w:tc>
          <w:tcPr>
            <w:tcW w:type="dxa" w:w="1727"/>
          </w:tcPr>
          <w:p>
            <w:pPr>
              <w:spacing w:after="20" w:before="20"/>
            </w:pPr>
            <w:r/>
            <w:r>
              <w:rPr>
                <w:rFonts w:ascii="Times New Roman" w:hAnsi="Times New Roman" w:eastAsia="宋体"/>
                <w:b w:val="0"/>
                <w:sz w:val="21"/>
              </w:rPr>
              <w:t>01建筑学</w:t>
            </w:r>
          </w:p>
        </w:tc>
      </w:tr>
      <w:tr>
        <w:tc>
          <w:tcPr>
            <w:tcW w:type="dxa" w:w="1727"/>
          </w:tcPr>
          <w:p>
            <w:pPr>
              <w:spacing w:after="20" w:before="20"/>
            </w:pPr>
            <w:r/>
            <w:r>
              <w:rPr>
                <w:rFonts w:ascii="Times New Roman" w:hAnsi="Times New Roman" w:eastAsia="宋体"/>
                <w:b w:val="0"/>
                <w:sz w:val="21"/>
              </w:rPr>
              <w:t>86</w:t>
            </w:r>
          </w:p>
        </w:tc>
        <w:tc>
          <w:tcPr>
            <w:tcW w:type="dxa" w:w="1727"/>
          </w:tcPr>
          <w:p>
            <w:pPr>
              <w:spacing w:after="20" w:before="20"/>
            </w:pPr>
            <w:r/>
            <w:r>
              <w:rPr>
                <w:rFonts w:ascii="Times New Roman" w:hAnsi="Times New Roman" w:eastAsia="宋体"/>
                <w:b w:val="0"/>
                <w:sz w:val="21"/>
              </w:rPr>
              <w:t>武铭馨</w:t>
            </w:r>
          </w:p>
        </w:tc>
        <w:tc>
          <w:tcPr>
            <w:tcW w:type="dxa" w:w="1727"/>
          </w:tcPr>
          <w:p>
            <w:pPr>
              <w:spacing w:after="20" w:before="20"/>
            </w:pPr>
            <w:r/>
            <w:r>
              <w:rPr>
                <w:rFonts w:ascii="Times New Roman" w:hAnsi="Times New Roman" w:eastAsia="宋体"/>
                <w:b w:val="0"/>
                <w:sz w:val="21"/>
              </w:rPr>
              <w:t>建筑学院</w:t>
            </w:r>
          </w:p>
        </w:tc>
        <w:tc>
          <w:tcPr>
            <w:tcW w:type="dxa" w:w="1727"/>
          </w:tcPr>
          <w:p>
            <w:pPr>
              <w:spacing w:after="20" w:before="20"/>
            </w:pPr>
            <w:r/>
            <w:r>
              <w:rPr>
                <w:rFonts w:ascii="Times New Roman" w:hAnsi="Times New Roman" w:eastAsia="宋体"/>
                <w:b w:val="0"/>
                <w:sz w:val="21"/>
              </w:rPr>
              <w:t>建筑学院</w:t>
            </w:r>
          </w:p>
        </w:tc>
        <w:tc>
          <w:tcPr>
            <w:tcW w:type="dxa" w:w="1727"/>
          </w:tcPr>
          <w:p>
            <w:pPr>
              <w:spacing w:after="20" w:before="20"/>
            </w:pPr>
            <w:r/>
            <w:r>
              <w:rPr>
                <w:rFonts w:ascii="Times New Roman" w:hAnsi="Times New Roman" w:eastAsia="宋体"/>
                <w:b w:val="0"/>
                <w:sz w:val="21"/>
              </w:rPr>
              <w:t>02设计学</w:t>
            </w:r>
          </w:p>
        </w:tc>
      </w:tr>
      <w:tr>
        <w:tc>
          <w:tcPr>
            <w:tcW w:type="dxa" w:w="1727"/>
          </w:tcPr>
          <w:p>
            <w:pPr>
              <w:spacing w:after="20" w:before="20"/>
            </w:pPr>
            <w:r/>
            <w:r>
              <w:rPr>
                <w:rFonts w:ascii="Times New Roman" w:hAnsi="Times New Roman" w:eastAsia="宋体"/>
                <w:b w:val="0"/>
                <w:sz w:val="21"/>
              </w:rPr>
              <w:t>87</w:t>
            </w:r>
          </w:p>
        </w:tc>
        <w:tc>
          <w:tcPr>
            <w:tcW w:type="dxa" w:w="1727"/>
          </w:tcPr>
          <w:p>
            <w:pPr>
              <w:spacing w:after="20" w:before="20"/>
            </w:pPr>
            <w:r/>
            <w:r>
              <w:rPr>
                <w:rFonts w:ascii="Times New Roman" w:hAnsi="Times New Roman" w:eastAsia="宋体"/>
                <w:b w:val="0"/>
                <w:sz w:val="21"/>
              </w:rPr>
              <w:t>曹力文</w:t>
            </w:r>
          </w:p>
        </w:tc>
        <w:tc>
          <w:tcPr>
            <w:tcW w:type="dxa" w:w="1727"/>
          </w:tcPr>
          <w:p>
            <w:pPr>
              <w:spacing w:after="20" w:before="20"/>
            </w:pPr>
            <w:r/>
            <w:r>
              <w:rPr>
                <w:rFonts w:ascii="Times New Roman" w:hAnsi="Times New Roman" w:eastAsia="宋体"/>
                <w:b w:val="0"/>
                <w:sz w:val="21"/>
              </w:rPr>
              <w:t>建筑学院</w:t>
            </w:r>
          </w:p>
        </w:tc>
        <w:tc>
          <w:tcPr>
            <w:tcW w:type="dxa" w:w="1727"/>
          </w:tcPr>
          <w:p>
            <w:pPr>
              <w:spacing w:after="20" w:before="20"/>
            </w:pPr>
            <w:r/>
            <w:r>
              <w:rPr>
                <w:rFonts w:ascii="Times New Roman" w:hAnsi="Times New Roman" w:eastAsia="宋体"/>
                <w:b w:val="0"/>
                <w:sz w:val="21"/>
              </w:rPr>
              <w:t>建筑学院</w:t>
            </w:r>
          </w:p>
        </w:tc>
        <w:tc>
          <w:tcPr>
            <w:tcW w:type="dxa" w:w="1727"/>
          </w:tcPr>
          <w:p>
            <w:pPr>
              <w:spacing w:after="20" w:before="20"/>
            </w:pPr>
            <w:r/>
            <w:r>
              <w:rPr>
                <w:rFonts w:ascii="Times New Roman" w:hAnsi="Times New Roman" w:eastAsia="宋体"/>
                <w:b w:val="0"/>
                <w:sz w:val="21"/>
              </w:rPr>
              <w:t>02设计学</w:t>
            </w:r>
          </w:p>
        </w:tc>
      </w:tr>
      <w:tr>
        <w:tc>
          <w:tcPr>
            <w:tcW w:type="dxa" w:w="1727"/>
          </w:tcPr>
          <w:p>
            <w:pPr>
              <w:spacing w:after="20" w:before="20"/>
            </w:pPr>
            <w:r/>
            <w:r>
              <w:rPr>
                <w:rFonts w:ascii="Times New Roman" w:hAnsi="Times New Roman" w:eastAsia="宋体"/>
                <w:b w:val="0"/>
                <w:sz w:val="21"/>
              </w:rPr>
              <w:t>88</w:t>
            </w:r>
          </w:p>
        </w:tc>
        <w:tc>
          <w:tcPr>
            <w:tcW w:type="dxa" w:w="1727"/>
          </w:tcPr>
          <w:p>
            <w:pPr>
              <w:spacing w:after="20" w:before="20"/>
            </w:pPr>
            <w:r/>
            <w:r>
              <w:rPr>
                <w:rFonts w:ascii="Times New Roman" w:hAnsi="Times New Roman" w:eastAsia="宋体"/>
                <w:b w:val="0"/>
                <w:sz w:val="21"/>
              </w:rPr>
              <w:t>孙婧怡</w:t>
            </w:r>
          </w:p>
        </w:tc>
        <w:tc>
          <w:tcPr>
            <w:tcW w:type="dxa" w:w="1727"/>
          </w:tcPr>
          <w:p>
            <w:pPr>
              <w:spacing w:after="20" w:before="20"/>
            </w:pPr>
            <w:r/>
            <w:r>
              <w:rPr>
                <w:rFonts w:ascii="Times New Roman" w:hAnsi="Times New Roman" w:eastAsia="宋体"/>
                <w:b w:val="0"/>
                <w:sz w:val="21"/>
              </w:rPr>
              <w:t>建筑学院</w:t>
            </w:r>
          </w:p>
        </w:tc>
        <w:tc>
          <w:tcPr>
            <w:tcW w:type="dxa" w:w="1727"/>
          </w:tcPr>
          <w:p>
            <w:pPr>
              <w:spacing w:after="20" w:before="20"/>
            </w:pPr>
            <w:r/>
            <w:r>
              <w:rPr>
                <w:rFonts w:ascii="Times New Roman" w:hAnsi="Times New Roman" w:eastAsia="宋体"/>
                <w:b w:val="0"/>
                <w:sz w:val="21"/>
              </w:rPr>
              <w:t>建筑学院</w:t>
            </w:r>
          </w:p>
        </w:tc>
        <w:tc>
          <w:tcPr>
            <w:tcW w:type="dxa" w:w="1727"/>
          </w:tcPr>
          <w:p>
            <w:pPr>
              <w:spacing w:after="20" w:before="20"/>
            </w:pPr>
            <w:r/>
            <w:r>
              <w:rPr>
                <w:rFonts w:ascii="Times New Roman" w:hAnsi="Times New Roman" w:eastAsia="宋体"/>
                <w:b w:val="0"/>
                <w:sz w:val="21"/>
              </w:rPr>
              <w:t>02设计学</w:t>
            </w:r>
          </w:p>
        </w:tc>
      </w:tr>
      <w:tr>
        <w:tc>
          <w:tcPr>
            <w:tcW w:type="dxa" w:w="1727"/>
          </w:tcPr>
          <w:p>
            <w:pPr>
              <w:spacing w:after="20" w:before="20"/>
            </w:pPr>
            <w:r/>
            <w:r>
              <w:rPr>
                <w:rFonts w:ascii="Times New Roman" w:hAnsi="Times New Roman" w:eastAsia="宋体"/>
                <w:b w:val="0"/>
                <w:sz w:val="21"/>
              </w:rPr>
              <w:t>89</w:t>
            </w:r>
          </w:p>
        </w:tc>
        <w:tc>
          <w:tcPr>
            <w:tcW w:type="dxa" w:w="1727"/>
          </w:tcPr>
          <w:p>
            <w:pPr>
              <w:spacing w:after="20" w:before="20"/>
            </w:pPr>
            <w:r/>
            <w:r>
              <w:rPr>
                <w:rFonts w:ascii="Times New Roman" w:hAnsi="Times New Roman" w:eastAsia="宋体"/>
                <w:b w:val="0"/>
                <w:sz w:val="21"/>
              </w:rPr>
              <w:t>何羿辰</w:t>
            </w:r>
          </w:p>
        </w:tc>
        <w:tc>
          <w:tcPr>
            <w:tcW w:type="dxa" w:w="1727"/>
          </w:tcPr>
          <w:p>
            <w:pPr>
              <w:spacing w:after="20" w:before="20"/>
            </w:pPr>
            <w:r/>
            <w:r>
              <w:rPr>
                <w:rFonts w:ascii="Times New Roman" w:hAnsi="Times New Roman" w:eastAsia="宋体"/>
                <w:b w:val="0"/>
                <w:sz w:val="21"/>
              </w:rPr>
              <w:t>建筑学院</w:t>
            </w:r>
          </w:p>
        </w:tc>
        <w:tc>
          <w:tcPr>
            <w:tcW w:type="dxa" w:w="1727"/>
          </w:tcPr>
          <w:p>
            <w:pPr>
              <w:spacing w:after="20" w:before="20"/>
            </w:pPr>
            <w:r/>
            <w:r>
              <w:rPr>
                <w:rFonts w:ascii="Times New Roman" w:hAnsi="Times New Roman" w:eastAsia="宋体"/>
                <w:b w:val="0"/>
                <w:sz w:val="21"/>
              </w:rPr>
              <w:t>建筑学院</w:t>
            </w:r>
          </w:p>
        </w:tc>
        <w:tc>
          <w:tcPr>
            <w:tcW w:type="dxa" w:w="1727"/>
          </w:tcPr>
          <w:p>
            <w:pPr>
              <w:spacing w:after="20" w:before="20"/>
            </w:pPr>
            <w:r/>
            <w:r>
              <w:rPr>
                <w:rFonts w:ascii="Times New Roman" w:hAnsi="Times New Roman" w:eastAsia="宋体"/>
                <w:b w:val="0"/>
                <w:sz w:val="21"/>
              </w:rPr>
              <w:t>02设计学</w:t>
            </w:r>
          </w:p>
        </w:tc>
      </w:tr>
      <w:tr>
        <w:tc>
          <w:tcPr>
            <w:tcW w:type="dxa" w:w="1727"/>
          </w:tcPr>
          <w:p>
            <w:pPr>
              <w:spacing w:after="20" w:before="20"/>
            </w:pPr>
            <w:r/>
            <w:r>
              <w:rPr>
                <w:rFonts w:ascii="Times New Roman" w:hAnsi="Times New Roman" w:eastAsia="宋体"/>
                <w:b w:val="0"/>
                <w:sz w:val="21"/>
              </w:rPr>
              <w:t>90</w:t>
            </w:r>
          </w:p>
        </w:tc>
        <w:tc>
          <w:tcPr>
            <w:tcW w:type="dxa" w:w="1727"/>
          </w:tcPr>
          <w:p>
            <w:pPr>
              <w:spacing w:after="20" w:before="20"/>
            </w:pPr>
            <w:r/>
            <w:r>
              <w:rPr>
                <w:rFonts w:ascii="Times New Roman" w:hAnsi="Times New Roman" w:eastAsia="宋体"/>
                <w:b w:val="0"/>
                <w:sz w:val="21"/>
              </w:rPr>
              <w:t>董叶童</w:t>
            </w:r>
          </w:p>
        </w:tc>
        <w:tc>
          <w:tcPr>
            <w:tcW w:type="dxa" w:w="1727"/>
          </w:tcPr>
          <w:p>
            <w:pPr>
              <w:spacing w:after="20" w:before="20"/>
            </w:pPr>
            <w:r/>
            <w:r>
              <w:rPr>
                <w:rFonts w:ascii="Times New Roman" w:hAnsi="Times New Roman" w:eastAsia="宋体"/>
                <w:b w:val="0"/>
                <w:sz w:val="21"/>
              </w:rPr>
              <w:t>中国画学院</w:t>
            </w:r>
          </w:p>
        </w:tc>
        <w:tc>
          <w:tcPr>
            <w:tcW w:type="dxa" w:w="1727"/>
          </w:tcPr>
          <w:p>
            <w:pPr>
              <w:spacing w:after="20" w:before="20"/>
            </w:pPr>
            <w:r/>
            <w:r>
              <w:rPr>
                <w:rFonts w:ascii="Times New Roman" w:hAnsi="Times New Roman" w:eastAsia="宋体"/>
                <w:b w:val="0"/>
                <w:sz w:val="21"/>
              </w:rPr>
              <w:t>建筑学院</w:t>
            </w:r>
          </w:p>
        </w:tc>
        <w:tc>
          <w:tcPr>
            <w:tcW w:type="dxa" w:w="1727"/>
          </w:tcPr>
          <w:p>
            <w:pPr>
              <w:spacing w:after="20" w:before="20"/>
            </w:pPr>
            <w:r/>
            <w:r>
              <w:rPr>
                <w:rFonts w:ascii="Times New Roman" w:hAnsi="Times New Roman" w:eastAsia="宋体"/>
                <w:b w:val="0"/>
                <w:sz w:val="21"/>
              </w:rPr>
              <w:t>02设计学</w:t>
            </w:r>
          </w:p>
        </w:tc>
      </w:tr>
      <w:tr>
        <w:tc>
          <w:tcPr>
            <w:tcW w:type="dxa" w:w="1727"/>
          </w:tcPr>
          <w:p>
            <w:pPr>
              <w:spacing w:after="20" w:before="20"/>
            </w:pPr>
            <w:r/>
            <w:r>
              <w:rPr>
                <w:rFonts w:ascii="Times New Roman" w:hAnsi="Times New Roman" w:eastAsia="宋体"/>
                <w:b w:val="0"/>
                <w:sz w:val="21"/>
              </w:rPr>
              <w:t>91</w:t>
            </w:r>
          </w:p>
        </w:tc>
        <w:tc>
          <w:tcPr>
            <w:tcW w:type="dxa" w:w="1727"/>
          </w:tcPr>
          <w:p>
            <w:pPr>
              <w:spacing w:after="20" w:before="20"/>
            </w:pPr>
            <w:r/>
            <w:r>
              <w:rPr>
                <w:rFonts w:ascii="Times New Roman" w:hAnsi="Times New Roman" w:eastAsia="宋体"/>
                <w:b w:val="0"/>
                <w:sz w:val="21"/>
              </w:rPr>
              <w:t>张沁园</w:t>
            </w:r>
          </w:p>
        </w:tc>
        <w:tc>
          <w:tcPr>
            <w:tcW w:type="dxa" w:w="1727"/>
          </w:tcPr>
          <w:p>
            <w:pPr>
              <w:spacing w:after="20" w:before="20"/>
            </w:pPr>
            <w:r/>
            <w:r>
              <w:rPr>
                <w:rFonts w:ascii="Times New Roman" w:hAnsi="Times New Roman" w:eastAsia="宋体"/>
                <w:b w:val="0"/>
                <w:sz w:val="21"/>
              </w:rPr>
              <w:t>建筑学院</w:t>
            </w:r>
          </w:p>
        </w:tc>
        <w:tc>
          <w:tcPr>
            <w:tcW w:type="dxa" w:w="1727"/>
          </w:tcPr>
          <w:p>
            <w:pPr>
              <w:spacing w:after="20" w:before="20"/>
            </w:pPr>
            <w:r/>
            <w:r>
              <w:rPr>
                <w:rFonts w:ascii="Times New Roman" w:hAnsi="Times New Roman" w:eastAsia="宋体"/>
                <w:b w:val="0"/>
                <w:sz w:val="21"/>
              </w:rPr>
              <w:t>建筑学院</w:t>
            </w:r>
          </w:p>
        </w:tc>
        <w:tc>
          <w:tcPr>
            <w:tcW w:type="dxa" w:w="1727"/>
          </w:tcPr>
          <w:p>
            <w:pPr>
              <w:spacing w:after="20" w:before="20"/>
            </w:pPr>
            <w:r/>
            <w:r>
              <w:rPr>
                <w:rFonts w:ascii="Times New Roman" w:hAnsi="Times New Roman" w:eastAsia="宋体"/>
                <w:b w:val="0"/>
                <w:sz w:val="21"/>
              </w:rPr>
              <w:t>03建筑</w:t>
            </w:r>
          </w:p>
        </w:tc>
      </w:tr>
      <w:tr>
        <w:tc>
          <w:tcPr>
            <w:tcW w:type="dxa" w:w="1727"/>
          </w:tcPr>
          <w:p>
            <w:pPr>
              <w:spacing w:after="20" w:before="20"/>
            </w:pPr>
            <w:r/>
            <w:r>
              <w:rPr>
                <w:rFonts w:ascii="Times New Roman" w:hAnsi="Times New Roman" w:eastAsia="宋体"/>
                <w:b w:val="0"/>
                <w:sz w:val="21"/>
              </w:rPr>
              <w:t>92</w:t>
            </w:r>
          </w:p>
        </w:tc>
        <w:tc>
          <w:tcPr>
            <w:tcW w:type="dxa" w:w="1727"/>
          </w:tcPr>
          <w:p>
            <w:pPr>
              <w:spacing w:after="20" w:before="20"/>
            </w:pPr>
            <w:r/>
            <w:r>
              <w:rPr>
                <w:rFonts w:ascii="Times New Roman" w:hAnsi="Times New Roman" w:eastAsia="宋体"/>
                <w:b w:val="0"/>
                <w:sz w:val="21"/>
              </w:rPr>
              <w:t>李格睿</w:t>
            </w:r>
          </w:p>
        </w:tc>
        <w:tc>
          <w:tcPr>
            <w:tcW w:type="dxa" w:w="1727"/>
          </w:tcPr>
          <w:p>
            <w:pPr>
              <w:spacing w:after="20" w:before="20"/>
            </w:pPr>
            <w:r/>
            <w:r>
              <w:rPr>
                <w:rFonts w:ascii="Times New Roman" w:hAnsi="Times New Roman" w:eastAsia="宋体"/>
                <w:b w:val="0"/>
                <w:sz w:val="21"/>
              </w:rPr>
              <w:t>建筑学院</w:t>
            </w:r>
          </w:p>
        </w:tc>
        <w:tc>
          <w:tcPr>
            <w:tcW w:type="dxa" w:w="1727"/>
          </w:tcPr>
          <w:p>
            <w:pPr>
              <w:spacing w:after="20" w:before="20"/>
            </w:pPr>
            <w:r/>
            <w:r>
              <w:rPr>
                <w:rFonts w:ascii="Times New Roman" w:hAnsi="Times New Roman" w:eastAsia="宋体"/>
                <w:b w:val="0"/>
                <w:sz w:val="21"/>
              </w:rPr>
              <w:t>建筑学院</w:t>
            </w:r>
          </w:p>
        </w:tc>
        <w:tc>
          <w:tcPr>
            <w:tcW w:type="dxa" w:w="1727"/>
          </w:tcPr>
          <w:p>
            <w:pPr>
              <w:spacing w:after="20" w:before="20"/>
            </w:pPr>
            <w:r/>
            <w:r>
              <w:rPr>
                <w:rFonts w:ascii="Times New Roman" w:hAnsi="Times New Roman" w:eastAsia="宋体"/>
                <w:b w:val="0"/>
                <w:sz w:val="21"/>
              </w:rPr>
              <w:t>03建筑</w:t>
            </w:r>
          </w:p>
        </w:tc>
      </w:tr>
      <w:tr>
        <w:tc>
          <w:tcPr>
            <w:tcW w:type="dxa" w:w="1727"/>
          </w:tcPr>
          <w:p>
            <w:pPr>
              <w:spacing w:after="20" w:before="20"/>
            </w:pPr>
            <w:r/>
            <w:r>
              <w:rPr>
                <w:rFonts w:ascii="Times New Roman" w:hAnsi="Times New Roman" w:eastAsia="宋体"/>
                <w:b w:val="0"/>
                <w:sz w:val="21"/>
              </w:rPr>
              <w:t>93</w:t>
            </w:r>
          </w:p>
        </w:tc>
        <w:tc>
          <w:tcPr>
            <w:tcW w:type="dxa" w:w="1727"/>
          </w:tcPr>
          <w:p>
            <w:pPr>
              <w:spacing w:after="20" w:before="20"/>
            </w:pPr>
            <w:r/>
            <w:r>
              <w:rPr>
                <w:rFonts w:ascii="Times New Roman" w:hAnsi="Times New Roman" w:eastAsia="宋体"/>
                <w:b w:val="0"/>
                <w:sz w:val="21"/>
              </w:rPr>
              <w:t>刘莫涵</w:t>
            </w:r>
          </w:p>
        </w:tc>
        <w:tc>
          <w:tcPr>
            <w:tcW w:type="dxa" w:w="1727"/>
          </w:tcPr>
          <w:p>
            <w:pPr>
              <w:spacing w:after="20" w:before="20"/>
            </w:pPr>
            <w:r/>
            <w:r>
              <w:rPr>
                <w:rFonts w:ascii="Times New Roman" w:hAnsi="Times New Roman" w:eastAsia="宋体"/>
                <w:b w:val="0"/>
                <w:sz w:val="21"/>
              </w:rPr>
              <w:t>城市设计学院</w:t>
            </w:r>
          </w:p>
        </w:tc>
        <w:tc>
          <w:tcPr>
            <w:tcW w:type="dxa" w:w="1727"/>
          </w:tcPr>
          <w:p>
            <w:pPr>
              <w:spacing w:after="20" w:before="20"/>
            </w:pPr>
            <w:r/>
            <w:r>
              <w:rPr>
                <w:rFonts w:ascii="Times New Roman" w:hAnsi="Times New Roman" w:eastAsia="宋体"/>
                <w:b w:val="0"/>
                <w:sz w:val="21"/>
              </w:rPr>
              <w:t>建筑学院</w:t>
            </w:r>
          </w:p>
        </w:tc>
        <w:tc>
          <w:tcPr>
            <w:tcW w:type="dxa" w:w="1727"/>
          </w:tcPr>
          <w:p>
            <w:pPr>
              <w:spacing w:after="20" w:before="20"/>
            </w:pPr>
            <w:r/>
            <w:r>
              <w:rPr>
                <w:rFonts w:ascii="Times New Roman" w:hAnsi="Times New Roman" w:eastAsia="宋体"/>
                <w:b w:val="0"/>
                <w:sz w:val="21"/>
              </w:rPr>
              <w:t>03建筑</w:t>
            </w:r>
          </w:p>
        </w:tc>
      </w:tr>
      <w:tr>
        <w:tc>
          <w:tcPr>
            <w:tcW w:type="dxa" w:w="1727"/>
          </w:tcPr>
          <w:p>
            <w:pPr>
              <w:spacing w:after="20" w:before="20"/>
            </w:pPr>
            <w:r/>
            <w:r>
              <w:rPr>
                <w:rFonts w:ascii="Times New Roman" w:hAnsi="Times New Roman" w:eastAsia="宋体"/>
                <w:b w:val="0"/>
                <w:sz w:val="21"/>
              </w:rPr>
              <w:t>94</w:t>
            </w:r>
          </w:p>
        </w:tc>
        <w:tc>
          <w:tcPr>
            <w:tcW w:type="dxa" w:w="1727"/>
          </w:tcPr>
          <w:p>
            <w:pPr>
              <w:spacing w:after="20" w:before="20"/>
            </w:pPr>
            <w:r/>
            <w:r>
              <w:rPr>
                <w:rFonts w:ascii="Times New Roman" w:hAnsi="Times New Roman" w:eastAsia="宋体"/>
                <w:b w:val="0"/>
                <w:sz w:val="21"/>
              </w:rPr>
              <w:t>绳媛</w:t>
            </w:r>
          </w:p>
        </w:tc>
        <w:tc>
          <w:tcPr>
            <w:tcW w:type="dxa" w:w="1727"/>
          </w:tcPr>
          <w:p>
            <w:pPr>
              <w:spacing w:after="20" w:before="20"/>
            </w:pPr>
            <w:r/>
            <w:r>
              <w:rPr>
                <w:rFonts w:ascii="Times New Roman" w:hAnsi="Times New Roman" w:eastAsia="宋体"/>
                <w:b w:val="0"/>
                <w:sz w:val="21"/>
              </w:rPr>
              <w:t>设计学院</w:t>
            </w:r>
          </w:p>
        </w:tc>
        <w:tc>
          <w:tcPr>
            <w:tcW w:type="dxa" w:w="1727"/>
          </w:tcPr>
          <w:p>
            <w:pPr>
              <w:spacing w:after="20" w:before="20"/>
            </w:pPr>
            <w:r/>
            <w:r>
              <w:rPr>
                <w:rFonts w:ascii="Times New Roman" w:hAnsi="Times New Roman" w:eastAsia="宋体"/>
                <w:b w:val="0"/>
                <w:sz w:val="21"/>
              </w:rPr>
              <w:t>设计学院</w:t>
            </w:r>
          </w:p>
        </w:tc>
        <w:tc>
          <w:tcPr>
            <w:tcW w:type="dxa" w:w="1727"/>
          </w:tcPr>
          <w:p>
            <w:pPr>
              <w:spacing w:after="20" w:before="20"/>
            </w:pPr>
            <w:r/>
            <w:r>
              <w:rPr>
                <w:rFonts w:ascii="Times New Roman" w:hAnsi="Times New Roman" w:eastAsia="宋体"/>
                <w:b w:val="0"/>
                <w:sz w:val="21"/>
              </w:rPr>
              <w:t>01视觉传达设计研究</w:t>
            </w:r>
          </w:p>
        </w:tc>
      </w:tr>
      <w:tr>
        <w:tc>
          <w:tcPr>
            <w:tcW w:type="dxa" w:w="1727"/>
          </w:tcPr>
          <w:p>
            <w:pPr>
              <w:spacing w:after="20" w:before="20"/>
            </w:pPr>
            <w:r/>
            <w:r>
              <w:rPr>
                <w:rFonts w:ascii="Times New Roman" w:hAnsi="Times New Roman" w:eastAsia="宋体"/>
                <w:b w:val="0"/>
                <w:sz w:val="21"/>
              </w:rPr>
              <w:t>95</w:t>
            </w:r>
          </w:p>
        </w:tc>
        <w:tc>
          <w:tcPr>
            <w:tcW w:type="dxa" w:w="1727"/>
          </w:tcPr>
          <w:p>
            <w:pPr>
              <w:spacing w:after="20" w:before="20"/>
            </w:pPr>
            <w:r/>
            <w:r>
              <w:rPr>
                <w:rFonts w:ascii="Times New Roman" w:hAnsi="Times New Roman" w:eastAsia="宋体"/>
                <w:b w:val="0"/>
                <w:sz w:val="21"/>
              </w:rPr>
              <w:t>何奕慧</w:t>
            </w:r>
          </w:p>
        </w:tc>
        <w:tc>
          <w:tcPr>
            <w:tcW w:type="dxa" w:w="1727"/>
          </w:tcPr>
          <w:p>
            <w:pPr>
              <w:spacing w:after="20" w:before="20"/>
            </w:pPr>
            <w:r/>
            <w:r>
              <w:rPr>
                <w:rFonts w:ascii="Times New Roman" w:hAnsi="Times New Roman" w:eastAsia="宋体"/>
                <w:b w:val="0"/>
                <w:sz w:val="21"/>
              </w:rPr>
              <w:t>设计学院</w:t>
            </w:r>
          </w:p>
        </w:tc>
        <w:tc>
          <w:tcPr>
            <w:tcW w:type="dxa" w:w="1727"/>
          </w:tcPr>
          <w:p>
            <w:pPr>
              <w:spacing w:after="20" w:before="20"/>
            </w:pPr>
            <w:r/>
            <w:r>
              <w:rPr>
                <w:rFonts w:ascii="Times New Roman" w:hAnsi="Times New Roman" w:eastAsia="宋体"/>
                <w:b w:val="0"/>
                <w:sz w:val="21"/>
              </w:rPr>
              <w:t>设计学院</w:t>
            </w:r>
          </w:p>
        </w:tc>
        <w:tc>
          <w:tcPr>
            <w:tcW w:type="dxa" w:w="1727"/>
          </w:tcPr>
          <w:p>
            <w:pPr>
              <w:spacing w:after="20" w:before="20"/>
            </w:pPr>
            <w:r/>
            <w:r>
              <w:rPr>
                <w:rFonts w:ascii="Times New Roman" w:hAnsi="Times New Roman" w:eastAsia="宋体"/>
                <w:b w:val="0"/>
                <w:sz w:val="21"/>
              </w:rPr>
              <w:t>02文字艺术设计研究</w:t>
            </w:r>
          </w:p>
        </w:tc>
      </w:tr>
      <w:tr>
        <w:tc>
          <w:tcPr>
            <w:tcW w:type="dxa" w:w="1727"/>
          </w:tcPr>
          <w:p>
            <w:pPr>
              <w:spacing w:after="20" w:before="20"/>
            </w:pPr>
            <w:r/>
            <w:r>
              <w:rPr>
                <w:rFonts w:ascii="Times New Roman" w:hAnsi="Times New Roman" w:eastAsia="宋体"/>
                <w:b w:val="0"/>
                <w:sz w:val="21"/>
              </w:rPr>
              <w:t>96</w:t>
            </w:r>
          </w:p>
        </w:tc>
        <w:tc>
          <w:tcPr>
            <w:tcW w:type="dxa" w:w="1727"/>
          </w:tcPr>
          <w:p>
            <w:pPr>
              <w:spacing w:after="20" w:before="20"/>
            </w:pPr>
            <w:r/>
            <w:r>
              <w:rPr>
                <w:rFonts w:ascii="Times New Roman" w:hAnsi="Times New Roman" w:eastAsia="宋体"/>
                <w:b w:val="0"/>
                <w:sz w:val="21"/>
              </w:rPr>
              <w:t>向锦茂</w:t>
            </w:r>
          </w:p>
        </w:tc>
        <w:tc>
          <w:tcPr>
            <w:tcW w:type="dxa" w:w="1727"/>
          </w:tcPr>
          <w:p>
            <w:pPr>
              <w:spacing w:after="20" w:before="20"/>
            </w:pPr>
            <w:r/>
            <w:r>
              <w:rPr>
                <w:rFonts w:ascii="Times New Roman" w:hAnsi="Times New Roman" w:eastAsia="宋体"/>
                <w:b w:val="0"/>
                <w:sz w:val="21"/>
              </w:rPr>
              <w:t>设计学院</w:t>
            </w:r>
          </w:p>
        </w:tc>
        <w:tc>
          <w:tcPr>
            <w:tcW w:type="dxa" w:w="1727"/>
          </w:tcPr>
          <w:p>
            <w:pPr>
              <w:spacing w:after="20" w:before="20"/>
            </w:pPr>
            <w:r/>
            <w:r>
              <w:rPr>
                <w:rFonts w:ascii="Times New Roman" w:hAnsi="Times New Roman" w:eastAsia="宋体"/>
                <w:b w:val="0"/>
                <w:sz w:val="21"/>
              </w:rPr>
              <w:t>设计学院</w:t>
            </w:r>
          </w:p>
        </w:tc>
        <w:tc>
          <w:tcPr>
            <w:tcW w:type="dxa" w:w="1727"/>
          </w:tcPr>
          <w:p>
            <w:pPr>
              <w:spacing w:after="20" w:before="20"/>
            </w:pPr>
            <w:r/>
            <w:r>
              <w:rPr>
                <w:rFonts w:ascii="Times New Roman" w:hAnsi="Times New Roman" w:eastAsia="宋体"/>
                <w:b w:val="0"/>
                <w:sz w:val="21"/>
              </w:rPr>
              <w:t>03书籍设计研究</w:t>
            </w:r>
          </w:p>
        </w:tc>
      </w:tr>
      <w:tr>
        <w:tc>
          <w:tcPr>
            <w:tcW w:type="dxa" w:w="1727"/>
          </w:tcPr>
          <w:p>
            <w:pPr>
              <w:spacing w:after="20" w:before="20"/>
            </w:pPr>
            <w:r/>
            <w:r>
              <w:rPr>
                <w:rFonts w:ascii="Times New Roman" w:hAnsi="Times New Roman" w:eastAsia="宋体"/>
                <w:b w:val="0"/>
                <w:sz w:val="21"/>
              </w:rPr>
              <w:t>97</w:t>
            </w:r>
          </w:p>
        </w:tc>
        <w:tc>
          <w:tcPr>
            <w:tcW w:type="dxa" w:w="1727"/>
          </w:tcPr>
          <w:p>
            <w:pPr>
              <w:spacing w:after="20" w:before="20"/>
            </w:pPr>
            <w:r/>
            <w:r>
              <w:rPr>
                <w:rFonts w:ascii="Times New Roman" w:hAnsi="Times New Roman" w:eastAsia="宋体"/>
                <w:b w:val="0"/>
                <w:sz w:val="21"/>
              </w:rPr>
              <w:t>吴琼玥</w:t>
            </w:r>
          </w:p>
        </w:tc>
        <w:tc>
          <w:tcPr>
            <w:tcW w:type="dxa" w:w="1727"/>
          </w:tcPr>
          <w:p>
            <w:pPr>
              <w:spacing w:after="20" w:before="20"/>
            </w:pPr>
            <w:r/>
            <w:r>
              <w:rPr>
                <w:rFonts w:ascii="Times New Roman" w:hAnsi="Times New Roman" w:eastAsia="宋体"/>
                <w:b w:val="0"/>
                <w:sz w:val="21"/>
              </w:rPr>
              <w:t>设计学院</w:t>
            </w:r>
          </w:p>
        </w:tc>
        <w:tc>
          <w:tcPr>
            <w:tcW w:type="dxa" w:w="1727"/>
          </w:tcPr>
          <w:p>
            <w:pPr>
              <w:spacing w:after="20" w:before="20"/>
            </w:pPr>
            <w:r/>
            <w:r>
              <w:rPr>
                <w:rFonts w:ascii="Times New Roman" w:hAnsi="Times New Roman" w:eastAsia="宋体"/>
                <w:b w:val="0"/>
                <w:sz w:val="21"/>
              </w:rPr>
              <w:t>设计学院</w:t>
            </w:r>
          </w:p>
        </w:tc>
        <w:tc>
          <w:tcPr>
            <w:tcW w:type="dxa" w:w="1727"/>
          </w:tcPr>
          <w:p>
            <w:pPr>
              <w:spacing w:after="20" w:before="20"/>
            </w:pPr>
            <w:r/>
            <w:r>
              <w:rPr>
                <w:rFonts w:ascii="Times New Roman" w:hAnsi="Times New Roman" w:eastAsia="宋体"/>
                <w:b w:val="0"/>
                <w:sz w:val="21"/>
              </w:rPr>
              <w:t>04图像体验设计研究</w:t>
            </w:r>
          </w:p>
        </w:tc>
      </w:tr>
      <w:tr>
        <w:tc>
          <w:tcPr>
            <w:tcW w:type="dxa" w:w="1727"/>
          </w:tcPr>
          <w:p>
            <w:pPr>
              <w:spacing w:after="20" w:before="20"/>
            </w:pPr>
            <w:r/>
            <w:r>
              <w:rPr>
                <w:rFonts w:ascii="Times New Roman" w:hAnsi="Times New Roman" w:eastAsia="宋体"/>
                <w:b w:val="0"/>
                <w:sz w:val="21"/>
              </w:rPr>
              <w:t>98</w:t>
            </w:r>
          </w:p>
        </w:tc>
        <w:tc>
          <w:tcPr>
            <w:tcW w:type="dxa" w:w="1727"/>
          </w:tcPr>
          <w:p>
            <w:pPr>
              <w:spacing w:after="20" w:before="20"/>
            </w:pPr>
            <w:r/>
            <w:r>
              <w:rPr>
                <w:rFonts w:ascii="Times New Roman" w:hAnsi="Times New Roman" w:eastAsia="宋体"/>
                <w:b w:val="0"/>
                <w:sz w:val="21"/>
              </w:rPr>
              <w:t>熊怡琳</w:t>
            </w:r>
          </w:p>
        </w:tc>
        <w:tc>
          <w:tcPr>
            <w:tcW w:type="dxa" w:w="1727"/>
          </w:tcPr>
          <w:p>
            <w:pPr>
              <w:spacing w:after="20" w:before="20"/>
            </w:pPr>
            <w:r/>
            <w:r>
              <w:rPr>
                <w:rFonts w:ascii="Times New Roman" w:hAnsi="Times New Roman" w:eastAsia="宋体"/>
                <w:b w:val="0"/>
                <w:sz w:val="21"/>
              </w:rPr>
              <w:t>城市设计学院</w:t>
            </w:r>
          </w:p>
        </w:tc>
        <w:tc>
          <w:tcPr>
            <w:tcW w:type="dxa" w:w="1727"/>
          </w:tcPr>
          <w:p>
            <w:pPr>
              <w:spacing w:after="20" w:before="20"/>
            </w:pPr>
            <w:r/>
            <w:r>
              <w:rPr>
                <w:rFonts w:ascii="Times New Roman" w:hAnsi="Times New Roman" w:eastAsia="宋体"/>
                <w:b w:val="0"/>
                <w:sz w:val="21"/>
              </w:rPr>
              <w:t>设计学院</w:t>
            </w:r>
          </w:p>
        </w:tc>
        <w:tc>
          <w:tcPr>
            <w:tcW w:type="dxa" w:w="1727"/>
          </w:tcPr>
          <w:p>
            <w:pPr>
              <w:spacing w:after="20" w:before="20"/>
            </w:pPr>
            <w:r/>
            <w:r>
              <w:rPr>
                <w:rFonts w:ascii="Times New Roman" w:hAnsi="Times New Roman" w:eastAsia="宋体"/>
                <w:b w:val="0"/>
                <w:sz w:val="21"/>
              </w:rPr>
              <w:t>05中国传统文化设计转化研究</w:t>
            </w:r>
          </w:p>
        </w:tc>
      </w:tr>
      <w:tr>
        <w:tc>
          <w:tcPr>
            <w:tcW w:type="dxa" w:w="1727"/>
          </w:tcPr>
          <w:p>
            <w:pPr>
              <w:spacing w:after="20" w:before="20"/>
            </w:pPr>
            <w:r/>
            <w:r>
              <w:rPr>
                <w:rFonts w:ascii="Times New Roman" w:hAnsi="Times New Roman" w:eastAsia="宋体"/>
                <w:b w:val="0"/>
                <w:sz w:val="21"/>
              </w:rPr>
              <w:t>99</w:t>
            </w:r>
          </w:p>
        </w:tc>
        <w:tc>
          <w:tcPr>
            <w:tcW w:type="dxa" w:w="1727"/>
          </w:tcPr>
          <w:p>
            <w:pPr>
              <w:spacing w:after="20" w:before="20"/>
            </w:pPr>
            <w:r/>
            <w:r>
              <w:rPr>
                <w:rFonts w:ascii="Times New Roman" w:hAnsi="Times New Roman" w:eastAsia="宋体"/>
                <w:b w:val="0"/>
                <w:sz w:val="21"/>
              </w:rPr>
              <w:t>王一然</w:t>
            </w:r>
          </w:p>
        </w:tc>
        <w:tc>
          <w:tcPr>
            <w:tcW w:type="dxa" w:w="1727"/>
          </w:tcPr>
          <w:p>
            <w:pPr>
              <w:spacing w:after="20" w:before="20"/>
            </w:pPr>
            <w:r/>
            <w:r>
              <w:rPr>
                <w:rFonts w:ascii="Times New Roman" w:hAnsi="Times New Roman" w:eastAsia="宋体"/>
                <w:b w:val="0"/>
                <w:sz w:val="21"/>
              </w:rPr>
              <w:t>设计学院</w:t>
            </w:r>
          </w:p>
        </w:tc>
        <w:tc>
          <w:tcPr>
            <w:tcW w:type="dxa" w:w="1727"/>
          </w:tcPr>
          <w:p>
            <w:pPr>
              <w:spacing w:after="20" w:before="20"/>
            </w:pPr>
            <w:r/>
            <w:r>
              <w:rPr>
                <w:rFonts w:ascii="Times New Roman" w:hAnsi="Times New Roman" w:eastAsia="宋体"/>
                <w:b w:val="0"/>
                <w:sz w:val="21"/>
              </w:rPr>
              <w:t>设计学院</w:t>
            </w:r>
          </w:p>
        </w:tc>
        <w:tc>
          <w:tcPr>
            <w:tcW w:type="dxa" w:w="1727"/>
          </w:tcPr>
          <w:p>
            <w:pPr>
              <w:spacing w:after="20" w:before="20"/>
            </w:pPr>
            <w:r/>
            <w:r>
              <w:rPr>
                <w:rFonts w:ascii="Times New Roman" w:hAnsi="Times New Roman" w:eastAsia="宋体"/>
                <w:b w:val="0"/>
                <w:sz w:val="21"/>
              </w:rPr>
              <w:t>07艺术治疗研究</w:t>
            </w:r>
          </w:p>
        </w:tc>
      </w:tr>
      <w:tr>
        <w:tc>
          <w:tcPr>
            <w:tcW w:type="dxa" w:w="1727"/>
          </w:tcPr>
          <w:p>
            <w:pPr>
              <w:spacing w:after="20" w:before="20"/>
            </w:pPr>
            <w:r/>
            <w:r>
              <w:rPr>
                <w:rFonts w:ascii="Times New Roman" w:hAnsi="Times New Roman" w:eastAsia="宋体"/>
                <w:b w:val="0"/>
                <w:sz w:val="21"/>
              </w:rPr>
              <w:t>100</w:t>
            </w:r>
          </w:p>
        </w:tc>
        <w:tc>
          <w:tcPr>
            <w:tcW w:type="dxa" w:w="1727"/>
          </w:tcPr>
          <w:p>
            <w:pPr>
              <w:spacing w:after="20" w:before="20"/>
            </w:pPr>
            <w:r/>
            <w:r>
              <w:rPr>
                <w:rFonts w:ascii="Times New Roman" w:hAnsi="Times New Roman" w:eastAsia="宋体"/>
                <w:b w:val="0"/>
                <w:sz w:val="21"/>
              </w:rPr>
              <w:t>路柏云</w:t>
            </w:r>
          </w:p>
        </w:tc>
        <w:tc>
          <w:tcPr>
            <w:tcW w:type="dxa" w:w="1727"/>
          </w:tcPr>
          <w:p>
            <w:pPr>
              <w:spacing w:after="20" w:before="20"/>
            </w:pPr>
            <w:r/>
            <w:r>
              <w:rPr>
                <w:rFonts w:ascii="Times New Roman" w:hAnsi="Times New Roman" w:eastAsia="宋体"/>
                <w:b w:val="0"/>
                <w:sz w:val="21"/>
              </w:rPr>
              <w:t>设计学院</w:t>
            </w:r>
          </w:p>
        </w:tc>
        <w:tc>
          <w:tcPr>
            <w:tcW w:type="dxa" w:w="1727"/>
          </w:tcPr>
          <w:p>
            <w:pPr>
              <w:spacing w:after="20" w:before="20"/>
            </w:pPr>
            <w:r/>
            <w:r>
              <w:rPr>
                <w:rFonts w:ascii="Times New Roman" w:hAnsi="Times New Roman" w:eastAsia="宋体"/>
                <w:b w:val="0"/>
                <w:sz w:val="21"/>
              </w:rPr>
              <w:t>设计学院</w:t>
            </w:r>
          </w:p>
        </w:tc>
        <w:tc>
          <w:tcPr>
            <w:tcW w:type="dxa" w:w="1727"/>
          </w:tcPr>
          <w:p>
            <w:pPr>
              <w:spacing w:after="20" w:before="20"/>
            </w:pPr>
            <w:r/>
            <w:r>
              <w:rPr>
                <w:rFonts w:ascii="Times New Roman" w:hAnsi="Times New Roman" w:eastAsia="宋体"/>
                <w:b w:val="0"/>
                <w:sz w:val="21"/>
              </w:rPr>
              <w:t>08数字媒体艺术研究</w:t>
            </w:r>
          </w:p>
        </w:tc>
      </w:tr>
      <w:tr>
        <w:tc>
          <w:tcPr>
            <w:tcW w:type="dxa" w:w="1727"/>
          </w:tcPr>
          <w:p>
            <w:pPr>
              <w:spacing w:after="20" w:before="20"/>
            </w:pPr>
            <w:r/>
            <w:r>
              <w:rPr>
                <w:rFonts w:ascii="Times New Roman" w:hAnsi="Times New Roman" w:eastAsia="宋体"/>
                <w:b w:val="0"/>
                <w:sz w:val="21"/>
              </w:rPr>
              <w:t>101</w:t>
            </w:r>
          </w:p>
        </w:tc>
        <w:tc>
          <w:tcPr>
            <w:tcW w:type="dxa" w:w="1727"/>
          </w:tcPr>
          <w:p>
            <w:pPr>
              <w:spacing w:after="20" w:before="20"/>
            </w:pPr>
            <w:r/>
            <w:r>
              <w:rPr>
                <w:rFonts w:ascii="Times New Roman" w:hAnsi="Times New Roman" w:eastAsia="宋体"/>
                <w:b w:val="0"/>
                <w:sz w:val="21"/>
              </w:rPr>
              <w:t>巫朝凡</w:t>
            </w:r>
          </w:p>
        </w:tc>
        <w:tc>
          <w:tcPr>
            <w:tcW w:type="dxa" w:w="1727"/>
          </w:tcPr>
          <w:p>
            <w:pPr>
              <w:spacing w:after="20" w:before="20"/>
            </w:pPr>
            <w:r/>
            <w:r>
              <w:rPr>
                <w:rFonts w:ascii="Times New Roman" w:hAnsi="Times New Roman" w:eastAsia="宋体"/>
                <w:b w:val="0"/>
                <w:sz w:val="21"/>
              </w:rPr>
              <w:t>建筑学院</w:t>
            </w:r>
          </w:p>
        </w:tc>
        <w:tc>
          <w:tcPr>
            <w:tcW w:type="dxa" w:w="1727"/>
          </w:tcPr>
          <w:p>
            <w:pPr>
              <w:spacing w:after="20" w:before="20"/>
            </w:pPr>
            <w:r/>
            <w:r>
              <w:rPr>
                <w:rFonts w:ascii="Times New Roman" w:hAnsi="Times New Roman" w:eastAsia="宋体"/>
                <w:b w:val="0"/>
                <w:sz w:val="21"/>
              </w:rPr>
              <w:t>设计学院</w:t>
            </w:r>
          </w:p>
        </w:tc>
        <w:tc>
          <w:tcPr>
            <w:tcW w:type="dxa" w:w="1727"/>
          </w:tcPr>
          <w:p>
            <w:pPr>
              <w:spacing w:after="20" w:before="20"/>
            </w:pPr>
            <w:r/>
            <w:r>
              <w:rPr>
                <w:rFonts w:ascii="Times New Roman" w:hAnsi="Times New Roman" w:eastAsia="宋体"/>
                <w:b w:val="0"/>
                <w:sz w:val="21"/>
              </w:rPr>
              <w:t>10沉浸体验与游戏设计研究</w:t>
            </w:r>
          </w:p>
        </w:tc>
      </w:tr>
      <w:tr>
        <w:tc>
          <w:tcPr>
            <w:tcW w:type="dxa" w:w="1727"/>
          </w:tcPr>
          <w:p>
            <w:pPr>
              <w:spacing w:after="20" w:before="20"/>
            </w:pPr>
            <w:r/>
            <w:r>
              <w:rPr>
                <w:rFonts w:ascii="Times New Roman" w:hAnsi="Times New Roman" w:eastAsia="宋体"/>
                <w:b w:val="0"/>
                <w:sz w:val="21"/>
              </w:rPr>
              <w:t>102</w:t>
            </w:r>
          </w:p>
        </w:tc>
        <w:tc>
          <w:tcPr>
            <w:tcW w:type="dxa" w:w="1727"/>
          </w:tcPr>
          <w:p>
            <w:pPr>
              <w:spacing w:after="20" w:before="20"/>
            </w:pPr>
            <w:r/>
            <w:r>
              <w:rPr>
                <w:rFonts w:ascii="Times New Roman" w:hAnsi="Times New Roman" w:eastAsia="宋体"/>
                <w:b w:val="0"/>
                <w:sz w:val="21"/>
              </w:rPr>
              <w:t>刘伦熙</w:t>
            </w:r>
          </w:p>
        </w:tc>
        <w:tc>
          <w:tcPr>
            <w:tcW w:type="dxa" w:w="1727"/>
          </w:tcPr>
          <w:p>
            <w:pPr>
              <w:spacing w:after="20" w:before="20"/>
            </w:pPr>
            <w:r/>
            <w:r>
              <w:rPr>
                <w:rFonts w:ascii="Times New Roman" w:hAnsi="Times New Roman" w:eastAsia="宋体"/>
                <w:b w:val="0"/>
                <w:sz w:val="21"/>
              </w:rPr>
              <w:t>设计学院</w:t>
            </w:r>
          </w:p>
        </w:tc>
        <w:tc>
          <w:tcPr>
            <w:tcW w:type="dxa" w:w="1727"/>
          </w:tcPr>
          <w:p>
            <w:pPr>
              <w:spacing w:after="20" w:before="20"/>
            </w:pPr>
            <w:r/>
            <w:r>
              <w:rPr>
                <w:rFonts w:ascii="Times New Roman" w:hAnsi="Times New Roman" w:eastAsia="宋体"/>
                <w:b w:val="0"/>
                <w:sz w:val="21"/>
              </w:rPr>
              <w:t>设计学院</w:t>
            </w:r>
          </w:p>
        </w:tc>
        <w:tc>
          <w:tcPr>
            <w:tcW w:type="dxa" w:w="1727"/>
          </w:tcPr>
          <w:p>
            <w:pPr>
              <w:spacing w:after="20" w:before="20"/>
            </w:pPr>
            <w:r/>
            <w:r>
              <w:rPr>
                <w:rFonts w:ascii="Times New Roman" w:hAnsi="Times New Roman" w:eastAsia="宋体"/>
                <w:b w:val="0"/>
                <w:sz w:val="21"/>
              </w:rPr>
              <w:t>11数字孪生设计研究</w:t>
            </w:r>
          </w:p>
        </w:tc>
      </w:tr>
      <w:tr>
        <w:tc>
          <w:tcPr>
            <w:tcW w:type="dxa" w:w="1727"/>
          </w:tcPr>
          <w:p>
            <w:pPr>
              <w:spacing w:after="20" w:before="20"/>
            </w:pPr>
            <w:r/>
            <w:r>
              <w:rPr>
                <w:rFonts w:ascii="Times New Roman" w:hAnsi="Times New Roman" w:eastAsia="宋体"/>
                <w:b w:val="0"/>
                <w:sz w:val="21"/>
              </w:rPr>
              <w:t>103</w:t>
            </w:r>
          </w:p>
        </w:tc>
        <w:tc>
          <w:tcPr>
            <w:tcW w:type="dxa" w:w="1727"/>
          </w:tcPr>
          <w:p>
            <w:pPr>
              <w:spacing w:after="20" w:before="20"/>
            </w:pPr>
            <w:r/>
            <w:r>
              <w:rPr>
                <w:rFonts w:ascii="Times New Roman" w:hAnsi="Times New Roman" w:eastAsia="宋体"/>
                <w:b w:val="0"/>
                <w:sz w:val="21"/>
              </w:rPr>
              <w:t>吴泓震</w:t>
            </w:r>
          </w:p>
        </w:tc>
        <w:tc>
          <w:tcPr>
            <w:tcW w:type="dxa" w:w="1727"/>
          </w:tcPr>
          <w:p>
            <w:pPr>
              <w:spacing w:after="20" w:before="20"/>
            </w:pPr>
            <w:r/>
            <w:r>
              <w:rPr>
                <w:rFonts w:ascii="Times New Roman" w:hAnsi="Times New Roman" w:eastAsia="宋体"/>
                <w:b w:val="0"/>
                <w:sz w:val="21"/>
              </w:rPr>
              <w:t>设计学院</w:t>
            </w:r>
          </w:p>
        </w:tc>
        <w:tc>
          <w:tcPr>
            <w:tcW w:type="dxa" w:w="1727"/>
          </w:tcPr>
          <w:p>
            <w:pPr>
              <w:spacing w:after="20" w:before="20"/>
            </w:pPr>
            <w:r/>
            <w:r>
              <w:rPr>
                <w:rFonts w:ascii="Times New Roman" w:hAnsi="Times New Roman" w:eastAsia="宋体"/>
                <w:b w:val="0"/>
                <w:sz w:val="21"/>
              </w:rPr>
              <w:t>设计学院</w:t>
            </w:r>
          </w:p>
        </w:tc>
        <w:tc>
          <w:tcPr>
            <w:tcW w:type="dxa" w:w="1727"/>
          </w:tcPr>
          <w:p>
            <w:pPr>
              <w:spacing w:after="20" w:before="20"/>
            </w:pPr>
            <w:r/>
            <w:r>
              <w:rPr>
                <w:rFonts w:ascii="Times New Roman" w:hAnsi="Times New Roman" w:eastAsia="宋体"/>
                <w:b w:val="0"/>
                <w:sz w:val="21"/>
              </w:rPr>
              <w:t>12人工智能设计研究</w:t>
            </w:r>
          </w:p>
        </w:tc>
      </w:tr>
      <w:tr>
        <w:tc>
          <w:tcPr>
            <w:tcW w:type="dxa" w:w="1727"/>
          </w:tcPr>
          <w:p>
            <w:pPr>
              <w:spacing w:after="20" w:before="20"/>
            </w:pPr>
            <w:r/>
            <w:r>
              <w:rPr>
                <w:rFonts w:ascii="Times New Roman" w:hAnsi="Times New Roman" w:eastAsia="宋体"/>
                <w:b w:val="0"/>
                <w:sz w:val="21"/>
              </w:rPr>
              <w:t>104</w:t>
            </w:r>
          </w:p>
        </w:tc>
        <w:tc>
          <w:tcPr>
            <w:tcW w:type="dxa" w:w="1727"/>
          </w:tcPr>
          <w:p>
            <w:pPr>
              <w:spacing w:after="20" w:before="20"/>
            </w:pPr>
            <w:r/>
            <w:r>
              <w:rPr>
                <w:rFonts w:ascii="Times New Roman" w:hAnsi="Times New Roman" w:eastAsia="宋体"/>
                <w:b w:val="0"/>
                <w:sz w:val="21"/>
              </w:rPr>
              <w:t>余沁璇</w:t>
            </w:r>
          </w:p>
        </w:tc>
        <w:tc>
          <w:tcPr>
            <w:tcW w:type="dxa" w:w="1727"/>
          </w:tcPr>
          <w:p>
            <w:pPr>
              <w:spacing w:after="20" w:before="20"/>
            </w:pPr>
            <w:r/>
            <w:r>
              <w:rPr>
                <w:rFonts w:ascii="Times New Roman" w:hAnsi="Times New Roman" w:eastAsia="宋体"/>
                <w:b w:val="0"/>
                <w:sz w:val="21"/>
              </w:rPr>
              <w:t>设计学院</w:t>
            </w:r>
          </w:p>
        </w:tc>
        <w:tc>
          <w:tcPr>
            <w:tcW w:type="dxa" w:w="1727"/>
          </w:tcPr>
          <w:p>
            <w:pPr>
              <w:spacing w:after="20" w:before="20"/>
            </w:pPr>
            <w:r/>
            <w:r>
              <w:rPr>
                <w:rFonts w:ascii="Times New Roman" w:hAnsi="Times New Roman" w:eastAsia="宋体"/>
                <w:b w:val="0"/>
                <w:sz w:val="21"/>
              </w:rPr>
              <w:t>设计学院</w:t>
            </w:r>
          </w:p>
        </w:tc>
        <w:tc>
          <w:tcPr>
            <w:tcW w:type="dxa" w:w="1727"/>
          </w:tcPr>
          <w:p>
            <w:pPr>
              <w:spacing w:after="20" w:before="20"/>
            </w:pPr>
            <w:r/>
            <w:r>
              <w:rPr>
                <w:rFonts w:ascii="Times New Roman" w:hAnsi="Times New Roman" w:eastAsia="宋体"/>
                <w:b w:val="0"/>
                <w:sz w:val="21"/>
              </w:rPr>
              <w:t>15时装艺术与设计研究</w:t>
            </w:r>
          </w:p>
        </w:tc>
      </w:tr>
      <w:tr>
        <w:tc>
          <w:tcPr>
            <w:tcW w:type="dxa" w:w="1727"/>
          </w:tcPr>
          <w:p>
            <w:pPr>
              <w:spacing w:after="20" w:before="20"/>
            </w:pPr>
            <w:r/>
            <w:r>
              <w:rPr>
                <w:rFonts w:ascii="Times New Roman" w:hAnsi="Times New Roman" w:eastAsia="宋体"/>
                <w:b w:val="0"/>
                <w:sz w:val="21"/>
              </w:rPr>
              <w:t>105</w:t>
            </w:r>
          </w:p>
        </w:tc>
        <w:tc>
          <w:tcPr>
            <w:tcW w:type="dxa" w:w="1727"/>
          </w:tcPr>
          <w:p>
            <w:pPr>
              <w:spacing w:after="20" w:before="20"/>
            </w:pPr>
            <w:r/>
            <w:r>
              <w:rPr>
                <w:rFonts w:ascii="Times New Roman" w:hAnsi="Times New Roman" w:eastAsia="宋体"/>
                <w:b w:val="0"/>
                <w:sz w:val="21"/>
              </w:rPr>
              <w:t>莫佳翰</w:t>
            </w:r>
          </w:p>
        </w:tc>
        <w:tc>
          <w:tcPr>
            <w:tcW w:type="dxa" w:w="1727"/>
          </w:tcPr>
          <w:p>
            <w:pPr>
              <w:spacing w:after="20" w:before="20"/>
            </w:pPr>
            <w:r/>
            <w:r>
              <w:rPr>
                <w:rFonts w:ascii="Times New Roman" w:hAnsi="Times New Roman" w:eastAsia="宋体"/>
                <w:b w:val="0"/>
                <w:sz w:val="21"/>
              </w:rPr>
              <w:t>城市设计学院</w:t>
            </w:r>
          </w:p>
        </w:tc>
        <w:tc>
          <w:tcPr>
            <w:tcW w:type="dxa" w:w="1727"/>
          </w:tcPr>
          <w:p>
            <w:pPr>
              <w:spacing w:after="20" w:before="20"/>
            </w:pPr>
            <w:r/>
            <w:r>
              <w:rPr>
                <w:rFonts w:ascii="Times New Roman" w:hAnsi="Times New Roman" w:eastAsia="宋体"/>
                <w:b w:val="0"/>
                <w:sz w:val="21"/>
              </w:rPr>
              <w:t>设计学院</w:t>
            </w:r>
          </w:p>
        </w:tc>
        <w:tc>
          <w:tcPr>
            <w:tcW w:type="dxa" w:w="1727"/>
          </w:tcPr>
          <w:p>
            <w:pPr>
              <w:spacing w:after="20" w:before="20"/>
            </w:pPr>
            <w:r/>
            <w:r>
              <w:rPr>
                <w:rFonts w:ascii="Times New Roman" w:hAnsi="Times New Roman" w:eastAsia="宋体"/>
                <w:b w:val="0"/>
                <w:sz w:val="21"/>
              </w:rPr>
              <w:t>16字体智能设计方法研究</w:t>
            </w:r>
          </w:p>
        </w:tc>
      </w:tr>
      <w:tr>
        <w:tc>
          <w:tcPr>
            <w:tcW w:type="dxa" w:w="1727"/>
          </w:tcPr>
          <w:p>
            <w:pPr>
              <w:spacing w:after="20" w:before="20"/>
            </w:pPr>
            <w:r/>
            <w:r>
              <w:rPr>
                <w:rFonts w:ascii="Times New Roman" w:hAnsi="Times New Roman" w:eastAsia="宋体"/>
                <w:b w:val="0"/>
                <w:sz w:val="21"/>
              </w:rPr>
              <w:t>106</w:t>
            </w:r>
          </w:p>
        </w:tc>
        <w:tc>
          <w:tcPr>
            <w:tcW w:type="dxa" w:w="1727"/>
          </w:tcPr>
          <w:p>
            <w:pPr>
              <w:spacing w:after="20" w:before="20"/>
            </w:pPr>
            <w:r/>
            <w:r>
              <w:rPr>
                <w:rFonts w:ascii="Times New Roman" w:hAnsi="Times New Roman" w:eastAsia="宋体"/>
                <w:b w:val="0"/>
                <w:sz w:val="21"/>
              </w:rPr>
              <w:t>周意轩</w:t>
            </w:r>
          </w:p>
        </w:tc>
        <w:tc>
          <w:tcPr>
            <w:tcW w:type="dxa" w:w="1727"/>
          </w:tcPr>
          <w:p>
            <w:pPr>
              <w:spacing w:after="20" w:before="20"/>
            </w:pPr>
            <w:r/>
            <w:r>
              <w:rPr>
                <w:rFonts w:ascii="Times New Roman" w:hAnsi="Times New Roman" w:eastAsia="宋体"/>
                <w:b w:val="0"/>
                <w:sz w:val="21"/>
              </w:rPr>
              <w:t>设计学院</w:t>
            </w:r>
          </w:p>
        </w:tc>
        <w:tc>
          <w:tcPr>
            <w:tcW w:type="dxa" w:w="1727"/>
          </w:tcPr>
          <w:p>
            <w:pPr>
              <w:spacing w:after="20" w:before="20"/>
            </w:pPr>
            <w:r/>
            <w:r>
              <w:rPr>
                <w:rFonts w:ascii="Times New Roman" w:hAnsi="Times New Roman" w:eastAsia="宋体"/>
                <w:b w:val="0"/>
                <w:sz w:val="21"/>
              </w:rPr>
              <w:t>设计学院</w:t>
            </w:r>
          </w:p>
        </w:tc>
        <w:tc>
          <w:tcPr>
            <w:tcW w:type="dxa" w:w="1727"/>
          </w:tcPr>
          <w:p>
            <w:pPr>
              <w:spacing w:after="20" w:before="20"/>
            </w:pPr>
            <w:r/>
            <w:r>
              <w:rPr>
                <w:rFonts w:ascii="Times New Roman" w:hAnsi="Times New Roman" w:eastAsia="宋体"/>
                <w:b w:val="0"/>
                <w:sz w:val="21"/>
              </w:rPr>
              <w:t>17艺术与科技研究</w:t>
            </w:r>
          </w:p>
        </w:tc>
      </w:tr>
      <w:tr>
        <w:tc>
          <w:tcPr>
            <w:tcW w:type="dxa" w:w="1727"/>
          </w:tcPr>
          <w:p>
            <w:pPr>
              <w:spacing w:after="20" w:before="20"/>
            </w:pPr>
            <w:r/>
            <w:r>
              <w:rPr>
                <w:rFonts w:ascii="Times New Roman" w:hAnsi="Times New Roman" w:eastAsia="宋体"/>
                <w:b w:val="0"/>
                <w:sz w:val="21"/>
              </w:rPr>
              <w:t>107</w:t>
            </w:r>
          </w:p>
        </w:tc>
        <w:tc>
          <w:tcPr>
            <w:tcW w:type="dxa" w:w="1727"/>
          </w:tcPr>
          <w:p>
            <w:pPr>
              <w:spacing w:after="20" w:before="20"/>
            </w:pPr>
            <w:r/>
            <w:r>
              <w:rPr>
                <w:rFonts w:ascii="Times New Roman" w:hAnsi="Times New Roman" w:eastAsia="宋体"/>
                <w:b w:val="0"/>
                <w:sz w:val="21"/>
              </w:rPr>
              <w:t>路进希</w:t>
            </w:r>
          </w:p>
        </w:tc>
        <w:tc>
          <w:tcPr>
            <w:tcW w:type="dxa" w:w="1727"/>
          </w:tcPr>
          <w:p>
            <w:pPr>
              <w:spacing w:after="20" w:before="20"/>
            </w:pPr>
            <w:r/>
            <w:r>
              <w:rPr>
                <w:rFonts w:ascii="Times New Roman" w:hAnsi="Times New Roman" w:eastAsia="宋体"/>
                <w:b w:val="0"/>
                <w:sz w:val="21"/>
              </w:rPr>
              <w:t>设计学院</w:t>
            </w:r>
          </w:p>
        </w:tc>
        <w:tc>
          <w:tcPr>
            <w:tcW w:type="dxa" w:w="1727"/>
          </w:tcPr>
          <w:p>
            <w:pPr>
              <w:spacing w:after="20" w:before="20"/>
            </w:pPr>
            <w:r/>
            <w:r>
              <w:rPr>
                <w:rFonts w:ascii="Times New Roman" w:hAnsi="Times New Roman" w:eastAsia="宋体"/>
                <w:b w:val="0"/>
                <w:sz w:val="21"/>
              </w:rPr>
              <w:t>设计学院</w:t>
            </w:r>
          </w:p>
        </w:tc>
        <w:tc>
          <w:tcPr>
            <w:tcW w:type="dxa" w:w="1727"/>
          </w:tcPr>
          <w:p>
            <w:pPr>
              <w:spacing w:after="20" w:before="20"/>
            </w:pPr>
            <w:r/>
            <w:r>
              <w:rPr>
                <w:rFonts w:ascii="Times New Roman" w:hAnsi="Times New Roman" w:eastAsia="宋体"/>
                <w:b w:val="0"/>
                <w:sz w:val="21"/>
              </w:rPr>
              <w:t>19数字文化生态创新设计研究</w:t>
            </w:r>
          </w:p>
        </w:tc>
      </w:tr>
      <w:tr>
        <w:tc>
          <w:tcPr>
            <w:tcW w:type="dxa" w:w="1727"/>
          </w:tcPr>
          <w:p>
            <w:pPr>
              <w:spacing w:after="20" w:before="20"/>
            </w:pPr>
            <w:r/>
            <w:r>
              <w:rPr>
                <w:rFonts w:ascii="Times New Roman" w:hAnsi="Times New Roman" w:eastAsia="宋体"/>
                <w:b w:val="0"/>
                <w:sz w:val="21"/>
              </w:rPr>
              <w:t>108</w:t>
            </w:r>
          </w:p>
        </w:tc>
        <w:tc>
          <w:tcPr>
            <w:tcW w:type="dxa" w:w="1727"/>
          </w:tcPr>
          <w:p>
            <w:pPr>
              <w:spacing w:after="20" w:before="20"/>
            </w:pPr>
            <w:r/>
            <w:r>
              <w:rPr>
                <w:rFonts w:ascii="Times New Roman" w:hAnsi="Times New Roman" w:eastAsia="宋体"/>
                <w:b w:val="0"/>
                <w:sz w:val="21"/>
              </w:rPr>
              <w:t>宗芳羽</w:t>
            </w:r>
          </w:p>
        </w:tc>
        <w:tc>
          <w:tcPr>
            <w:tcW w:type="dxa" w:w="1727"/>
          </w:tcPr>
          <w:p>
            <w:pPr>
              <w:spacing w:after="20" w:before="20"/>
            </w:pPr>
            <w:r/>
            <w:r>
              <w:rPr>
                <w:rFonts w:ascii="Times New Roman" w:hAnsi="Times New Roman" w:eastAsia="宋体"/>
                <w:b w:val="0"/>
                <w:sz w:val="21"/>
              </w:rPr>
              <w:t>设计学院</w:t>
            </w:r>
          </w:p>
        </w:tc>
        <w:tc>
          <w:tcPr>
            <w:tcW w:type="dxa" w:w="1727"/>
          </w:tcPr>
          <w:p>
            <w:pPr>
              <w:spacing w:after="20" w:before="20"/>
            </w:pPr>
            <w:r/>
            <w:r>
              <w:rPr>
                <w:rFonts w:ascii="Times New Roman" w:hAnsi="Times New Roman" w:eastAsia="宋体"/>
                <w:b w:val="0"/>
                <w:sz w:val="21"/>
              </w:rPr>
              <w:t>设计学院</w:t>
            </w:r>
          </w:p>
        </w:tc>
        <w:tc>
          <w:tcPr>
            <w:tcW w:type="dxa" w:w="1727"/>
          </w:tcPr>
          <w:p>
            <w:pPr>
              <w:spacing w:after="20" w:before="20"/>
            </w:pPr>
            <w:r/>
            <w:r>
              <w:rPr>
                <w:rFonts w:ascii="Times New Roman" w:hAnsi="Times New Roman" w:eastAsia="宋体"/>
                <w:b w:val="0"/>
                <w:sz w:val="21"/>
              </w:rPr>
              <w:t>20文本艺术与传达设计研究</w:t>
            </w:r>
          </w:p>
        </w:tc>
      </w:tr>
      <w:tr>
        <w:tc>
          <w:tcPr>
            <w:tcW w:type="dxa" w:w="1727"/>
          </w:tcPr>
          <w:p>
            <w:pPr>
              <w:spacing w:after="20" w:before="20"/>
            </w:pPr>
            <w:r/>
            <w:r>
              <w:rPr>
                <w:rFonts w:ascii="Times New Roman" w:hAnsi="Times New Roman" w:eastAsia="宋体"/>
                <w:b w:val="0"/>
                <w:sz w:val="21"/>
              </w:rPr>
              <w:t>109</w:t>
            </w:r>
          </w:p>
        </w:tc>
        <w:tc>
          <w:tcPr>
            <w:tcW w:type="dxa" w:w="1727"/>
          </w:tcPr>
          <w:p>
            <w:pPr>
              <w:spacing w:after="20" w:before="20"/>
            </w:pPr>
            <w:r/>
            <w:r>
              <w:rPr>
                <w:rFonts w:ascii="Times New Roman" w:hAnsi="Times New Roman" w:eastAsia="宋体"/>
                <w:b w:val="0"/>
                <w:sz w:val="21"/>
              </w:rPr>
              <w:t>李芷沐</w:t>
            </w:r>
          </w:p>
        </w:tc>
        <w:tc>
          <w:tcPr>
            <w:tcW w:type="dxa" w:w="1727"/>
          </w:tcPr>
          <w:p>
            <w:pPr>
              <w:spacing w:after="20" w:before="20"/>
            </w:pPr>
            <w:r/>
            <w:r>
              <w:rPr>
                <w:rFonts w:ascii="Times New Roman" w:hAnsi="Times New Roman" w:eastAsia="宋体"/>
                <w:b w:val="0"/>
                <w:sz w:val="21"/>
              </w:rPr>
              <w:t>设计学院</w:t>
            </w:r>
          </w:p>
        </w:tc>
        <w:tc>
          <w:tcPr>
            <w:tcW w:type="dxa" w:w="1727"/>
          </w:tcPr>
          <w:p>
            <w:pPr>
              <w:spacing w:after="20" w:before="20"/>
            </w:pPr>
            <w:r/>
            <w:r>
              <w:rPr>
                <w:rFonts w:ascii="Times New Roman" w:hAnsi="Times New Roman" w:eastAsia="宋体"/>
                <w:b w:val="0"/>
                <w:sz w:val="21"/>
              </w:rPr>
              <w:t>设计学院</w:t>
            </w:r>
          </w:p>
        </w:tc>
        <w:tc>
          <w:tcPr>
            <w:tcW w:type="dxa" w:w="1727"/>
          </w:tcPr>
          <w:p>
            <w:pPr>
              <w:spacing w:after="20" w:before="20"/>
            </w:pPr>
            <w:r/>
            <w:r>
              <w:rPr>
                <w:rFonts w:ascii="Times New Roman" w:hAnsi="Times New Roman" w:eastAsia="宋体"/>
                <w:b w:val="0"/>
                <w:sz w:val="21"/>
              </w:rPr>
              <w:t>21实验传达设计研究</w:t>
            </w:r>
          </w:p>
        </w:tc>
      </w:tr>
      <w:tr>
        <w:tc>
          <w:tcPr>
            <w:tcW w:type="dxa" w:w="1727"/>
          </w:tcPr>
          <w:p>
            <w:pPr>
              <w:spacing w:after="20" w:before="20"/>
            </w:pPr>
            <w:r/>
            <w:r>
              <w:rPr>
                <w:rFonts w:ascii="Times New Roman" w:hAnsi="Times New Roman" w:eastAsia="宋体"/>
                <w:b w:val="0"/>
                <w:sz w:val="21"/>
              </w:rPr>
              <w:t>110</w:t>
            </w:r>
          </w:p>
        </w:tc>
        <w:tc>
          <w:tcPr>
            <w:tcW w:type="dxa" w:w="1727"/>
          </w:tcPr>
          <w:p>
            <w:pPr>
              <w:spacing w:after="20" w:before="20"/>
            </w:pPr>
            <w:r/>
            <w:r>
              <w:rPr>
                <w:rFonts w:ascii="Times New Roman" w:hAnsi="Times New Roman" w:eastAsia="宋体"/>
                <w:b w:val="0"/>
                <w:sz w:val="21"/>
              </w:rPr>
              <w:t>黄淼</w:t>
            </w:r>
          </w:p>
        </w:tc>
        <w:tc>
          <w:tcPr>
            <w:tcW w:type="dxa" w:w="1727"/>
          </w:tcPr>
          <w:p>
            <w:pPr>
              <w:spacing w:after="20" w:before="20"/>
            </w:pPr>
            <w:r/>
            <w:r>
              <w:rPr>
                <w:rFonts w:ascii="Times New Roman" w:hAnsi="Times New Roman" w:eastAsia="宋体"/>
                <w:b w:val="0"/>
                <w:sz w:val="21"/>
              </w:rPr>
              <w:t>设计学院</w:t>
            </w:r>
          </w:p>
        </w:tc>
        <w:tc>
          <w:tcPr>
            <w:tcW w:type="dxa" w:w="1727"/>
          </w:tcPr>
          <w:p>
            <w:pPr>
              <w:spacing w:after="20" w:before="20"/>
            </w:pPr>
            <w:r/>
            <w:r>
              <w:rPr>
                <w:rFonts w:ascii="Times New Roman" w:hAnsi="Times New Roman" w:eastAsia="宋体"/>
                <w:b w:val="0"/>
                <w:sz w:val="21"/>
              </w:rPr>
              <w:t>设计学院</w:t>
            </w:r>
          </w:p>
        </w:tc>
        <w:tc>
          <w:tcPr>
            <w:tcW w:type="dxa" w:w="1727"/>
          </w:tcPr>
          <w:p>
            <w:pPr>
              <w:spacing w:after="20" w:before="20"/>
            </w:pPr>
            <w:r/>
            <w:r>
              <w:rPr>
                <w:rFonts w:ascii="Times New Roman" w:hAnsi="Times New Roman" w:eastAsia="宋体"/>
                <w:b w:val="0"/>
                <w:sz w:val="21"/>
              </w:rPr>
              <w:t>22信息可视化设计研究</w:t>
            </w:r>
          </w:p>
        </w:tc>
      </w:tr>
      <w:tr>
        <w:tc>
          <w:tcPr>
            <w:tcW w:type="dxa" w:w="1727"/>
          </w:tcPr>
          <w:p>
            <w:pPr>
              <w:spacing w:after="20" w:before="20"/>
            </w:pPr>
            <w:r/>
            <w:r>
              <w:rPr>
                <w:rFonts w:ascii="Times New Roman" w:hAnsi="Times New Roman" w:eastAsia="宋体"/>
                <w:b w:val="0"/>
                <w:sz w:val="21"/>
              </w:rPr>
              <w:t>111</w:t>
            </w:r>
          </w:p>
        </w:tc>
        <w:tc>
          <w:tcPr>
            <w:tcW w:type="dxa" w:w="1727"/>
          </w:tcPr>
          <w:p>
            <w:pPr>
              <w:spacing w:after="20" w:before="20"/>
            </w:pPr>
            <w:r/>
            <w:r>
              <w:rPr>
                <w:rFonts w:ascii="Times New Roman" w:hAnsi="Times New Roman" w:eastAsia="宋体"/>
                <w:b w:val="0"/>
                <w:sz w:val="21"/>
              </w:rPr>
              <w:t>王嘉铭</w:t>
            </w:r>
          </w:p>
        </w:tc>
        <w:tc>
          <w:tcPr>
            <w:tcW w:type="dxa" w:w="1727"/>
          </w:tcPr>
          <w:p>
            <w:pPr>
              <w:spacing w:after="20" w:before="20"/>
            </w:pPr>
            <w:r/>
            <w:r>
              <w:rPr>
                <w:rFonts w:ascii="Times New Roman" w:hAnsi="Times New Roman" w:eastAsia="宋体"/>
                <w:b w:val="0"/>
                <w:sz w:val="21"/>
              </w:rPr>
              <w:t>设计学院</w:t>
            </w:r>
          </w:p>
        </w:tc>
        <w:tc>
          <w:tcPr>
            <w:tcW w:type="dxa" w:w="1727"/>
          </w:tcPr>
          <w:p>
            <w:pPr>
              <w:spacing w:after="20" w:before="20"/>
            </w:pPr>
            <w:r/>
            <w:r>
              <w:rPr>
                <w:rFonts w:ascii="Times New Roman" w:hAnsi="Times New Roman" w:eastAsia="宋体"/>
                <w:b w:val="0"/>
                <w:sz w:val="21"/>
              </w:rPr>
              <w:t>设计学院</w:t>
            </w:r>
          </w:p>
        </w:tc>
        <w:tc>
          <w:tcPr>
            <w:tcW w:type="dxa" w:w="1727"/>
          </w:tcPr>
          <w:p>
            <w:pPr>
              <w:spacing w:after="20" w:before="20"/>
            </w:pPr>
            <w:r/>
            <w:r>
              <w:rPr>
                <w:rFonts w:ascii="Times New Roman" w:hAnsi="Times New Roman" w:eastAsia="宋体"/>
                <w:b w:val="0"/>
                <w:sz w:val="21"/>
              </w:rPr>
              <w:t>23未来生活方式研究</w:t>
            </w:r>
          </w:p>
        </w:tc>
      </w:tr>
      <w:tr>
        <w:tc>
          <w:tcPr>
            <w:tcW w:type="dxa" w:w="1727"/>
          </w:tcPr>
          <w:p>
            <w:pPr>
              <w:spacing w:after="20" w:before="20"/>
            </w:pPr>
            <w:r/>
            <w:r>
              <w:rPr>
                <w:rFonts w:ascii="Times New Roman" w:hAnsi="Times New Roman" w:eastAsia="宋体"/>
                <w:b w:val="0"/>
                <w:sz w:val="21"/>
              </w:rPr>
              <w:t>112</w:t>
            </w:r>
          </w:p>
        </w:tc>
        <w:tc>
          <w:tcPr>
            <w:tcW w:type="dxa" w:w="1727"/>
          </w:tcPr>
          <w:p>
            <w:pPr>
              <w:spacing w:after="20" w:before="20"/>
            </w:pPr>
            <w:r/>
            <w:r>
              <w:rPr>
                <w:rFonts w:ascii="Times New Roman" w:hAnsi="Times New Roman" w:eastAsia="宋体"/>
                <w:b w:val="0"/>
                <w:sz w:val="21"/>
              </w:rPr>
              <w:t>常知晓</w:t>
            </w:r>
          </w:p>
        </w:tc>
        <w:tc>
          <w:tcPr>
            <w:tcW w:type="dxa" w:w="1727"/>
          </w:tcPr>
          <w:p>
            <w:pPr>
              <w:spacing w:after="20" w:before="20"/>
            </w:pPr>
            <w:r/>
            <w:r>
              <w:rPr>
                <w:rFonts w:ascii="Times New Roman" w:hAnsi="Times New Roman" w:eastAsia="宋体"/>
                <w:b w:val="0"/>
                <w:sz w:val="21"/>
              </w:rPr>
              <w:t>设计学院</w:t>
            </w:r>
          </w:p>
        </w:tc>
        <w:tc>
          <w:tcPr>
            <w:tcW w:type="dxa" w:w="1727"/>
          </w:tcPr>
          <w:p>
            <w:pPr>
              <w:spacing w:after="20" w:before="20"/>
            </w:pPr>
            <w:r/>
            <w:r>
              <w:rPr>
                <w:rFonts w:ascii="Times New Roman" w:hAnsi="Times New Roman" w:eastAsia="宋体"/>
                <w:b w:val="0"/>
                <w:sz w:val="21"/>
              </w:rPr>
              <w:t>设计学院</w:t>
            </w:r>
          </w:p>
        </w:tc>
        <w:tc>
          <w:tcPr>
            <w:tcW w:type="dxa" w:w="1727"/>
          </w:tcPr>
          <w:p>
            <w:pPr>
              <w:spacing w:after="20" w:before="20"/>
            </w:pPr>
            <w:r/>
            <w:r>
              <w:rPr>
                <w:rFonts w:ascii="Times New Roman" w:hAnsi="Times New Roman" w:eastAsia="宋体"/>
                <w:b w:val="0"/>
                <w:sz w:val="21"/>
              </w:rPr>
              <w:t>25产品设计研究</w:t>
            </w:r>
          </w:p>
        </w:tc>
      </w:tr>
      <w:tr>
        <w:tc>
          <w:tcPr>
            <w:tcW w:type="dxa" w:w="1727"/>
          </w:tcPr>
          <w:p>
            <w:pPr>
              <w:spacing w:after="20" w:before="20"/>
            </w:pPr>
            <w:r/>
            <w:r>
              <w:rPr>
                <w:rFonts w:ascii="Times New Roman" w:hAnsi="Times New Roman" w:eastAsia="宋体"/>
                <w:b w:val="0"/>
                <w:sz w:val="21"/>
              </w:rPr>
              <w:t>113</w:t>
            </w:r>
          </w:p>
        </w:tc>
        <w:tc>
          <w:tcPr>
            <w:tcW w:type="dxa" w:w="1727"/>
          </w:tcPr>
          <w:p>
            <w:pPr>
              <w:spacing w:after="20" w:before="20"/>
            </w:pPr>
            <w:r/>
            <w:r>
              <w:rPr>
                <w:rFonts w:ascii="Times New Roman" w:hAnsi="Times New Roman" w:eastAsia="宋体"/>
                <w:b w:val="0"/>
                <w:sz w:val="21"/>
              </w:rPr>
              <w:t>卢怡含</w:t>
            </w:r>
          </w:p>
        </w:tc>
        <w:tc>
          <w:tcPr>
            <w:tcW w:type="dxa" w:w="1727"/>
          </w:tcPr>
          <w:p>
            <w:pPr>
              <w:spacing w:after="20" w:before="20"/>
            </w:pPr>
            <w:r/>
            <w:r>
              <w:rPr>
                <w:rFonts w:ascii="Times New Roman" w:hAnsi="Times New Roman" w:eastAsia="宋体"/>
                <w:b w:val="0"/>
                <w:sz w:val="21"/>
              </w:rPr>
              <w:t>设计学院</w:t>
            </w:r>
          </w:p>
        </w:tc>
        <w:tc>
          <w:tcPr>
            <w:tcW w:type="dxa" w:w="1727"/>
          </w:tcPr>
          <w:p>
            <w:pPr>
              <w:spacing w:after="20" w:before="20"/>
            </w:pPr>
            <w:r/>
            <w:r>
              <w:rPr>
                <w:rFonts w:ascii="Times New Roman" w:hAnsi="Times New Roman" w:eastAsia="宋体"/>
                <w:b w:val="0"/>
                <w:sz w:val="21"/>
              </w:rPr>
              <w:t>设计学院</w:t>
            </w:r>
          </w:p>
        </w:tc>
        <w:tc>
          <w:tcPr>
            <w:tcW w:type="dxa" w:w="1727"/>
          </w:tcPr>
          <w:p>
            <w:pPr>
              <w:spacing w:after="20" w:before="20"/>
            </w:pPr>
            <w:r/>
            <w:r>
              <w:rPr>
                <w:rFonts w:ascii="Times New Roman" w:hAnsi="Times New Roman" w:eastAsia="宋体"/>
                <w:b w:val="0"/>
                <w:sz w:val="21"/>
              </w:rPr>
              <w:t>26服务设计研究</w:t>
            </w:r>
          </w:p>
        </w:tc>
      </w:tr>
      <w:tr>
        <w:tc>
          <w:tcPr>
            <w:tcW w:type="dxa" w:w="1727"/>
          </w:tcPr>
          <w:p>
            <w:pPr>
              <w:spacing w:after="20" w:before="20"/>
            </w:pPr>
            <w:r/>
            <w:r>
              <w:rPr>
                <w:rFonts w:ascii="Times New Roman" w:hAnsi="Times New Roman" w:eastAsia="宋体"/>
                <w:b w:val="0"/>
                <w:sz w:val="21"/>
              </w:rPr>
              <w:t>114</w:t>
            </w:r>
          </w:p>
        </w:tc>
        <w:tc>
          <w:tcPr>
            <w:tcW w:type="dxa" w:w="1727"/>
          </w:tcPr>
          <w:p>
            <w:pPr>
              <w:spacing w:after="20" w:before="20"/>
            </w:pPr>
            <w:r/>
            <w:r>
              <w:rPr>
                <w:rFonts w:ascii="Times New Roman" w:hAnsi="Times New Roman" w:eastAsia="宋体"/>
                <w:b w:val="0"/>
                <w:sz w:val="21"/>
              </w:rPr>
              <w:t>吕佳榕</w:t>
            </w:r>
          </w:p>
        </w:tc>
        <w:tc>
          <w:tcPr>
            <w:tcW w:type="dxa" w:w="1727"/>
          </w:tcPr>
          <w:p>
            <w:pPr>
              <w:spacing w:after="20" w:before="20"/>
            </w:pPr>
            <w:r/>
            <w:r>
              <w:rPr>
                <w:rFonts w:ascii="Times New Roman" w:hAnsi="Times New Roman" w:eastAsia="宋体"/>
                <w:b w:val="0"/>
                <w:sz w:val="21"/>
              </w:rPr>
              <w:t>设计学院</w:t>
            </w:r>
          </w:p>
        </w:tc>
        <w:tc>
          <w:tcPr>
            <w:tcW w:type="dxa" w:w="1727"/>
          </w:tcPr>
          <w:p>
            <w:pPr>
              <w:spacing w:after="20" w:before="20"/>
            </w:pPr>
            <w:r/>
            <w:r>
              <w:rPr>
                <w:rFonts w:ascii="Times New Roman" w:hAnsi="Times New Roman" w:eastAsia="宋体"/>
                <w:b w:val="0"/>
                <w:sz w:val="21"/>
              </w:rPr>
              <w:t>设计学院</w:t>
            </w:r>
          </w:p>
        </w:tc>
        <w:tc>
          <w:tcPr>
            <w:tcW w:type="dxa" w:w="1727"/>
          </w:tcPr>
          <w:p>
            <w:pPr>
              <w:spacing w:after="20" w:before="20"/>
            </w:pPr>
            <w:r/>
            <w:r>
              <w:rPr>
                <w:rFonts w:ascii="Times New Roman" w:hAnsi="Times New Roman" w:eastAsia="宋体"/>
                <w:b w:val="0"/>
                <w:sz w:val="21"/>
              </w:rPr>
              <w:t>27工业设计工程</w:t>
            </w:r>
          </w:p>
        </w:tc>
      </w:tr>
      <w:tr>
        <w:tc>
          <w:tcPr>
            <w:tcW w:type="dxa" w:w="1727"/>
          </w:tcPr>
          <w:p>
            <w:pPr>
              <w:spacing w:after="20" w:before="20"/>
            </w:pPr>
            <w:r/>
            <w:r>
              <w:rPr>
                <w:rFonts w:ascii="Times New Roman" w:hAnsi="Times New Roman" w:eastAsia="宋体"/>
                <w:b w:val="0"/>
                <w:sz w:val="21"/>
              </w:rPr>
              <w:t>115</w:t>
            </w:r>
          </w:p>
        </w:tc>
        <w:tc>
          <w:tcPr>
            <w:tcW w:type="dxa" w:w="1727"/>
          </w:tcPr>
          <w:p>
            <w:pPr>
              <w:spacing w:after="20" w:before="20"/>
            </w:pPr>
            <w:r/>
            <w:r>
              <w:rPr>
                <w:rFonts w:ascii="Times New Roman" w:hAnsi="Times New Roman" w:eastAsia="宋体"/>
                <w:b w:val="0"/>
                <w:sz w:val="21"/>
              </w:rPr>
              <w:t>郑欣</w:t>
            </w:r>
          </w:p>
        </w:tc>
        <w:tc>
          <w:tcPr>
            <w:tcW w:type="dxa" w:w="1727"/>
          </w:tcPr>
          <w:p>
            <w:pPr>
              <w:spacing w:after="20" w:before="20"/>
            </w:pPr>
            <w:r/>
            <w:r>
              <w:rPr>
                <w:rFonts w:ascii="Times New Roman" w:hAnsi="Times New Roman" w:eastAsia="宋体"/>
                <w:b w:val="0"/>
                <w:sz w:val="21"/>
              </w:rPr>
              <w:t>城市设计学院</w:t>
            </w:r>
          </w:p>
        </w:tc>
        <w:tc>
          <w:tcPr>
            <w:tcW w:type="dxa" w:w="1727"/>
          </w:tcPr>
          <w:p>
            <w:pPr>
              <w:spacing w:after="20" w:before="20"/>
            </w:pPr>
            <w:r/>
            <w:r>
              <w:rPr>
                <w:rFonts w:ascii="Times New Roman" w:hAnsi="Times New Roman" w:eastAsia="宋体"/>
                <w:b w:val="0"/>
                <w:sz w:val="21"/>
              </w:rPr>
              <w:t>设计学院</w:t>
            </w:r>
          </w:p>
        </w:tc>
        <w:tc>
          <w:tcPr>
            <w:tcW w:type="dxa" w:w="1727"/>
          </w:tcPr>
          <w:p>
            <w:pPr>
              <w:spacing w:after="20" w:before="20"/>
            </w:pPr>
            <w:r/>
            <w:r>
              <w:rPr>
                <w:rFonts w:ascii="Times New Roman" w:hAnsi="Times New Roman" w:eastAsia="宋体"/>
                <w:b w:val="0"/>
                <w:sz w:val="21"/>
              </w:rPr>
              <w:t>30可持续综合设计研究</w:t>
            </w:r>
          </w:p>
        </w:tc>
      </w:tr>
      <w:tr>
        <w:tc>
          <w:tcPr>
            <w:tcW w:type="dxa" w:w="1727"/>
          </w:tcPr>
          <w:p>
            <w:pPr>
              <w:spacing w:after="20" w:before="20"/>
            </w:pPr>
            <w:r/>
            <w:r>
              <w:rPr>
                <w:rFonts w:ascii="Times New Roman" w:hAnsi="Times New Roman" w:eastAsia="宋体"/>
                <w:b w:val="0"/>
                <w:sz w:val="21"/>
              </w:rPr>
              <w:t>116</w:t>
            </w:r>
          </w:p>
        </w:tc>
        <w:tc>
          <w:tcPr>
            <w:tcW w:type="dxa" w:w="1727"/>
          </w:tcPr>
          <w:p>
            <w:pPr>
              <w:spacing w:after="20" w:before="20"/>
            </w:pPr>
            <w:r/>
            <w:r>
              <w:rPr>
                <w:rFonts w:ascii="Times New Roman" w:hAnsi="Times New Roman" w:eastAsia="宋体"/>
                <w:b w:val="0"/>
                <w:sz w:val="21"/>
              </w:rPr>
              <w:t>孙亚楠</w:t>
            </w:r>
          </w:p>
        </w:tc>
        <w:tc>
          <w:tcPr>
            <w:tcW w:type="dxa" w:w="1727"/>
          </w:tcPr>
          <w:p>
            <w:pPr>
              <w:spacing w:after="20" w:before="20"/>
            </w:pPr>
            <w:r/>
            <w:r>
              <w:rPr>
                <w:rFonts w:ascii="Times New Roman" w:hAnsi="Times New Roman" w:eastAsia="宋体"/>
                <w:b w:val="0"/>
                <w:sz w:val="21"/>
              </w:rPr>
              <w:t>城市设计学院</w:t>
            </w:r>
          </w:p>
        </w:tc>
        <w:tc>
          <w:tcPr>
            <w:tcW w:type="dxa" w:w="1727"/>
          </w:tcPr>
          <w:p>
            <w:pPr>
              <w:spacing w:after="20" w:before="20"/>
            </w:pPr>
            <w:r/>
            <w:r>
              <w:rPr>
                <w:rFonts w:ascii="Times New Roman" w:hAnsi="Times New Roman" w:eastAsia="宋体"/>
                <w:b w:val="0"/>
                <w:sz w:val="21"/>
              </w:rPr>
              <w:t>设计学院</w:t>
            </w:r>
          </w:p>
        </w:tc>
        <w:tc>
          <w:tcPr>
            <w:tcW w:type="dxa" w:w="1727"/>
          </w:tcPr>
          <w:p>
            <w:pPr>
              <w:spacing w:after="20" w:before="20"/>
            </w:pPr>
            <w:r/>
            <w:r>
              <w:rPr>
                <w:rFonts w:ascii="Times New Roman" w:hAnsi="Times New Roman" w:eastAsia="宋体"/>
                <w:b w:val="0"/>
                <w:sz w:val="21"/>
              </w:rPr>
              <w:t>31社会设计研究</w:t>
            </w:r>
          </w:p>
        </w:tc>
      </w:tr>
      <w:tr>
        <w:tc>
          <w:tcPr>
            <w:tcW w:type="dxa" w:w="1727"/>
          </w:tcPr>
          <w:p>
            <w:pPr>
              <w:spacing w:after="20" w:before="20"/>
            </w:pPr>
            <w:r/>
            <w:r>
              <w:rPr>
                <w:rFonts w:ascii="Times New Roman" w:hAnsi="Times New Roman" w:eastAsia="宋体"/>
                <w:b w:val="0"/>
                <w:sz w:val="21"/>
              </w:rPr>
              <w:t>117</w:t>
            </w:r>
          </w:p>
        </w:tc>
        <w:tc>
          <w:tcPr>
            <w:tcW w:type="dxa" w:w="1727"/>
          </w:tcPr>
          <w:p>
            <w:pPr>
              <w:spacing w:after="20" w:before="20"/>
            </w:pPr>
            <w:r/>
            <w:r>
              <w:rPr>
                <w:rFonts w:ascii="Times New Roman" w:hAnsi="Times New Roman" w:eastAsia="宋体"/>
                <w:b w:val="0"/>
                <w:sz w:val="21"/>
              </w:rPr>
              <w:t>沈天睿</w:t>
            </w:r>
          </w:p>
        </w:tc>
        <w:tc>
          <w:tcPr>
            <w:tcW w:type="dxa" w:w="1727"/>
          </w:tcPr>
          <w:p>
            <w:pPr>
              <w:spacing w:after="20" w:before="20"/>
            </w:pPr>
            <w:r/>
            <w:r>
              <w:rPr>
                <w:rFonts w:ascii="Times New Roman" w:hAnsi="Times New Roman" w:eastAsia="宋体"/>
                <w:b w:val="0"/>
                <w:sz w:val="21"/>
              </w:rPr>
              <w:t>城市设计学院</w:t>
            </w:r>
          </w:p>
        </w:tc>
        <w:tc>
          <w:tcPr>
            <w:tcW w:type="dxa" w:w="1727"/>
          </w:tcPr>
          <w:p>
            <w:pPr>
              <w:spacing w:after="20" w:before="20"/>
            </w:pPr>
            <w:r/>
            <w:r>
              <w:rPr>
                <w:rFonts w:ascii="Times New Roman" w:hAnsi="Times New Roman" w:eastAsia="宋体"/>
                <w:b w:val="0"/>
                <w:sz w:val="21"/>
              </w:rPr>
              <w:t>设计学院</w:t>
            </w:r>
          </w:p>
        </w:tc>
        <w:tc>
          <w:tcPr>
            <w:tcW w:type="dxa" w:w="1727"/>
          </w:tcPr>
          <w:p>
            <w:pPr>
              <w:spacing w:after="20" w:before="20"/>
            </w:pPr>
            <w:r/>
            <w:r>
              <w:rPr>
                <w:rFonts w:ascii="Times New Roman" w:hAnsi="Times New Roman" w:eastAsia="宋体"/>
                <w:b w:val="0"/>
                <w:sz w:val="21"/>
              </w:rPr>
              <w:t>33设计策展与展示研究</w:t>
            </w:r>
          </w:p>
        </w:tc>
      </w:tr>
      <w:tr>
        <w:tc>
          <w:tcPr>
            <w:tcW w:type="dxa" w:w="1727"/>
          </w:tcPr>
          <w:p>
            <w:pPr>
              <w:spacing w:after="20" w:before="20"/>
            </w:pPr>
            <w:r/>
            <w:r>
              <w:rPr>
                <w:rFonts w:ascii="Times New Roman" w:hAnsi="Times New Roman" w:eastAsia="宋体"/>
                <w:b w:val="0"/>
                <w:sz w:val="21"/>
              </w:rPr>
              <w:t>118</w:t>
            </w:r>
          </w:p>
        </w:tc>
        <w:tc>
          <w:tcPr>
            <w:tcW w:type="dxa" w:w="1727"/>
          </w:tcPr>
          <w:p>
            <w:pPr>
              <w:spacing w:after="20" w:before="20"/>
            </w:pPr>
            <w:r/>
            <w:r>
              <w:rPr>
                <w:rFonts w:ascii="Times New Roman" w:hAnsi="Times New Roman" w:eastAsia="宋体"/>
                <w:b w:val="0"/>
                <w:sz w:val="21"/>
              </w:rPr>
              <w:t>雍翔婷</w:t>
            </w:r>
          </w:p>
        </w:tc>
        <w:tc>
          <w:tcPr>
            <w:tcW w:type="dxa" w:w="1727"/>
          </w:tcPr>
          <w:p>
            <w:pPr>
              <w:spacing w:after="20" w:before="20"/>
            </w:pPr>
            <w:r/>
            <w:r>
              <w:rPr>
                <w:rFonts w:ascii="Times New Roman" w:hAnsi="Times New Roman" w:eastAsia="宋体"/>
                <w:b w:val="0"/>
                <w:sz w:val="21"/>
              </w:rPr>
              <w:t>清华大学美术学院</w:t>
            </w:r>
          </w:p>
        </w:tc>
        <w:tc>
          <w:tcPr>
            <w:tcW w:type="dxa" w:w="1727"/>
          </w:tcPr>
          <w:p>
            <w:pPr>
              <w:spacing w:after="20" w:before="20"/>
            </w:pPr>
            <w:r/>
            <w:r>
              <w:rPr>
                <w:rFonts w:ascii="Times New Roman" w:hAnsi="Times New Roman" w:eastAsia="宋体"/>
                <w:b w:val="0"/>
                <w:sz w:val="21"/>
              </w:rPr>
              <w:t>设计学院</w:t>
            </w:r>
          </w:p>
        </w:tc>
        <w:tc>
          <w:tcPr>
            <w:tcW w:type="dxa" w:w="1727"/>
          </w:tcPr>
          <w:p>
            <w:pPr>
              <w:spacing w:after="20" w:before="20"/>
            </w:pPr>
            <w:r/>
            <w:r>
              <w:rPr>
                <w:rFonts w:ascii="Times New Roman" w:hAnsi="Times New Roman" w:eastAsia="宋体"/>
                <w:b w:val="0"/>
                <w:sz w:val="21"/>
              </w:rPr>
              <w:t>36艺术设计基础教育研究</w:t>
            </w:r>
          </w:p>
        </w:tc>
      </w:tr>
      <w:tr>
        <w:tc>
          <w:tcPr>
            <w:tcW w:type="dxa" w:w="1727"/>
          </w:tcPr>
          <w:p>
            <w:pPr>
              <w:spacing w:after="20" w:before="20"/>
            </w:pPr>
            <w:r/>
            <w:r>
              <w:rPr>
                <w:rFonts w:ascii="Times New Roman" w:hAnsi="Times New Roman" w:eastAsia="宋体"/>
                <w:b w:val="0"/>
                <w:sz w:val="21"/>
              </w:rPr>
              <w:t>119</w:t>
            </w:r>
          </w:p>
        </w:tc>
        <w:tc>
          <w:tcPr>
            <w:tcW w:type="dxa" w:w="1727"/>
          </w:tcPr>
          <w:p>
            <w:pPr>
              <w:spacing w:after="20" w:before="20"/>
            </w:pPr>
            <w:r/>
            <w:r>
              <w:rPr>
                <w:rFonts w:ascii="Times New Roman" w:hAnsi="Times New Roman" w:eastAsia="宋体"/>
                <w:b w:val="0"/>
                <w:sz w:val="21"/>
              </w:rPr>
              <w:t>宁之夏</w:t>
            </w:r>
          </w:p>
        </w:tc>
        <w:tc>
          <w:tcPr>
            <w:tcW w:type="dxa" w:w="1727"/>
          </w:tcPr>
          <w:p>
            <w:pPr>
              <w:spacing w:after="20" w:before="20"/>
            </w:pPr>
            <w:r/>
            <w:r>
              <w:rPr>
                <w:rFonts w:ascii="Times New Roman" w:hAnsi="Times New Roman" w:eastAsia="宋体"/>
                <w:b w:val="0"/>
                <w:sz w:val="21"/>
              </w:rPr>
              <w:t>山西大学</w:t>
            </w:r>
          </w:p>
        </w:tc>
        <w:tc>
          <w:tcPr>
            <w:tcW w:type="dxa" w:w="1727"/>
          </w:tcPr>
          <w:p>
            <w:pPr>
              <w:spacing w:after="20" w:before="20"/>
            </w:pPr>
            <w:r/>
            <w:r>
              <w:rPr>
                <w:rFonts w:ascii="Times New Roman" w:hAnsi="Times New Roman" w:eastAsia="宋体"/>
                <w:b w:val="0"/>
                <w:sz w:val="21"/>
              </w:rPr>
              <w:t>设计学院</w:t>
            </w:r>
          </w:p>
        </w:tc>
        <w:tc>
          <w:tcPr>
            <w:tcW w:type="dxa" w:w="1727"/>
          </w:tcPr>
          <w:p>
            <w:pPr>
              <w:spacing w:after="20" w:before="20"/>
            </w:pPr>
            <w:r/>
            <w:r>
              <w:rPr>
                <w:rFonts w:ascii="Times New Roman" w:hAnsi="Times New Roman" w:eastAsia="宋体"/>
                <w:b w:val="0"/>
                <w:sz w:val="21"/>
              </w:rPr>
              <w:t>37传统工艺与技能研究</w:t>
            </w:r>
          </w:p>
        </w:tc>
      </w:tr>
      <w:tr>
        <w:tc>
          <w:tcPr>
            <w:tcW w:type="dxa" w:w="1727"/>
          </w:tcPr>
          <w:p>
            <w:pPr>
              <w:spacing w:after="20" w:before="20"/>
            </w:pPr>
            <w:r/>
            <w:r>
              <w:rPr>
                <w:rFonts w:ascii="Times New Roman" w:hAnsi="Times New Roman" w:eastAsia="宋体"/>
                <w:b w:val="0"/>
                <w:sz w:val="21"/>
              </w:rPr>
              <w:t>120</w:t>
            </w:r>
          </w:p>
        </w:tc>
        <w:tc>
          <w:tcPr>
            <w:tcW w:type="dxa" w:w="1727"/>
          </w:tcPr>
          <w:p>
            <w:pPr>
              <w:spacing w:after="20" w:before="20"/>
            </w:pPr>
            <w:r/>
            <w:r>
              <w:rPr>
                <w:rFonts w:ascii="Times New Roman" w:hAnsi="Times New Roman" w:eastAsia="宋体"/>
                <w:b w:val="0"/>
                <w:sz w:val="21"/>
              </w:rPr>
              <w:t>李艺涵</w:t>
            </w:r>
          </w:p>
        </w:tc>
        <w:tc>
          <w:tcPr>
            <w:tcW w:type="dxa" w:w="1727"/>
          </w:tcPr>
          <w:p>
            <w:pPr>
              <w:spacing w:after="20" w:before="20"/>
            </w:pPr>
            <w:r/>
            <w:r>
              <w:rPr>
                <w:rFonts w:ascii="Times New Roman" w:hAnsi="Times New Roman" w:eastAsia="宋体"/>
                <w:b w:val="0"/>
                <w:sz w:val="21"/>
              </w:rPr>
              <w:t>设计学院</w:t>
            </w:r>
          </w:p>
        </w:tc>
        <w:tc>
          <w:tcPr>
            <w:tcW w:type="dxa" w:w="1727"/>
          </w:tcPr>
          <w:p>
            <w:pPr>
              <w:spacing w:after="20" w:before="20"/>
            </w:pPr>
            <w:r/>
            <w:r>
              <w:rPr>
                <w:rFonts w:ascii="Times New Roman" w:hAnsi="Times New Roman" w:eastAsia="宋体"/>
                <w:b w:val="0"/>
                <w:sz w:val="21"/>
              </w:rPr>
              <w:t>设计学院</w:t>
            </w:r>
          </w:p>
        </w:tc>
        <w:tc>
          <w:tcPr>
            <w:tcW w:type="dxa" w:w="1727"/>
          </w:tcPr>
          <w:p>
            <w:pPr>
              <w:spacing w:after="20" w:before="20"/>
            </w:pPr>
            <w:r/>
            <w:r>
              <w:rPr>
                <w:rFonts w:ascii="Times New Roman" w:hAnsi="Times New Roman" w:eastAsia="宋体"/>
                <w:b w:val="0"/>
                <w:sz w:val="21"/>
              </w:rPr>
              <w:t>39文旅文创设计研究</w:t>
            </w:r>
          </w:p>
        </w:tc>
      </w:tr>
      <w:tr>
        <w:tc>
          <w:tcPr>
            <w:tcW w:type="dxa" w:w="1727"/>
          </w:tcPr>
          <w:p>
            <w:pPr>
              <w:spacing w:after="20" w:before="20"/>
            </w:pPr>
            <w:r/>
            <w:r>
              <w:rPr>
                <w:rFonts w:ascii="Times New Roman" w:hAnsi="Times New Roman" w:eastAsia="宋体"/>
                <w:b w:val="0"/>
                <w:sz w:val="21"/>
              </w:rPr>
              <w:t>121</w:t>
            </w:r>
          </w:p>
        </w:tc>
        <w:tc>
          <w:tcPr>
            <w:tcW w:type="dxa" w:w="1727"/>
          </w:tcPr>
          <w:p>
            <w:pPr>
              <w:spacing w:after="20" w:before="20"/>
            </w:pPr>
            <w:r/>
            <w:r>
              <w:rPr>
                <w:rFonts w:ascii="Times New Roman" w:hAnsi="Times New Roman" w:eastAsia="宋体"/>
                <w:b w:val="0"/>
                <w:sz w:val="21"/>
              </w:rPr>
              <w:t>王一帆</w:t>
            </w:r>
          </w:p>
        </w:tc>
        <w:tc>
          <w:tcPr>
            <w:tcW w:type="dxa" w:w="1727"/>
          </w:tcPr>
          <w:p>
            <w:pPr>
              <w:spacing w:after="20" w:before="20"/>
            </w:pPr>
            <w:r/>
            <w:r>
              <w:rPr>
                <w:rFonts w:ascii="Times New Roman" w:hAnsi="Times New Roman" w:eastAsia="宋体"/>
                <w:b w:val="0"/>
                <w:sz w:val="21"/>
              </w:rPr>
              <w:t>设计学院</w:t>
            </w:r>
          </w:p>
        </w:tc>
        <w:tc>
          <w:tcPr>
            <w:tcW w:type="dxa" w:w="1727"/>
          </w:tcPr>
          <w:p>
            <w:pPr>
              <w:spacing w:after="20" w:before="20"/>
            </w:pPr>
            <w:r/>
            <w:r>
              <w:rPr>
                <w:rFonts w:ascii="Times New Roman" w:hAnsi="Times New Roman" w:eastAsia="宋体"/>
                <w:b w:val="0"/>
                <w:sz w:val="21"/>
              </w:rPr>
              <w:t>设计学院</w:t>
            </w:r>
          </w:p>
        </w:tc>
        <w:tc>
          <w:tcPr>
            <w:tcW w:type="dxa" w:w="1727"/>
          </w:tcPr>
          <w:p>
            <w:pPr>
              <w:spacing w:after="20" w:before="20"/>
            </w:pPr>
            <w:r/>
            <w:r>
              <w:rPr>
                <w:rFonts w:ascii="Times New Roman" w:hAnsi="Times New Roman" w:eastAsia="宋体"/>
                <w:b w:val="0"/>
                <w:sz w:val="21"/>
              </w:rPr>
              <w:t>40跨媒介策展设计研究</w:t>
            </w:r>
          </w:p>
        </w:tc>
      </w:tr>
      <w:tr>
        <w:tc>
          <w:tcPr>
            <w:tcW w:type="dxa" w:w="1727"/>
          </w:tcPr>
          <w:p>
            <w:pPr>
              <w:spacing w:after="20" w:before="20"/>
            </w:pPr>
            <w:r/>
            <w:r>
              <w:rPr>
                <w:rFonts w:ascii="Times New Roman" w:hAnsi="Times New Roman" w:eastAsia="宋体"/>
                <w:b w:val="0"/>
                <w:sz w:val="21"/>
              </w:rPr>
              <w:t>122</w:t>
            </w:r>
          </w:p>
        </w:tc>
        <w:tc>
          <w:tcPr>
            <w:tcW w:type="dxa" w:w="1727"/>
          </w:tcPr>
          <w:p>
            <w:pPr>
              <w:spacing w:after="20" w:before="20"/>
            </w:pPr>
            <w:r/>
            <w:r>
              <w:rPr>
                <w:rFonts w:ascii="Times New Roman" w:hAnsi="Times New Roman" w:eastAsia="宋体"/>
                <w:b w:val="0"/>
                <w:sz w:val="21"/>
              </w:rPr>
              <w:t>邹蒙</w:t>
            </w:r>
          </w:p>
        </w:tc>
        <w:tc>
          <w:tcPr>
            <w:tcW w:type="dxa" w:w="1727"/>
          </w:tcPr>
          <w:p>
            <w:pPr>
              <w:spacing w:after="20" w:before="20"/>
            </w:pPr>
            <w:r/>
            <w:r>
              <w:rPr>
                <w:rFonts w:ascii="Times New Roman" w:hAnsi="Times New Roman" w:eastAsia="宋体"/>
                <w:b w:val="0"/>
                <w:sz w:val="21"/>
              </w:rPr>
              <w:t>城市设计学院</w:t>
            </w:r>
          </w:p>
        </w:tc>
        <w:tc>
          <w:tcPr>
            <w:tcW w:type="dxa" w:w="1727"/>
          </w:tcPr>
          <w:p>
            <w:pPr>
              <w:spacing w:after="20" w:before="20"/>
            </w:pPr>
            <w:r/>
            <w:r>
              <w:rPr>
                <w:rFonts w:ascii="Times New Roman" w:hAnsi="Times New Roman" w:eastAsia="宋体"/>
                <w:b w:val="0"/>
                <w:sz w:val="21"/>
              </w:rPr>
              <w:t>设计学院</w:t>
            </w:r>
          </w:p>
        </w:tc>
        <w:tc>
          <w:tcPr>
            <w:tcW w:type="dxa" w:w="1727"/>
          </w:tcPr>
          <w:p>
            <w:pPr>
              <w:spacing w:after="20" w:before="20"/>
            </w:pPr>
            <w:r/>
            <w:r>
              <w:rPr>
                <w:rFonts w:ascii="Times New Roman" w:hAnsi="Times New Roman" w:eastAsia="宋体"/>
                <w:b w:val="0"/>
                <w:sz w:val="21"/>
              </w:rPr>
              <w:t>41知识产权应用（IP形象）设计研究</w:t>
            </w:r>
          </w:p>
        </w:tc>
      </w:tr>
      <w:tr>
        <w:tc>
          <w:tcPr>
            <w:tcW w:type="dxa" w:w="1727"/>
          </w:tcPr>
          <w:p>
            <w:pPr>
              <w:spacing w:after="20" w:before="20"/>
            </w:pPr>
            <w:r/>
            <w:r>
              <w:rPr>
                <w:rFonts w:ascii="Times New Roman" w:hAnsi="Times New Roman" w:eastAsia="宋体"/>
                <w:b w:val="0"/>
                <w:sz w:val="21"/>
              </w:rPr>
              <w:t>123</w:t>
            </w:r>
          </w:p>
        </w:tc>
        <w:tc>
          <w:tcPr>
            <w:tcW w:type="dxa" w:w="1727"/>
          </w:tcPr>
          <w:p>
            <w:pPr>
              <w:spacing w:after="20" w:before="20"/>
            </w:pPr>
            <w:r/>
            <w:r>
              <w:rPr>
                <w:rFonts w:ascii="Times New Roman" w:hAnsi="Times New Roman" w:eastAsia="宋体"/>
                <w:b w:val="0"/>
                <w:sz w:val="21"/>
              </w:rPr>
              <w:t>侯明灿</w:t>
            </w:r>
          </w:p>
        </w:tc>
        <w:tc>
          <w:tcPr>
            <w:tcW w:type="dxa" w:w="1727"/>
          </w:tcPr>
          <w:p>
            <w:pPr>
              <w:spacing w:after="20" w:before="20"/>
            </w:pPr>
            <w:r/>
            <w:r>
              <w:rPr>
                <w:rFonts w:ascii="Times New Roman" w:hAnsi="Times New Roman" w:eastAsia="宋体"/>
                <w:b w:val="0"/>
                <w:sz w:val="21"/>
              </w:rPr>
              <w:t>设计学院</w:t>
            </w:r>
          </w:p>
        </w:tc>
        <w:tc>
          <w:tcPr>
            <w:tcW w:type="dxa" w:w="1727"/>
          </w:tcPr>
          <w:p>
            <w:pPr>
              <w:spacing w:after="20" w:before="20"/>
            </w:pPr>
            <w:r/>
            <w:r>
              <w:rPr>
                <w:rFonts w:ascii="Times New Roman" w:hAnsi="Times New Roman" w:eastAsia="宋体"/>
                <w:b w:val="0"/>
                <w:sz w:val="21"/>
              </w:rPr>
              <w:t>设计学院</w:t>
            </w:r>
          </w:p>
        </w:tc>
        <w:tc>
          <w:tcPr>
            <w:tcW w:type="dxa" w:w="1727"/>
          </w:tcPr>
          <w:p>
            <w:pPr>
              <w:spacing w:after="20" w:before="20"/>
            </w:pPr>
            <w:r/>
            <w:r>
              <w:rPr>
                <w:rFonts w:ascii="Times New Roman" w:hAnsi="Times New Roman" w:eastAsia="宋体"/>
                <w:b w:val="0"/>
                <w:sz w:val="21"/>
              </w:rPr>
              <w:t>42无障碍设计研究</w:t>
            </w:r>
          </w:p>
        </w:tc>
      </w:tr>
      <w:tr>
        <w:tc>
          <w:tcPr>
            <w:tcW w:type="dxa" w:w="1727"/>
          </w:tcPr>
          <w:p>
            <w:pPr>
              <w:spacing w:after="20" w:before="20"/>
            </w:pPr>
            <w:r/>
            <w:r>
              <w:rPr>
                <w:rFonts w:ascii="Times New Roman" w:hAnsi="Times New Roman" w:eastAsia="宋体"/>
                <w:b w:val="0"/>
                <w:sz w:val="21"/>
              </w:rPr>
              <w:t>124</w:t>
            </w:r>
          </w:p>
        </w:tc>
        <w:tc>
          <w:tcPr>
            <w:tcW w:type="dxa" w:w="1727"/>
          </w:tcPr>
          <w:p>
            <w:pPr>
              <w:spacing w:after="20" w:before="20"/>
            </w:pPr>
            <w:r/>
            <w:r>
              <w:rPr>
                <w:rFonts w:ascii="Times New Roman" w:hAnsi="Times New Roman" w:eastAsia="宋体"/>
                <w:b w:val="0"/>
                <w:sz w:val="21"/>
              </w:rPr>
              <w:t>丁圣哲</w:t>
            </w:r>
          </w:p>
        </w:tc>
        <w:tc>
          <w:tcPr>
            <w:tcW w:type="dxa" w:w="1727"/>
          </w:tcPr>
          <w:p>
            <w:pPr>
              <w:spacing w:after="20" w:before="20"/>
            </w:pPr>
            <w:r/>
            <w:r>
              <w:rPr>
                <w:rFonts w:ascii="Times New Roman" w:hAnsi="Times New Roman" w:eastAsia="宋体"/>
                <w:b w:val="0"/>
                <w:sz w:val="21"/>
              </w:rPr>
              <w:t>设计学院</w:t>
            </w:r>
          </w:p>
        </w:tc>
        <w:tc>
          <w:tcPr>
            <w:tcW w:type="dxa" w:w="1727"/>
          </w:tcPr>
          <w:p>
            <w:pPr>
              <w:spacing w:after="20" w:before="20"/>
            </w:pPr>
            <w:r/>
            <w:r>
              <w:rPr>
                <w:rFonts w:ascii="Times New Roman" w:hAnsi="Times New Roman" w:eastAsia="宋体"/>
                <w:b w:val="0"/>
                <w:sz w:val="21"/>
              </w:rPr>
              <w:t>设计学院</w:t>
            </w:r>
          </w:p>
        </w:tc>
        <w:tc>
          <w:tcPr>
            <w:tcW w:type="dxa" w:w="1727"/>
          </w:tcPr>
          <w:p>
            <w:pPr>
              <w:spacing w:after="20" w:before="20"/>
            </w:pPr>
            <w:r/>
            <w:r>
              <w:rPr>
                <w:rFonts w:ascii="Times New Roman" w:hAnsi="Times New Roman" w:eastAsia="宋体"/>
                <w:b w:val="0"/>
                <w:sz w:val="21"/>
              </w:rPr>
              <w:t>46首饰设计研究</w:t>
            </w:r>
          </w:p>
        </w:tc>
      </w:tr>
      <w:tr>
        <w:tc>
          <w:tcPr>
            <w:tcW w:type="dxa" w:w="1727"/>
          </w:tcPr>
          <w:p>
            <w:pPr>
              <w:spacing w:after="20" w:before="20"/>
            </w:pPr>
            <w:r/>
            <w:r>
              <w:rPr>
                <w:rFonts w:ascii="Times New Roman" w:hAnsi="Times New Roman" w:eastAsia="宋体"/>
                <w:b w:val="0"/>
                <w:sz w:val="21"/>
              </w:rPr>
              <w:t>125</w:t>
            </w:r>
          </w:p>
        </w:tc>
        <w:tc>
          <w:tcPr>
            <w:tcW w:type="dxa" w:w="1727"/>
          </w:tcPr>
          <w:p>
            <w:pPr>
              <w:spacing w:after="20" w:before="20"/>
            </w:pPr>
            <w:r/>
            <w:r>
              <w:rPr>
                <w:rFonts w:ascii="Times New Roman" w:hAnsi="Times New Roman" w:eastAsia="宋体"/>
                <w:b w:val="0"/>
                <w:sz w:val="21"/>
              </w:rPr>
              <w:t>王曼颖</w:t>
            </w:r>
          </w:p>
        </w:tc>
        <w:tc>
          <w:tcPr>
            <w:tcW w:type="dxa" w:w="1727"/>
          </w:tcPr>
          <w:p>
            <w:pPr>
              <w:spacing w:after="20" w:before="20"/>
            </w:pPr>
            <w:r/>
            <w:r>
              <w:rPr>
                <w:rFonts w:ascii="Times New Roman" w:hAnsi="Times New Roman" w:eastAsia="宋体"/>
                <w:b w:val="0"/>
                <w:sz w:val="21"/>
              </w:rPr>
              <w:t>设计学院</w:t>
            </w:r>
          </w:p>
        </w:tc>
        <w:tc>
          <w:tcPr>
            <w:tcW w:type="dxa" w:w="1727"/>
          </w:tcPr>
          <w:p>
            <w:pPr>
              <w:spacing w:after="20" w:before="20"/>
            </w:pPr>
            <w:r/>
            <w:r>
              <w:rPr>
                <w:rFonts w:ascii="Times New Roman" w:hAnsi="Times New Roman" w:eastAsia="宋体"/>
                <w:b w:val="0"/>
                <w:sz w:val="21"/>
              </w:rPr>
              <w:t>设计学院</w:t>
            </w:r>
          </w:p>
        </w:tc>
        <w:tc>
          <w:tcPr>
            <w:tcW w:type="dxa" w:w="1727"/>
          </w:tcPr>
          <w:p>
            <w:pPr>
              <w:spacing w:after="20" w:before="20"/>
            </w:pPr>
            <w:r/>
            <w:r>
              <w:rPr>
                <w:rFonts w:ascii="Times New Roman" w:hAnsi="Times New Roman" w:eastAsia="宋体"/>
                <w:b w:val="0"/>
                <w:sz w:val="21"/>
              </w:rPr>
              <w:t>47中国生活美学设计研究</w:t>
            </w:r>
          </w:p>
        </w:tc>
      </w:tr>
      <w:tr>
        <w:tc>
          <w:tcPr>
            <w:tcW w:type="dxa" w:w="1727"/>
          </w:tcPr>
          <w:p>
            <w:pPr>
              <w:spacing w:after="20" w:before="20"/>
            </w:pPr>
            <w:r/>
            <w:r>
              <w:rPr>
                <w:rFonts w:ascii="Times New Roman" w:hAnsi="Times New Roman" w:eastAsia="宋体"/>
                <w:b w:val="0"/>
                <w:sz w:val="21"/>
              </w:rPr>
              <w:t>126</w:t>
            </w:r>
          </w:p>
        </w:tc>
        <w:tc>
          <w:tcPr>
            <w:tcW w:type="dxa" w:w="1727"/>
          </w:tcPr>
          <w:p>
            <w:pPr>
              <w:spacing w:after="20" w:before="20"/>
            </w:pPr>
            <w:r/>
            <w:r>
              <w:rPr>
                <w:rFonts w:ascii="Times New Roman" w:hAnsi="Times New Roman" w:eastAsia="宋体"/>
                <w:b w:val="0"/>
                <w:sz w:val="21"/>
              </w:rPr>
              <w:t>邓雅心</w:t>
            </w:r>
          </w:p>
        </w:tc>
        <w:tc>
          <w:tcPr>
            <w:tcW w:type="dxa" w:w="1727"/>
          </w:tcPr>
          <w:p>
            <w:pPr>
              <w:spacing w:after="20" w:before="20"/>
            </w:pPr>
            <w:r/>
            <w:r>
              <w:rPr>
                <w:rFonts w:ascii="Times New Roman" w:hAnsi="Times New Roman" w:eastAsia="宋体"/>
                <w:b w:val="0"/>
                <w:sz w:val="21"/>
              </w:rPr>
              <w:t>（中法）艺术与设计管理学院</w:t>
            </w:r>
          </w:p>
        </w:tc>
        <w:tc>
          <w:tcPr>
            <w:tcW w:type="dxa" w:w="1727"/>
          </w:tcPr>
          <w:p>
            <w:pPr>
              <w:spacing w:after="20" w:before="20"/>
            </w:pPr>
            <w:r/>
            <w:r>
              <w:rPr>
                <w:rFonts w:ascii="Times New Roman" w:hAnsi="Times New Roman" w:eastAsia="宋体"/>
                <w:b w:val="0"/>
                <w:sz w:val="21"/>
              </w:rPr>
              <w:t>设计学院</w:t>
            </w:r>
          </w:p>
        </w:tc>
        <w:tc>
          <w:tcPr>
            <w:tcW w:type="dxa" w:w="1727"/>
          </w:tcPr>
          <w:p>
            <w:pPr>
              <w:spacing w:after="20" w:before="20"/>
            </w:pPr>
            <w:r/>
            <w:r>
              <w:rPr>
                <w:rFonts w:ascii="Times New Roman" w:hAnsi="Times New Roman" w:eastAsia="宋体"/>
                <w:b w:val="0"/>
                <w:sz w:val="21"/>
              </w:rPr>
              <w:t>53设计的历史与理论研究</w:t>
            </w:r>
          </w:p>
        </w:tc>
      </w:tr>
      <w:tr>
        <w:tc>
          <w:tcPr>
            <w:tcW w:type="dxa" w:w="1727"/>
          </w:tcPr>
          <w:p>
            <w:pPr>
              <w:spacing w:after="20" w:before="20"/>
            </w:pPr>
            <w:r/>
            <w:r>
              <w:rPr>
                <w:rFonts w:ascii="Times New Roman" w:hAnsi="Times New Roman" w:eastAsia="宋体"/>
                <w:b w:val="0"/>
                <w:sz w:val="21"/>
              </w:rPr>
              <w:t>127</w:t>
            </w:r>
          </w:p>
        </w:tc>
        <w:tc>
          <w:tcPr>
            <w:tcW w:type="dxa" w:w="1727"/>
          </w:tcPr>
          <w:p>
            <w:pPr>
              <w:spacing w:after="20" w:before="20"/>
            </w:pPr>
            <w:r/>
            <w:r>
              <w:rPr>
                <w:rFonts w:ascii="Times New Roman" w:hAnsi="Times New Roman" w:eastAsia="宋体"/>
                <w:b w:val="0"/>
                <w:sz w:val="21"/>
              </w:rPr>
              <w:t>洪晨毅</w:t>
            </w:r>
          </w:p>
        </w:tc>
        <w:tc>
          <w:tcPr>
            <w:tcW w:type="dxa" w:w="1727"/>
          </w:tcPr>
          <w:p>
            <w:pPr>
              <w:spacing w:after="20" w:before="20"/>
            </w:pPr>
            <w:r/>
            <w:r>
              <w:rPr>
                <w:rFonts w:ascii="Times New Roman" w:hAnsi="Times New Roman" w:eastAsia="宋体"/>
                <w:b w:val="0"/>
                <w:sz w:val="21"/>
              </w:rPr>
              <w:t>西安美术学院</w:t>
            </w:r>
          </w:p>
        </w:tc>
        <w:tc>
          <w:tcPr>
            <w:tcW w:type="dxa" w:w="1727"/>
          </w:tcPr>
          <w:p>
            <w:pPr>
              <w:spacing w:after="20" w:before="20"/>
            </w:pPr>
            <w:r/>
            <w:r>
              <w:rPr>
                <w:rFonts w:ascii="Times New Roman" w:hAnsi="Times New Roman" w:eastAsia="宋体"/>
                <w:b w:val="0"/>
                <w:sz w:val="21"/>
              </w:rPr>
              <w:t>设计学院</w:t>
            </w:r>
          </w:p>
        </w:tc>
        <w:tc>
          <w:tcPr>
            <w:tcW w:type="dxa" w:w="1727"/>
          </w:tcPr>
          <w:p>
            <w:pPr>
              <w:spacing w:after="20" w:before="20"/>
            </w:pPr>
            <w:r/>
            <w:r>
              <w:rPr>
                <w:rFonts w:ascii="Times New Roman" w:hAnsi="Times New Roman" w:eastAsia="宋体"/>
                <w:b w:val="0"/>
                <w:sz w:val="21"/>
              </w:rPr>
              <w:t>55设计与现代化理论研究</w:t>
            </w:r>
          </w:p>
        </w:tc>
      </w:tr>
      <w:tr>
        <w:tc>
          <w:tcPr>
            <w:tcW w:type="dxa" w:w="1727"/>
          </w:tcPr>
          <w:p>
            <w:pPr>
              <w:spacing w:after="20" w:before="20"/>
            </w:pPr>
            <w:r/>
            <w:r>
              <w:rPr>
                <w:rFonts w:ascii="Times New Roman" w:hAnsi="Times New Roman" w:eastAsia="宋体"/>
                <w:b w:val="0"/>
                <w:sz w:val="21"/>
              </w:rPr>
              <w:t>128</w:t>
            </w:r>
          </w:p>
        </w:tc>
        <w:tc>
          <w:tcPr>
            <w:tcW w:type="dxa" w:w="1727"/>
          </w:tcPr>
          <w:p>
            <w:pPr>
              <w:spacing w:after="20" w:before="20"/>
            </w:pPr>
            <w:r/>
            <w:r>
              <w:rPr>
                <w:rFonts w:ascii="Times New Roman" w:hAnsi="Times New Roman" w:eastAsia="宋体"/>
                <w:b w:val="0"/>
                <w:sz w:val="21"/>
              </w:rPr>
              <w:t>范传航</w:t>
            </w:r>
          </w:p>
        </w:tc>
        <w:tc>
          <w:tcPr>
            <w:tcW w:type="dxa" w:w="1727"/>
          </w:tcPr>
          <w:p>
            <w:pPr>
              <w:spacing w:after="20" w:before="20"/>
            </w:pPr>
            <w:r/>
            <w:r>
              <w:rPr>
                <w:rFonts w:ascii="Times New Roman" w:hAnsi="Times New Roman" w:eastAsia="宋体"/>
                <w:b w:val="0"/>
                <w:sz w:val="21"/>
              </w:rPr>
              <w:t>建筑学院</w:t>
            </w:r>
          </w:p>
        </w:tc>
        <w:tc>
          <w:tcPr>
            <w:tcW w:type="dxa" w:w="1727"/>
          </w:tcPr>
          <w:p>
            <w:pPr>
              <w:spacing w:after="20" w:before="20"/>
            </w:pPr>
            <w:r/>
            <w:r>
              <w:rPr>
                <w:rFonts w:ascii="Times New Roman" w:hAnsi="Times New Roman" w:eastAsia="宋体"/>
                <w:b w:val="0"/>
                <w:sz w:val="21"/>
              </w:rPr>
              <w:t>设计学院</w:t>
            </w:r>
          </w:p>
        </w:tc>
        <w:tc>
          <w:tcPr>
            <w:tcW w:type="dxa" w:w="1727"/>
          </w:tcPr>
          <w:p>
            <w:pPr>
              <w:spacing w:after="20" w:before="20"/>
            </w:pPr>
            <w:r/>
            <w:r>
              <w:rPr>
                <w:rFonts w:ascii="Times New Roman" w:hAnsi="Times New Roman" w:eastAsia="宋体"/>
                <w:b w:val="0"/>
                <w:sz w:val="21"/>
              </w:rPr>
              <w:t>54国家形象设计叙事研究</w:t>
            </w:r>
          </w:p>
        </w:tc>
      </w:tr>
      <w:tr>
        <w:tc>
          <w:tcPr>
            <w:tcW w:type="dxa" w:w="1727"/>
          </w:tcPr>
          <w:p>
            <w:pPr>
              <w:spacing w:after="20" w:before="20"/>
            </w:pPr>
            <w:r/>
            <w:r>
              <w:rPr>
                <w:rFonts w:ascii="Times New Roman" w:hAnsi="Times New Roman" w:eastAsia="宋体"/>
                <w:b w:val="0"/>
                <w:sz w:val="21"/>
              </w:rPr>
              <w:t>129</w:t>
            </w:r>
          </w:p>
        </w:tc>
        <w:tc>
          <w:tcPr>
            <w:tcW w:type="dxa" w:w="1727"/>
          </w:tcPr>
          <w:p>
            <w:pPr>
              <w:spacing w:after="20" w:before="20"/>
            </w:pPr>
            <w:r/>
            <w:r>
              <w:rPr>
                <w:rFonts w:ascii="Times New Roman" w:hAnsi="Times New Roman" w:eastAsia="宋体"/>
                <w:b w:val="0"/>
                <w:sz w:val="21"/>
              </w:rPr>
              <w:t>董含玥</w:t>
            </w:r>
          </w:p>
        </w:tc>
        <w:tc>
          <w:tcPr>
            <w:tcW w:type="dxa" w:w="1727"/>
          </w:tcPr>
          <w:p>
            <w:pPr>
              <w:spacing w:after="20" w:before="20"/>
            </w:pPr>
            <w:r/>
            <w:r>
              <w:rPr>
                <w:rFonts w:ascii="Times New Roman" w:hAnsi="Times New Roman" w:eastAsia="宋体"/>
                <w:b w:val="0"/>
                <w:sz w:val="21"/>
              </w:rPr>
              <w:t>建筑学院</w:t>
            </w:r>
          </w:p>
        </w:tc>
        <w:tc>
          <w:tcPr>
            <w:tcW w:type="dxa" w:w="1727"/>
          </w:tcPr>
          <w:p>
            <w:pPr>
              <w:spacing w:after="20" w:before="20"/>
            </w:pPr>
            <w:r/>
            <w:r>
              <w:rPr>
                <w:rFonts w:ascii="Times New Roman" w:hAnsi="Times New Roman" w:eastAsia="宋体"/>
                <w:b w:val="0"/>
                <w:sz w:val="21"/>
              </w:rPr>
              <w:t>设计学院</w:t>
            </w:r>
          </w:p>
        </w:tc>
        <w:tc>
          <w:tcPr>
            <w:tcW w:type="dxa" w:w="1727"/>
          </w:tcPr>
          <w:p>
            <w:pPr>
              <w:spacing w:after="20" w:before="20"/>
            </w:pPr>
            <w:r/>
            <w:r>
              <w:rPr>
                <w:rFonts w:ascii="Times New Roman" w:hAnsi="Times New Roman" w:eastAsia="宋体"/>
                <w:b w:val="0"/>
                <w:sz w:val="21"/>
              </w:rPr>
              <w:t>57乡村振兴设计研究</w:t>
            </w:r>
          </w:p>
        </w:tc>
      </w:tr>
      <w:tr>
        <w:tc>
          <w:tcPr>
            <w:tcW w:type="dxa" w:w="1727"/>
          </w:tcPr>
          <w:p>
            <w:pPr>
              <w:spacing w:after="20" w:before="20"/>
            </w:pPr>
            <w:r/>
            <w:r>
              <w:rPr>
                <w:rFonts w:ascii="Times New Roman" w:hAnsi="Times New Roman" w:eastAsia="宋体"/>
                <w:b w:val="0"/>
                <w:sz w:val="21"/>
              </w:rPr>
              <w:t>130</w:t>
            </w:r>
          </w:p>
        </w:tc>
        <w:tc>
          <w:tcPr>
            <w:tcW w:type="dxa" w:w="1727"/>
          </w:tcPr>
          <w:p>
            <w:pPr>
              <w:spacing w:after="20" w:before="20"/>
            </w:pPr>
            <w:r/>
            <w:r>
              <w:rPr>
                <w:rFonts w:ascii="Times New Roman" w:hAnsi="Times New Roman" w:eastAsia="宋体"/>
                <w:b w:val="0"/>
                <w:sz w:val="21"/>
              </w:rPr>
              <w:t>金艺雯</w:t>
            </w:r>
          </w:p>
        </w:tc>
        <w:tc>
          <w:tcPr>
            <w:tcW w:type="dxa" w:w="1727"/>
          </w:tcPr>
          <w:p>
            <w:pPr>
              <w:spacing w:after="20" w:before="20"/>
            </w:pPr>
            <w:r/>
            <w:r>
              <w:rPr>
                <w:rFonts w:ascii="Times New Roman" w:hAnsi="Times New Roman" w:eastAsia="宋体"/>
                <w:b w:val="0"/>
                <w:sz w:val="21"/>
              </w:rPr>
              <w:t>城市设计学院</w:t>
            </w:r>
          </w:p>
        </w:tc>
        <w:tc>
          <w:tcPr>
            <w:tcW w:type="dxa" w:w="1727"/>
          </w:tcPr>
          <w:p>
            <w:pPr>
              <w:spacing w:after="20" w:before="20"/>
            </w:pPr>
            <w:r/>
            <w:r>
              <w:rPr>
                <w:rFonts w:ascii="Times New Roman" w:hAnsi="Times New Roman" w:eastAsia="宋体"/>
                <w:b w:val="0"/>
                <w:sz w:val="21"/>
              </w:rPr>
              <w:t>城市设计学院</w:t>
            </w:r>
          </w:p>
        </w:tc>
        <w:tc>
          <w:tcPr>
            <w:tcW w:type="dxa" w:w="1727"/>
          </w:tcPr>
          <w:p>
            <w:pPr>
              <w:spacing w:after="20" w:before="20"/>
            </w:pPr>
            <w:r/>
            <w:r>
              <w:rPr>
                <w:rFonts w:ascii="Times New Roman" w:hAnsi="Times New Roman" w:eastAsia="宋体"/>
                <w:b w:val="0"/>
                <w:sz w:val="21"/>
              </w:rPr>
              <w:t>45社会创新与产品设计研究</w:t>
            </w:r>
          </w:p>
        </w:tc>
      </w:tr>
      <w:tr>
        <w:tc>
          <w:tcPr>
            <w:tcW w:type="dxa" w:w="1727"/>
          </w:tcPr>
          <w:p>
            <w:pPr>
              <w:spacing w:after="20" w:before="20"/>
            </w:pPr>
            <w:r/>
            <w:r>
              <w:rPr>
                <w:rFonts w:ascii="Times New Roman" w:hAnsi="Times New Roman" w:eastAsia="宋体"/>
                <w:b w:val="0"/>
                <w:sz w:val="21"/>
              </w:rPr>
              <w:t>131</w:t>
            </w:r>
          </w:p>
        </w:tc>
        <w:tc>
          <w:tcPr>
            <w:tcW w:type="dxa" w:w="1727"/>
          </w:tcPr>
          <w:p>
            <w:pPr>
              <w:spacing w:after="20" w:before="20"/>
            </w:pPr>
            <w:r/>
            <w:r>
              <w:rPr>
                <w:rFonts w:ascii="Times New Roman" w:hAnsi="Times New Roman" w:eastAsia="宋体"/>
                <w:b w:val="0"/>
                <w:sz w:val="21"/>
              </w:rPr>
              <w:t>彭家浩</w:t>
            </w:r>
          </w:p>
        </w:tc>
        <w:tc>
          <w:tcPr>
            <w:tcW w:type="dxa" w:w="1727"/>
          </w:tcPr>
          <w:p>
            <w:pPr>
              <w:spacing w:after="20" w:before="20"/>
            </w:pPr>
            <w:r/>
            <w:r>
              <w:rPr>
                <w:rFonts w:ascii="Times New Roman" w:hAnsi="Times New Roman" w:eastAsia="宋体"/>
                <w:b w:val="0"/>
                <w:sz w:val="21"/>
              </w:rPr>
              <w:t>城市设计学院</w:t>
            </w:r>
          </w:p>
        </w:tc>
        <w:tc>
          <w:tcPr>
            <w:tcW w:type="dxa" w:w="1727"/>
          </w:tcPr>
          <w:p>
            <w:pPr>
              <w:spacing w:after="20" w:before="20"/>
            </w:pPr>
            <w:r/>
            <w:r>
              <w:rPr>
                <w:rFonts w:ascii="Times New Roman" w:hAnsi="Times New Roman" w:eastAsia="宋体"/>
                <w:b w:val="0"/>
                <w:sz w:val="21"/>
              </w:rPr>
              <w:t>城市设计学院</w:t>
            </w:r>
          </w:p>
        </w:tc>
        <w:tc>
          <w:tcPr>
            <w:tcW w:type="dxa" w:w="1727"/>
          </w:tcPr>
          <w:p>
            <w:pPr>
              <w:spacing w:after="20" w:before="20"/>
            </w:pPr>
            <w:r/>
            <w:r>
              <w:rPr>
                <w:rFonts w:ascii="Times New Roman" w:hAnsi="Times New Roman" w:eastAsia="宋体"/>
                <w:b w:val="0"/>
                <w:sz w:val="21"/>
              </w:rPr>
              <w:t>43人工智能与数字产品设计研究</w:t>
            </w:r>
          </w:p>
        </w:tc>
      </w:tr>
      <w:tr>
        <w:tc>
          <w:tcPr>
            <w:tcW w:type="dxa" w:w="1727"/>
          </w:tcPr>
          <w:p>
            <w:pPr>
              <w:spacing w:after="20" w:before="20"/>
            </w:pPr>
            <w:r/>
            <w:r>
              <w:rPr>
                <w:rFonts w:ascii="Times New Roman" w:hAnsi="Times New Roman" w:eastAsia="宋体"/>
                <w:b w:val="0"/>
                <w:sz w:val="21"/>
              </w:rPr>
              <w:t>132</w:t>
            </w:r>
          </w:p>
        </w:tc>
        <w:tc>
          <w:tcPr>
            <w:tcW w:type="dxa" w:w="1727"/>
          </w:tcPr>
          <w:p>
            <w:pPr>
              <w:spacing w:after="20" w:before="20"/>
            </w:pPr>
            <w:r/>
            <w:r>
              <w:rPr>
                <w:rFonts w:ascii="Times New Roman" w:hAnsi="Times New Roman" w:eastAsia="宋体"/>
                <w:b w:val="0"/>
                <w:sz w:val="21"/>
              </w:rPr>
              <w:t>石凯瑄</w:t>
            </w:r>
          </w:p>
        </w:tc>
        <w:tc>
          <w:tcPr>
            <w:tcW w:type="dxa" w:w="1727"/>
          </w:tcPr>
          <w:p>
            <w:pPr>
              <w:spacing w:after="20" w:before="20"/>
            </w:pPr>
            <w:r/>
            <w:r>
              <w:rPr>
                <w:rFonts w:ascii="Times New Roman" w:hAnsi="Times New Roman" w:eastAsia="宋体"/>
                <w:b w:val="0"/>
                <w:sz w:val="21"/>
              </w:rPr>
              <w:t>城市设计学院</w:t>
            </w:r>
          </w:p>
        </w:tc>
        <w:tc>
          <w:tcPr>
            <w:tcW w:type="dxa" w:w="1727"/>
          </w:tcPr>
          <w:p>
            <w:pPr>
              <w:spacing w:after="20" w:before="20"/>
            </w:pPr>
            <w:r/>
            <w:r>
              <w:rPr>
                <w:rFonts w:ascii="Times New Roman" w:hAnsi="Times New Roman" w:eastAsia="宋体"/>
                <w:b w:val="0"/>
                <w:sz w:val="21"/>
              </w:rPr>
              <w:t>城市设计学院</w:t>
            </w:r>
          </w:p>
        </w:tc>
        <w:tc>
          <w:tcPr>
            <w:tcW w:type="dxa" w:w="1727"/>
          </w:tcPr>
          <w:p>
            <w:pPr>
              <w:spacing w:after="20" w:before="20"/>
            </w:pPr>
            <w:r/>
            <w:r>
              <w:rPr>
                <w:rFonts w:ascii="Times New Roman" w:hAnsi="Times New Roman" w:eastAsia="宋体"/>
                <w:b w:val="0"/>
                <w:sz w:val="21"/>
              </w:rPr>
              <w:t>20游戏化参与性设计研究</w:t>
            </w:r>
          </w:p>
        </w:tc>
      </w:tr>
      <w:tr>
        <w:tc>
          <w:tcPr>
            <w:tcW w:type="dxa" w:w="1727"/>
          </w:tcPr>
          <w:p>
            <w:pPr>
              <w:spacing w:after="20" w:before="20"/>
            </w:pPr>
            <w:r/>
            <w:r>
              <w:rPr>
                <w:rFonts w:ascii="Times New Roman" w:hAnsi="Times New Roman" w:eastAsia="宋体"/>
                <w:b w:val="0"/>
                <w:sz w:val="21"/>
              </w:rPr>
              <w:t>133</w:t>
            </w:r>
          </w:p>
        </w:tc>
        <w:tc>
          <w:tcPr>
            <w:tcW w:type="dxa" w:w="1727"/>
          </w:tcPr>
          <w:p>
            <w:pPr>
              <w:spacing w:after="20" w:before="20"/>
            </w:pPr>
            <w:r/>
            <w:r>
              <w:rPr>
                <w:rFonts w:ascii="Times New Roman" w:hAnsi="Times New Roman" w:eastAsia="宋体"/>
                <w:b w:val="0"/>
                <w:sz w:val="21"/>
              </w:rPr>
              <w:t>丁俊兮</w:t>
            </w:r>
          </w:p>
        </w:tc>
        <w:tc>
          <w:tcPr>
            <w:tcW w:type="dxa" w:w="1727"/>
          </w:tcPr>
          <w:p>
            <w:pPr>
              <w:spacing w:after="20" w:before="20"/>
            </w:pPr>
            <w:r/>
            <w:r>
              <w:rPr>
                <w:rFonts w:ascii="Times New Roman" w:hAnsi="Times New Roman" w:eastAsia="宋体"/>
                <w:b w:val="0"/>
                <w:sz w:val="21"/>
              </w:rPr>
              <w:t>城市设计学院</w:t>
            </w:r>
          </w:p>
        </w:tc>
        <w:tc>
          <w:tcPr>
            <w:tcW w:type="dxa" w:w="1727"/>
          </w:tcPr>
          <w:p>
            <w:pPr>
              <w:spacing w:after="20" w:before="20"/>
            </w:pPr>
            <w:r/>
            <w:r>
              <w:rPr>
                <w:rFonts w:ascii="Times New Roman" w:hAnsi="Times New Roman" w:eastAsia="宋体"/>
                <w:b w:val="0"/>
                <w:sz w:val="21"/>
              </w:rPr>
              <w:t>城市设计学院</w:t>
            </w:r>
          </w:p>
        </w:tc>
        <w:tc>
          <w:tcPr>
            <w:tcW w:type="dxa" w:w="1727"/>
          </w:tcPr>
          <w:p>
            <w:pPr>
              <w:spacing w:after="20" w:before="20"/>
            </w:pPr>
            <w:r/>
            <w:r>
              <w:rPr>
                <w:rFonts w:ascii="Times New Roman" w:hAnsi="Times New Roman" w:eastAsia="宋体"/>
                <w:b w:val="0"/>
                <w:sz w:val="21"/>
              </w:rPr>
              <w:t>33智能交互设计</w:t>
            </w:r>
          </w:p>
        </w:tc>
      </w:tr>
      <w:tr>
        <w:tc>
          <w:tcPr>
            <w:tcW w:type="dxa" w:w="1727"/>
          </w:tcPr>
          <w:p>
            <w:pPr>
              <w:spacing w:after="20" w:before="20"/>
            </w:pPr>
            <w:r/>
            <w:r>
              <w:rPr>
                <w:rFonts w:ascii="Times New Roman" w:hAnsi="Times New Roman" w:eastAsia="宋体"/>
                <w:b w:val="0"/>
                <w:sz w:val="21"/>
              </w:rPr>
              <w:t>134</w:t>
            </w:r>
          </w:p>
        </w:tc>
        <w:tc>
          <w:tcPr>
            <w:tcW w:type="dxa" w:w="1727"/>
          </w:tcPr>
          <w:p>
            <w:pPr>
              <w:spacing w:after="20" w:before="20"/>
            </w:pPr>
            <w:r/>
            <w:r>
              <w:rPr>
                <w:rFonts w:ascii="Times New Roman" w:hAnsi="Times New Roman" w:eastAsia="宋体"/>
                <w:b w:val="0"/>
                <w:sz w:val="21"/>
              </w:rPr>
              <w:t>吴徵靖</w:t>
            </w:r>
          </w:p>
        </w:tc>
        <w:tc>
          <w:tcPr>
            <w:tcW w:type="dxa" w:w="1727"/>
          </w:tcPr>
          <w:p>
            <w:pPr>
              <w:spacing w:after="20" w:before="20"/>
            </w:pPr>
            <w:r/>
            <w:r>
              <w:rPr>
                <w:rFonts w:ascii="Times New Roman" w:hAnsi="Times New Roman" w:eastAsia="宋体"/>
                <w:b w:val="0"/>
                <w:sz w:val="21"/>
              </w:rPr>
              <w:t>城市设计学院</w:t>
            </w:r>
          </w:p>
        </w:tc>
        <w:tc>
          <w:tcPr>
            <w:tcW w:type="dxa" w:w="1727"/>
          </w:tcPr>
          <w:p>
            <w:pPr>
              <w:spacing w:after="20" w:before="20"/>
            </w:pPr>
            <w:r/>
            <w:r>
              <w:rPr>
                <w:rFonts w:ascii="Times New Roman" w:hAnsi="Times New Roman" w:eastAsia="宋体"/>
                <w:b w:val="0"/>
                <w:sz w:val="21"/>
              </w:rPr>
              <w:t>城市设计学院</w:t>
            </w:r>
          </w:p>
        </w:tc>
        <w:tc>
          <w:tcPr>
            <w:tcW w:type="dxa" w:w="1727"/>
          </w:tcPr>
          <w:p>
            <w:pPr>
              <w:spacing w:after="20" w:before="20"/>
            </w:pPr>
            <w:r/>
            <w:r>
              <w:rPr>
                <w:rFonts w:ascii="Times New Roman" w:hAnsi="Times New Roman" w:eastAsia="宋体"/>
                <w:b w:val="0"/>
                <w:sz w:val="21"/>
              </w:rPr>
              <w:t>12陶瓷艺术与设计研究</w:t>
            </w:r>
          </w:p>
        </w:tc>
      </w:tr>
      <w:tr>
        <w:tc>
          <w:tcPr>
            <w:tcW w:type="dxa" w:w="1727"/>
          </w:tcPr>
          <w:p>
            <w:pPr>
              <w:spacing w:after="20" w:before="20"/>
            </w:pPr>
            <w:r/>
            <w:r>
              <w:rPr>
                <w:rFonts w:ascii="Times New Roman" w:hAnsi="Times New Roman" w:eastAsia="宋体"/>
                <w:b w:val="0"/>
                <w:sz w:val="21"/>
              </w:rPr>
              <w:t>135</w:t>
            </w:r>
          </w:p>
        </w:tc>
        <w:tc>
          <w:tcPr>
            <w:tcW w:type="dxa" w:w="1727"/>
          </w:tcPr>
          <w:p>
            <w:pPr>
              <w:spacing w:after="20" w:before="20"/>
            </w:pPr>
            <w:r/>
            <w:r>
              <w:rPr>
                <w:rFonts w:ascii="Times New Roman" w:hAnsi="Times New Roman" w:eastAsia="宋体"/>
                <w:b w:val="0"/>
                <w:sz w:val="21"/>
              </w:rPr>
              <w:t>王予含</w:t>
            </w:r>
          </w:p>
        </w:tc>
        <w:tc>
          <w:tcPr>
            <w:tcW w:type="dxa" w:w="1727"/>
          </w:tcPr>
          <w:p>
            <w:pPr>
              <w:spacing w:after="20" w:before="20"/>
            </w:pPr>
            <w:r/>
            <w:r>
              <w:rPr>
                <w:rFonts w:ascii="Times New Roman" w:hAnsi="Times New Roman" w:eastAsia="宋体"/>
                <w:b w:val="0"/>
                <w:sz w:val="21"/>
              </w:rPr>
              <w:t>城市设计学院</w:t>
            </w:r>
          </w:p>
        </w:tc>
        <w:tc>
          <w:tcPr>
            <w:tcW w:type="dxa" w:w="1727"/>
          </w:tcPr>
          <w:p>
            <w:pPr>
              <w:spacing w:after="20" w:before="20"/>
            </w:pPr>
            <w:r/>
            <w:r>
              <w:rPr>
                <w:rFonts w:ascii="Times New Roman" w:hAnsi="Times New Roman" w:eastAsia="宋体"/>
                <w:b w:val="0"/>
                <w:sz w:val="21"/>
              </w:rPr>
              <w:t>城市设计学院</w:t>
            </w:r>
          </w:p>
        </w:tc>
        <w:tc>
          <w:tcPr>
            <w:tcW w:type="dxa" w:w="1727"/>
          </w:tcPr>
          <w:p>
            <w:pPr>
              <w:spacing w:after="20" w:before="20"/>
            </w:pPr>
            <w:r/>
            <w:r>
              <w:rPr>
                <w:rFonts w:ascii="Times New Roman" w:hAnsi="Times New Roman" w:eastAsia="宋体"/>
                <w:b w:val="0"/>
                <w:sz w:val="21"/>
              </w:rPr>
              <w:t>29东方文脉与设计创新</w:t>
            </w:r>
          </w:p>
        </w:tc>
      </w:tr>
      <w:tr>
        <w:tc>
          <w:tcPr>
            <w:tcW w:type="dxa" w:w="1727"/>
          </w:tcPr>
          <w:p>
            <w:pPr>
              <w:spacing w:after="20" w:before="20"/>
            </w:pPr>
            <w:r/>
            <w:r>
              <w:rPr>
                <w:rFonts w:ascii="Times New Roman" w:hAnsi="Times New Roman" w:eastAsia="宋体"/>
                <w:b w:val="0"/>
                <w:sz w:val="21"/>
              </w:rPr>
              <w:t>136</w:t>
            </w:r>
          </w:p>
        </w:tc>
        <w:tc>
          <w:tcPr>
            <w:tcW w:type="dxa" w:w="1727"/>
          </w:tcPr>
          <w:p>
            <w:pPr>
              <w:spacing w:after="20" w:before="20"/>
            </w:pPr>
            <w:r/>
            <w:r>
              <w:rPr>
                <w:rFonts w:ascii="Times New Roman" w:hAnsi="Times New Roman" w:eastAsia="宋体"/>
                <w:b w:val="0"/>
                <w:sz w:val="21"/>
              </w:rPr>
              <w:t>郭雨鑫</w:t>
            </w:r>
          </w:p>
        </w:tc>
        <w:tc>
          <w:tcPr>
            <w:tcW w:type="dxa" w:w="1727"/>
          </w:tcPr>
          <w:p>
            <w:pPr>
              <w:spacing w:after="20" w:before="20"/>
            </w:pPr>
            <w:r/>
            <w:r>
              <w:rPr>
                <w:rFonts w:ascii="Times New Roman" w:hAnsi="Times New Roman" w:eastAsia="宋体"/>
                <w:b w:val="0"/>
                <w:sz w:val="21"/>
              </w:rPr>
              <w:t>艺术与设计管理学院</w:t>
            </w:r>
          </w:p>
        </w:tc>
        <w:tc>
          <w:tcPr>
            <w:tcW w:type="dxa" w:w="1727"/>
          </w:tcPr>
          <w:p>
            <w:pPr>
              <w:spacing w:after="20" w:before="20"/>
            </w:pPr>
            <w:r/>
            <w:r>
              <w:rPr>
                <w:rFonts w:ascii="Times New Roman" w:hAnsi="Times New Roman" w:eastAsia="宋体"/>
                <w:b w:val="0"/>
                <w:sz w:val="21"/>
              </w:rPr>
              <w:t>城市设计学院</w:t>
            </w:r>
          </w:p>
        </w:tc>
        <w:tc>
          <w:tcPr>
            <w:tcW w:type="dxa" w:w="1727"/>
          </w:tcPr>
          <w:p>
            <w:pPr>
              <w:spacing w:after="20" w:before="20"/>
            </w:pPr>
            <w:r/>
            <w:r>
              <w:rPr>
                <w:rFonts w:ascii="Times New Roman" w:hAnsi="Times New Roman" w:eastAsia="宋体"/>
                <w:b w:val="0"/>
                <w:sz w:val="21"/>
              </w:rPr>
              <w:t>52人工智能+艺术机器人表达与设计研究</w:t>
            </w:r>
          </w:p>
        </w:tc>
      </w:tr>
      <w:tr>
        <w:tc>
          <w:tcPr>
            <w:tcW w:type="dxa" w:w="1727"/>
          </w:tcPr>
          <w:p>
            <w:pPr>
              <w:spacing w:after="20" w:before="20"/>
            </w:pPr>
            <w:r/>
            <w:r>
              <w:rPr>
                <w:rFonts w:ascii="Times New Roman" w:hAnsi="Times New Roman" w:eastAsia="宋体"/>
                <w:b w:val="0"/>
                <w:sz w:val="21"/>
              </w:rPr>
              <w:t>137</w:t>
            </w:r>
          </w:p>
        </w:tc>
        <w:tc>
          <w:tcPr>
            <w:tcW w:type="dxa" w:w="1727"/>
          </w:tcPr>
          <w:p>
            <w:pPr>
              <w:spacing w:after="20" w:before="20"/>
            </w:pPr>
            <w:r/>
            <w:r>
              <w:rPr>
                <w:rFonts w:ascii="Times New Roman" w:hAnsi="Times New Roman" w:eastAsia="宋体"/>
                <w:b w:val="0"/>
                <w:sz w:val="21"/>
              </w:rPr>
              <w:t>谢夏滨</w:t>
            </w:r>
          </w:p>
        </w:tc>
        <w:tc>
          <w:tcPr>
            <w:tcW w:type="dxa" w:w="1727"/>
          </w:tcPr>
          <w:p>
            <w:pPr>
              <w:spacing w:after="20" w:before="20"/>
            </w:pPr>
            <w:r/>
            <w:r>
              <w:rPr>
                <w:rFonts w:ascii="Times New Roman" w:hAnsi="Times New Roman" w:eastAsia="宋体"/>
                <w:b w:val="0"/>
                <w:sz w:val="21"/>
              </w:rPr>
              <w:t>城市设计学院</w:t>
            </w:r>
          </w:p>
        </w:tc>
        <w:tc>
          <w:tcPr>
            <w:tcW w:type="dxa" w:w="1727"/>
          </w:tcPr>
          <w:p>
            <w:pPr>
              <w:spacing w:after="20" w:before="20"/>
            </w:pPr>
            <w:r/>
            <w:r>
              <w:rPr>
                <w:rFonts w:ascii="Times New Roman" w:hAnsi="Times New Roman" w:eastAsia="宋体"/>
                <w:b w:val="0"/>
                <w:sz w:val="21"/>
              </w:rPr>
              <w:t>城市设计学院</w:t>
            </w:r>
          </w:p>
        </w:tc>
        <w:tc>
          <w:tcPr>
            <w:tcW w:type="dxa" w:w="1727"/>
          </w:tcPr>
          <w:p>
            <w:pPr>
              <w:spacing w:after="20" w:before="20"/>
            </w:pPr>
            <w:r/>
            <w:r>
              <w:rPr>
                <w:rFonts w:ascii="Times New Roman" w:hAnsi="Times New Roman" w:eastAsia="宋体"/>
                <w:b w:val="0"/>
                <w:sz w:val="21"/>
              </w:rPr>
              <w:t>36城市品牌设计研究</w:t>
            </w:r>
          </w:p>
        </w:tc>
      </w:tr>
      <w:tr>
        <w:tc>
          <w:tcPr>
            <w:tcW w:type="dxa" w:w="1727"/>
          </w:tcPr>
          <w:p>
            <w:pPr>
              <w:spacing w:after="20" w:before="20"/>
            </w:pPr>
            <w:r/>
            <w:r>
              <w:rPr>
                <w:rFonts w:ascii="Times New Roman" w:hAnsi="Times New Roman" w:eastAsia="宋体"/>
                <w:b w:val="0"/>
                <w:sz w:val="21"/>
              </w:rPr>
              <w:t>138</w:t>
            </w:r>
          </w:p>
        </w:tc>
        <w:tc>
          <w:tcPr>
            <w:tcW w:type="dxa" w:w="1727"/>
          </w:tcPr>
          <w:p>
            <w:pPr>
              <w:spacing w:after="20" w:before="20"/>
            </w:pPr>
            <w:r/>
            <w:r>
              <w:rPr>
                <w:rFonts w:ascii="Times New Roman" w:hAnsi="Times New Roman" w:eastAsia="宋体"/>
                <w:b w:val="0"/>
                <w:sz w:val="21"/>
              </w:rPr>
              <w:t>张璐瑶</w:t>
            </w:r>
          </w:p>
        </w:tc>
        <w:tc>
          <w:tcPr>
            <w:tcW w:type="dxa" w:w="1727"/>
          </w:tcPr>
          <w:p>
            <w:pPr>
              <w:spacing w:after="20" w:before="20"/>
            </w:pPr>
            <w:r/>
            <w:r>
              <w:rPr>
                <w:rFonts w:ascii="Times New Roman" w:hAnsi="Times New Roman" w:eastAsia="宋体"/>
                <w:b w:val="0"/>
                <w:sz w:val="21"/>
              </w:rPr>
              <w:t>城市设计学院</w:t>
            </w:r>
          </w:p>
        </w:tc>
        <w:tc>
          <w:tcPr>
            <w:tcW w:type="dxa" w:w="1727"/>
          </w:tcPr>
          <w:p>
            <w:pPr>
              <w:spacing w:after="20" w:before="20"/>
            </w:pPr>
            <w:r/>
            <w:r>
              <w:rPr>
                <w:rFonts w:ascii="Times New Roman" w:hAnsi="Times New Roman" w:eastAsia="宋体"/>
                <w:b w:val="0"/>
                <w:sz w:val="21"/>
              </w:rPr>
              <w:t>城市设计学院</w:t>
            </w:r>
          </w:p>
        </w:tc>
        <w:tc>
          <w:tcPr>
            <w:tcW w:type="dxa" w:w="1727"/>
          </w:tcPr>
          <w:p>
            <w:pPr>
              <w:spacing w:after="20" w:before="20"/>
            </w:pPr>
            <w:r/>
            <w:r>
              <w:rPr>
                <w:rFonts w:ascii="Times New Roman" w:hAnsi="Times New Roman" w:eastAsia="宋体"/>
                <w:b w:val="0"/>
                <w:sz w:val="21"/>
              </w:rPr>
              <w:t>46沉浸式数智文旅视觉传播设计</w:t>
            </w:r>
          </w:p>
        </w:tc>
      </w:tr>
      <w:tr>
        <w:tc>
          <w:tcPr>
            <w:tcW w:type="dxa" w:w="1727"/>
          </w:tcPr>
          <w:p>
            <w:pPr>
              <w:spacing w:after="20" w:before="20"/>
            </w:pPr>
            <w:r/>
            <w:r>
              <w:rPr>
                <w:rFonts w:ascii="Times New Roman" w:hAnsi="Times New Roman" w:eastAsia="宋体"/>
                <w:b w:val="0"/>
                <w:sz w:val="21"/>
              </w:rPr>
              <w:t>139</w:t>
            </w:r>
          </w:p>
        </w:tc>
        <w:tc>
          <w:tcPr>
            <w:tcW w:type="dxa" w:w="1727"/>
          </w:tcPr>
          <w:p>
            <w:pPr>
              <w:spacing w:after="20" w:before="20"/>
            </w:pPr>
            <w:r/>
            <w:r>
              <w:rPr>
                <w:rFonts w:ascii="Times New Roman" w:hAnsi="Times New Roman" w:eastAsia="宋体"/>
                <w:b w:val="0"/>
                <w:sz w:val="21"/>
              </w:rPr>
              <w:t>刘姿彤</w:t>
            </w:r>
          </w:p>
        </w:tc>
        <w:tc>
          <w:tcPr>
            <w:tcW w:type="dxa" w:w="1727"/>
          </w:tcPr>
          <w:p>
            <w:pPr>
              <w:spacing w:after="20" w:before="20"/>
            </w:pPr>
            <w:r/>
            <w:r>
              <w:rPr>
                <w:rFonts w:ascii="Times New Roman" w:hAnsi="Times New Roman" w:eastAsia="宋体"/>
                <w:b w:val="0"/>
                <w:sz w:val="21"/>
              </w:rPr>
              <w:t>城市设计学院</w:t>
            </w:r>
          </w:p>
        </w:tc>
        <w:tc>
          <w:tcPr>
            <w:tcW w:type="dxa" w:w="1727"/>
          </w:tcPr>
          <w:p>
            <w:pPr>
              <w:spacing w:after="20" w:before="20"/>
            </w:pPr>
            <w:r/>
            <w:r>
              <w:rPr>
                <w:rFonts w:ascii="Times New Roman" w:hAnsi="Times New Roman" w:eastAsia="宋体"/>
                <w:b w:val="0"/>
                <w:sz w:val="21"/>
              </w:rPr>
              <w:t>城市设计学院</w:t>
            </w:r>
          </w:p>
        </w:tc>
        <w:tc>
          <w:tcPr>
            <w:tcW w:type="dxa" w:w="1727"/>
          </w:tcPr>
          <w:p>
            <w:pPr>
              <w:spacing w:after="20" w:before="20"/>
            </w:pPr>
            <w:r/>
            <w:r>
              <w:rPr>
                <w:rFonts w:ascii="Times New Roman" w:hAnsi="Times New Roman" w:eastAsia="宋体"/>
                <w:b w:val="0"/>
                <w:sz w:val="21"/>
              </w:rPr>
              <w:t>19地域性设计研究与实践</w:t>
            </w:r>
          </w:p>
        </w:tc>
      </w:tr>
      <w:tr>
        <w:tc>
          <w:tcPr>
            <w:tcW w:type="dxa" w:w="1727"/>
          </w:tcPr>
          <w:p>
            <w:pPr>
              <w:spacing w:after="20" w:before="20"/>
            </w:pPr>
            <w:r/>
            <w:r>
              <w:rPr>
                <w:rFonts w:ascii="Times New Roman" w:hAnsi="Times New Roman" w:eastAsia="宋体"/>
                <w:b w:val="0"/>
                <w:sz w:val="21"/>
              </w:rPr>
              <w:t>140</w:t>
            </w:r>
          </w:p>
        </w:tc>
        <w:tc>
          <w:tcPr>
            <w:tcW w:type="dxa" w:w="1727"/>
          </w:tcPr>
          <w:p>
            <w:pPr>
              <w:spacing w:after="20" w:before="20"/>
            </w:pPr>
            <w:r/>
            <w:r>
              <w:rPr>
                <w:rFonts w:ascii="Times New Roman" w:hAnsi="Times New Roman" w:eastAsia="宋体"/>
                <w:b w:val="0"/>
                <w:sz w:val="21"/>
              </w:rPr>
              <w:t>陈晋生</w:t>
            </w:r>
          </w:p>
        </w:tc>
        <w:tc>
          <w:tcPr>
            <w:tcW w:type="dxa" w:w="1727"/>
          </w:tcPr>
          <w:p>
            <w:pPr>
              <w:spacing w:after="20" w:before="20"/>
            </w:pPr>
            <w:r/>
            <w:r>
              <w:rPr>
                <w:rFonts w:ascii="Times New Roman" w:hAnsi="Times New Roman" w:eastAsia="宋体"/>
                <w:b w:val="0"/>
                <w:sz w:val="21"/>
              </w:rPr>
              <w:t>城市设计学院</w:t>
            </w:r>
          </w:p>
        </w:tc>
        <w:tc>
          <w:tcPr>
            <w:tcW w:type="dxa" w:w="1727"/>
          </w:tcPr>
          <w:p>
            <w:pPr>
              <w:spacing w:after="20" w:before="20"/>
            </w:pPr>
            <w:r/>
            <w:r>
              <w:rPr>
                <w:rFonts w:ascii="Times New Roman" w:hAnsi="Times New Roman" w:eastAsia="宋体"/>
                <w:b w:val="0"/>
                <w:sz w:val="21"/>
              </w:rPr>
              <w:t>城市设计学院</w:t>
            </w:r>
          </w:p>
        </w:tc>
        <w:tc>
          <w:tcPr>
            <w:tcW w:type="dxa" w:w="1727"/>
          </w:tcPr>
          <w:p>
            <w:pPr>
              <w:spacing w:after="20" w:before="20"/>
            </w:pPr>
            <w:r/>
            <w:r>
              <w:rPr>
                <w:rFonts w:ascii="Times New Roman" w:hAnsi="Times New Roman" w:eastAsia="宋体"/>
                <w:b w:val="0"/>
                <w:sz w:val="21"/>
              </w:rPr>
              <w:t>40产业化设计研究</w:t>
            </w:r>
          </w:p>
        </w:tc>
      </w:tr>
      <w:tr>
        <w:tc>
          <w:tcPr>
            <w:tcW w:type="dxa" w:w="1727"/>
          </w:tcPr>
          <w:p>
            <w:pPr>
              <w:spacing w:after="20" w:before="20"/>
            </w:pPr>
            <w:r/>
            <w:r>
              <w:rPr>
                <w:rFonts w:ascii="Times New Roman" w:hAnsi="Times New Roman" w:eastAsia="宋体"/>
                <w:b w:val="0"/>
                <w:sz w:val="21"/>
              </w:rPr>
              <w:t>141</w:t>
            </w:r>
          </w:p>
        </w:tc>
        <w:tc>
          <w:tcPr>
            <w:tcW w:type="dxa" w:w="1727"/>
          </w:tcPr>
          <w:p>
            <w:pPr>
              <w:spacing w:after="20" w:before="20"/>
            </w:pPr>
            <w:r/>
            <w:r>
              <w:rPr>
                <w:rFonts w:ascii="Times New Roman" w:hAnsi="Times New Roman" w:eastAsia="宋体"/>
                <w:b w:val="0"/>
                <w:sz w:val="21"/>
              </w:rPr>
              <w:t>郭悦</w:t>
            </w:r>
          </w:p>
        </w:tc>
        <w:tc>
          <w:tcPr>
            <w:tcW w:type="dxa" w:w="1727"/>
          </w:tcPr>
          <w:p>
            <w:pPr>
              <w:spacing w:after="20" w:before="20"/>
            </w:pPr>
            <w:r/>
            <w:r>
              <w:rPr>
                <w:rFonts w:ascii="Times New Roman" w:hAnsi="Times New Roman" w:eastAsia="宋体"/>
                <w:b w:val="0"/>
                <w:sz w:val="21"/>
              </w:rPr>
              <w:t>城市设计学院</w:t>
            </w:r>
          </w:p>
        </w:tc>
        <w:tc>
          <w:tcPr>
            <w:tcW w:type="dxa" w:w="1727"/>
          </w:tcPr>
          <w:p>
            <w:pPr>
              <w:spacing w:after="20" w:before="20"/>
            </w:pPr>
            <w:r/>
            <w:r>
              <w:rPr>
                <w:rFonts w:ascii="Times New Roman" w:hAnsi="Times New Roman" w:eastAsia="宋体"/>
                <w:b w:val="0"/>
                <w:sz w:val="21"/>
              </w:rPr>
              <w:t>城市设计学院</w:t>
            </w:r>
          </w:p>
        </w:tc>
        <w:tc>
          <w:tcPr>
            <w:tcW w:type="dxa" w:w="1727"/>
          </w:tcPr>
          <w:p>
            <w:pPr>
              <w:spacing w:after="20" w:before="20"/>
            </w:pPr>
            <w:r/>
            <w:r>
              <w:rPr>
                <w:rFonts w:ascii="Times New Roman" w:hAnsi="Times New Roman" w:eastAsia="宋体"/>
                <w:b w:val="0"/>
                <w:sz w:val="21"/>
              </w:rPr>
              <w:t>10产品设计研究（家居）</w:t>
            </w:r>
          </w:p>
        </w:tc>
      </w:tr>
      <w:tr>
        <w:tc>
          <w:tcPr>
            <w:tcW w:type="dxa" w:w="1727"/>
          </w:tcPr>
          <w:p>
            <w:pPr>
              <w:spacing w:after="20" w:before="20"/>
            </w:pPr>
            <w:r/>
            <w:r>
              <w:rPr>
                <w:rFonts w:ascii="Times New Roman" w:hAnsi="Times New Roman" w:eastAsia="宋体"/>
                <w:b w:val="0"/>
                <w:sz w:val="21"/>
              </w:rPr>
              <w:t>142</w:t>
            </w:r>
          </w:p>
        </w:tc>
        <w:tc>
          <w:tcPr>
            <w:tcW w:type="dxa" w:w="1727"/>
          </w:tcPr>
          <w:p>
            <w:pPr>
              <w:spacing w:after="20" w:before="20"/>
            </w:pPr>
            <w:r/>
            <w:r>
              <w:rPr>
                <w:rFonts w:ascii="Times New Roman" w:hAnsi="Times New Roman" w:eastAsia="宋体"/>
                <w:b w:val="0"/>
                <w:sz w:val="21"/>
              </w:rPr>
              <w:t>薛俊杰</w:t>
            </w:r>
          </w:p>
        </w:tc>
        <w:tc>
          <w:tcPr>
            <w:tcW w:type="dxa" w:w="1727"/>
          </w:tcPr>
          <w:p>
            <w:pPr>
              <w:spacing w:after="20" w:before="20"/>
            </w:pPr>
            <w:r/>
            <w:r>
              <w:rPr>
                <w:rFonts w:ascii="Times New Roman" w:hAnsi="Times New Roman" w:eastAsia="宋体"/>
                <w:b w:val="0"/>
                <w:sz w:val="21"/>
              </w:rPr>
              <w:t>城市设计学院</w:t>
            </w:r>
          </w:p>
        </w:tc>
        <w:tc>
          <w:tcPr>
            <w:tcW w:type="dxa" w:w="1727"/>
          </w:tcPr>
          <w:p>
            <w:pPr>
              <w:spacing w:after="20" w:before="20"/>
            </w:pPr>
            <w:r/>
            <w:r>
              <w:rPr>
                <w:rFonts w:ascii="Times New Roman" w:hAnsi="Times New Roman" w:eastAsia="宋体"/>
                <w:b w:val="0"/>
                <w:sz w:val="21"/>
              </w:rPr>
              <w:t>城市设计学院</w:t>
            </w:r>
          </w:p>
        </w:tc>
        <w:tc>
          <w:tcPr>
            <w:tcW w:type="dxa" w:w="1727"/>
          </w:tcPr>
          <w:p>
            <w:pPr>
              <w:spacing w:after="20" w:before="20"/>
            </w:pPr>
            <w:r/>
            <w:r>
              <w:rPr>
                <w:rFonts w:ascii="Times New Roman" w:hAnsi="Times New Roman" w:eastAsia="宋体"/>
                <w:b w:val="0"/>
                <w:sz w:val="21"/>
              </w:rPr>
              <w:t>50科技赋能非遗传播实践研究</w:t>
            </w:r>
          </w:p>
        </w:tc>
      </w:tr>
      <w:tr>
        <w:tc>
          <w:tcPr>
            <w:tcW w:type="dxa" w:w="1727"/>
          </w:tcPr>
          <w:p>
            <w:pPr>
              <w:spacing w:after="20" w:before="20"/>
            </w:pPr>
            <w:r/>
            <w:r>
              <w:rPr>
                <w:rFonts w:ascii="Times New Roman" w:hAnsi="Times New Roman" w:eastAsia="宋体"/>
                <w:b w:val="0"/>
                <w:sz w:val="21"/>
              </w:rPr>
              <w:t>143</w:t>
            </w:r>
          </w:p>
        </w:tc>
        <w:tc>
          <w:tcPr>
            <w:tcW w:type="dxa" w:w="1727"/>
          </w:tcPr>
          <w:p>
            <w:pPr>
              <w:spacing w:after="20" w:before="20"/>
            </w:pPr>
            <w:r/>
            <w:r>
              <w:rPr>
                <w:rFonts w:ascii="Times New Roman" w:hAnsi="Times New Roman" w:eastAsia="宋体"/>
                <w:b w:val="0"/>
                <w:sz w:val="21"/>
              </w:rPr>
              <w:t>罗英杰</w:t>
            </w:r>
          </w:p>
        </w:tc>
        <w:tc>
          <w:tcPr>
            <w:tcW w:type="dxa" w:w="1727"/>
          </w:tcPr>
          <w:p>
            <w:pPr>
              <w:spacing w:after="20" w:before="20"/>
            </w:pPr>
            <w:r/>
            <w:r>
              <w:rPr>
                <w:rFonts w:ascii="Times New Roman" w:hAnsi="Times New Roman" w:eastAsia="宋体"/>
                <w:b w:val="0"/>
                <w:sz w:val="21"/>
              </w:rPr>
              <w:t>城市设计学院</w:t>
            </w:r>
          </w:p>
        </w:tc>
        <w:tc>
          <w:tcPr>
            <w:tcW w:type="dxa" w:w="1727"/>
          </w:tcPr>
          <w:p>
            <w:pPr>
              <w:spacing w:after="20" w:before="20"/>
            </w:pPr>
            <w:r/>
            <w:r>
              <w:rPr>
                <w:rFonts w:ascii="Times New Roman" w:hAnsi="Times New Roman" w:eastAsia="宋体"/>
                <w:b w:val="0"/>
                <w:sz w:val="21"/>
              </w:rPr>
              <w:t>城市设计学院</w:t>
            </w:r>
          </w:p>
        </w:tc>
        <w:tc>
          <w:tcPr>
            <w:tcW w:type="dxa" w:w="1727"/>
          </w:tcPr>
          <w:p>
            <w:pPr>
              <w:spacing w:after="20" w:before="20"/>
            </w:pPr>
            <w:r/>
            <w:r>
              <w:rPr>
                <w:rFonts w:ascii="Times New Roman" w:hAnsi="Times New Roman" w:eastAsia="宋体"/>
                <w:b w:val="0"/>
                <w:sz w:val="21"/>
              </w:rPr>
              <w:t>22人工智能与城市景观设计研究</w:t>
            </w:r>
          </w:p>
        </w:tc>
      </w:tr>
      <w:tr>
        <w:tc>
          <w:tcPr>
            <w:tcW w:type="dxa" w:w="1727"/>
          </w:tcPr>
          <w:p>
            <w:pPr>
              <w:spacing w:after="20" w:before="20"/>
            </w:pPr>
            <w:r/>
            <w:r>
              <w:rPr>
                <w:rFonts w:ascii="Times New Roman" w:hAnsi="Times New Roman" w:eastAsia="宋体"/>
                <w:b w:val="0"/>
                <w:sz w:val="21"/>
              </w:rPr>
              <w:t>144</w:t>
            </w:r>
          </w:p>
        </w:tc>
        <w:tc>
          <w:tcPr>
            <w:tcW w:type="dxa" w:w="1727"/>
          </w:tcPr>
          <w:p>
            <w:pPr>
              <w:spacing w:after="20" w:before="20"/>
            </w:pPr>
            <w:r/>
            <w:r>
              <w:rPr>
                <w:rFonts w:ascii="Times New Roman" w:hAnsi="Times New Roman" w:eastAsia="宋体"/>
                <w:b w:val="0"/>
                <w:sz w:val="21"/>
              </w:rPr>
              <w:t>姚宜辰</w:t>
            </w:r>
          </w:p>
        </w:tc>
        <w:tc>
          <w:tcPr>
            <w:tcW w:type="dxa" w:w="1727"/>
          </w:tcPr>
          <w:p>
            <w:pPr>
              <w:spacing w:after="20" w:before="20"/>
            </w:pPr>
            <w:r/>
            <w:r>
              <w:rPr>
                <w:rFonts w:ascii="Times New Roman" w:hAnsi="Times New Roman" w:eastAsia="宋体"/>
                <w:b w:val="0"/>
                <w:sz w:val="21"/>
              </w:rPr>
              <w:t>城市设计学院</w:t>
            </w:r>
          </w:p>
        </w:tc>
        <w:tc>
          <w:tcPr>
            <w:tcW w:type="dxa" w:w="1727"/>
          </w:tcPr>
          <w:p>
            <w:pPr>
              <w:spacing w:after="20" w:before="20"/>
            </w:pPr>
            <w:r/>
            <w:r>
              <w:rPr>
                <w:rFonts w:ascii="Times New Roman" w:hAnsi="Times New Roman" w:eastAsia="宋体"/>
                <w:b w:val="0"/>
                <w:sz w:val="21"/>
              </w:rPr>
              <w:t>城市设计学院</w:t>
            </w:r>
          </w:p>
        </w:tc>
        <w:tc>
          <w:tcPr>
            <w:tcW w:type="dxa" w:w="1727"/>
          </w:tcPr>
          <w:p>
            <w:pPr>
              <w:spacing w:after="20" w:before="20"/>
            </w:pPr>
            <w:r/>
            <w:r>
              <w:rPr>
                <w:rFonts w:ascii="Times New Roman" w:hAnsi="Times New Roman" w:eastAsia="宋体"/>
                <w:b w:val="0"/>
                <w:sz w:val="21"/>
              </w:rPr>
              <w:t>08体验设计研究</w:t>
            </w:r>
          </w:p>
        </w:tc>
      </w:tr>
      <w:tr>
        <w:tc>
          <w:tcPr>
            <w:tcW w:type="dxa" w:w="1727"/>
          </w:tcPr>
          <w:p>
            <w:pPr>
              <w:spacing w:after="20" w:before="20"/>
            </w:pPr>
            <w:r/>
            <w:r>
              <w:rPr>
                <w:rFonts w:ascii="Times New Roman" w:hAnsi="Times New Roman" w:eastAsia="宋体"/>
                <w:b w:val="0"/>
                <w:sz w:val="21"/>
              </w:rPr>
              <w:t>145</w:t>
            </w:r>
          </w:p>
        </w:tc>
        <w:tc>
          <w:tcPr>
            <w:tcW w:type="dxa" w:w="1727"/>
          </w:tcPr>
          <w:p>
            <w:pPr>
              <w:spacing w:after="20" w:before="20"/>
            </w:pPr>
            <w:r/>
            <w:r>
              <w:rPr>
                <w:rFonts w:ascii="Times New Roman" w:hAnsi="Times New Roman" w:eastAsia="宋体"/>
                <w:b w:val="0"/>
                <w:sz w:val="21"/>
              </w:rPr>
              <w:t>张蛰秀</w:t>
            </w:r>
          </w:p>
        </w:tc>
        <w:tc>
          <w:tcPr>
            <w:tcW w:type="dxa" w:w="1727"/>
          </w:tcPr>
          <w:p>
            <w:pPr>
              <w:spacing w:after="20" w:before="20"/>
            </w:pPr>
            <w:r/>
            <w:r>
              <w:rPr>
                <w:rFonts w:ascii="Times New Roman" w:hAnsi="Times New Roman" w:eastAsia="宋体"/>
                <w:b w:val="0"/>
                <w:sz w:val="21"/>
              </w:rPr>
              <w:t>城市设计学院</w:t>
            </w:r>
          </w:p>
        </w:tc>
        <w:tc>
          <w:tcPr>
            <w:tcW w:type="dxa" w:w="1727"/>
          </w:tcPr>
          <w:p>
            <w:pPr>
              <w:spacing w:after="20" w:before="20"/>
            </w:pPr>
            <w:r/>
            <w:r>
              <w:rPr>
                <w:rFonts w:ascii="Times New Roman" w:hAnsi="Times New Roman" w:eastAsia="宋体"/>
                <w:b w:val="0"/>
                <w:sz w:val="21"/>
              </w:rPr>
              <w:t>城市设计学院</w:t>
            </w:r>
          </w:p>
        </w:tc>
        <w:tc>
          <w:tcPr>
            <w:tcW w:type="dxa" w:w="1727"/>
          </w:tcPr>
          <w:p>
            <w:pPr>
              <w:spacing w:after="20" w:before="20"/>
            </w:pPr>
            <w:r/>
            <w:r>
              <w:rPr>
                <w:rFonts w:ascii="Times New Roman" w:hAnsi="Times New Roman" w:eastAsia="宋体"/>
                <w:b w:val="0"/>
                <w:sz w:val="21"/>
              </w:rPr>
              <w:t>05公共艺术研究</w:t>
            </w:r>
          </w:p>
        </w:tc>
      </w:tr>
      <w:tr>
        <w:tc>
          <w:tcPr>
            <w:tcW w:type="dxa" w:w="1727"/>
          </w:tcPr>
          <w:p>
            <w:pPr>
              <w:spacing w:after="20" w:before="20"/>
            </w:pPr>
            <w:r/>
            <w:r>
              <w:rPr>
                <w:rFonts w:ascii="Times New Roman" w:hAnsi="Times New Roman" w:eastAsia="宋体"/>
                <w:b w:val="0"/>
                <w:sz w:val="21"/>
              </w:rPr>
              <w:t>146</w:t>
            </w:r>
          </w:p>
        </w:tc>
        <w:tc>
          <w:tcPr>
            <w:tcW w:type="dxa" w:w="1727"/>
          </w:tcPr>
          <w:p>
            <w:pPr>
              <w:spacing w:after="20" w:before="20"/>
            </w:pPr>
            <w:r/>
            <w:r>
              <w:rPr>
                <w:rFonts w:ascii="Times New Roman" w:hAnsi="Times New Roman" w:eastAsia="宋体"/>
                <w:b w:val="0"/>
                <w:sz w:val="21"/>
              </w:rPr>
              <w:t>张菡晨</w:t>
            </w:r>
          </w:p>
        </w:tc>
        <w:tc>
          <w:tcPr>
            <w:tcW w:type="dxa" w:w="1727"/>
          </w:tcPr>
          <w:p>
            <w:pPr>
              <w:spacing w:after="20" w:before="20"/>
            </w:pPr>
            <w:r/>
            <w:r>
              <w:rPr>
                <w:rFonts w:ascii="Times New Roman" w:hAnsi="Times New Roman" w:eastAsia="宋体"/>
                <w:b w:val="0"/>
                <w:sz w:val="21"/>
              </w:rPr>
              <w:t>城市设计学院</w:t>
            </w:r>
          </w:p>
        </w:tc>
        <w:tc>
          <w:tcPr>
            <w:tcW w:type="dxa" w:w="1727"/>
          </w:tcPr>
          <w:p>
            <w:pPr>
              <w:spacing w:after="20" w:before="20"/>
            </w:pPr>
            <w:r/>
            <w:r>
              <w:rPr>
                <w:rFonts w:ascii="Times New Roman" w:hAnsi="Times New Roman" w:eastAsia="宋体"/>
                <w:b w:val="0"/>
                <w:sz w:val="21"/>
              </w:rPr>
              <w:t>城市设计学院</w:t>
            </w:r>
          </w:p>
        </w:tc>
        <w:tc>
          <w:tcPr>
            <w:tcW w:type="dxa" w:w="1727"/>
          </w:tcPr>
          <w:p>
            <w:pPr>
              <w:spacing w:after="20" w:before="20"/>
            </w:pPr>
            <w:r/>
            <w:r>
              <w:rPr>
                <w:rFonts w:ascii="Times New Roman" w:hAnsi="Times New Roman" w:eastAsia="宋体"/>
                <w:b w:val="0"/>
                <w:sz w:val="21"/>
              </w:rPr>
              <w:t>28场景城市设计</w:t>
            </w:r>
          </w:p>
        </w:tc>
      </w:tr>
      <w:tr>
        <w:tc>
          <w:tcPr>
            <w:tcW w:type="dxa" w:w="1727"/>
          </w:tcPr>
          <w:p>
            <w:pPr>
              <w:spacing w:after="20" w:before="20"/>
            </w:pPr>
            <w:r/>
            <w:r>
              <w:rPr>
                <w:rFonts w:ascii="Times New Roman" w:hAnsi="Times New Roman" w:eastAsia="宋体"/>
                <w:b w:val="0"/>
                <w:sz w:val="21"/>
              </w:rPr>
              <w:t>147</w:t>
            </w:r>
          </w:p>
        </w:tc>
        <w:tc>
          <w:tcPr>
            <w:tcW w:type="dxa" w:w="1727"/>
          </w:tcPr>
          <w:p>
            <w:pPr>
              <w:spacing w:after="20" w:before="20"/>
            </w:pPr>
            <w:r/>
            <w:r>
              <w:rPr>
                <w:rFonts w:ascii="Times New Roman" w:hAnsi="Times New Roman" w:eastAsia="宋体"/>
                <w:b w:val="0"/>
                <w:sz w:val="21"/>
              </w:rPr>
              <w:t>闫梦薇</w:t>
            </w:r>
          </w:p>
        </w:tc>
        <w:tc>
          <w:tcPr>
            <w:tcW w:type="dxa" w:w="1727"/>
          </w:tcPr>
          <w:p>
            <w:pPr>
              <w:spacing w:after="20" w:before="20"/>
            </w:pPr>
            <w:r/>
            <w:r>
              <w:rPr>
                <w:rFonts w:ascii="Times New Roman" w:hAnsi="Times New Roman" w:eastAsia="宋体"/>
                <w:b w:val="0"/>
                <w:sz w:val="21"/>
              </w:rPr>
              <w:t>艺术与设计管理学院</w:t>
            </w:r>
          </w:p>
        </w:tc>
        <w:tc>
          <w:tcPr>
            <w:tcW w:type="dxa" w:w="1727"/>
          </w:tcPr>
          <w:p>
            <w:pPr>
              <w:spacing w:after="20" w:before="20"/>
            </w:pPr>
            <w:r/>
            <w:r>
              <w:rPr>
                <w:rFonts w:ascii="Times New Roman" w:hAnsi="Times New Roman" w:eastAsia="宋体"/>
                <w:b w:val="0"/>
                <w:sz w:val="21"/>
              </w:rPr>
              <w:t>城市设计学院</w:t>
            </w:r>
          </w:p>
        </w:tc>
        <w:tc>
          <w:tcPr>
            <w:tcW w:type="dxa" w:w="1727"/>
          </w:tcPr>
          <w:p>
            <w:pPr>
              <w:spacing w:after="20" w:before="20"/>
            </w:pPr>
            <w:r/>
            <w:r>
              <w:rPr>
                <w:rFonts w:ascii="Times New Roman" w:hAnsi="Times New Roman" w:eastAsia="宋体"/>
                <w:b w:val="0"/>
                <w:sz w:val="21"/>
              </w:rPr>
              <w:t>35城市形态研究</w:t>
            </w:r>
          </w:p>
        </w:tc>
      </w:tr>
      <w:tr>
        <w:tc>
          <w:tcPr>
            <w:tcW w:type="dxa" w:w="1727"/>
          </w:tcPr>
          <w:p>
            <w:pPr>
              <w:spacing w:after="20" w:before="20"/>
            </w:pPr>
            <w:r/>
            <w:r>
              <w:rPr>
                <w:rFonts w:ascii="Times New Roman" w:hAnsi="Times New Roman" w:eastAsia="宋体"/>
                <w:b w:val="0"/>
                <w:sz w:val="21"/>
              </w:rPr>
              <w:t>148</w:t>
            </w:r>
          </w:p>
        </w:tc>
        <w:tc>
          <w:tcPr>
            <w:tcW w:type="dxa" w:w="1727"/>
          </w:tcPr>
          <w:p>
            <w:pPr>
              <w:spacing w:after="20" w:before="20"/>
            </w:pPr>
            <w:r/>
            <w:r>
              <w:rPr>
                <w:rFonts w:ascii="Times New Roman" w:hAnsi="Times New Roman" w:eastAsia="宋体"/>
                <w:b w:val="0"/>
                <w:sz w:val="21"/>
              </w:rPr>
              <w:t>贾泽庭</w:t>
            </w:r>
          </w:p>
        </w:tc>
        <w:tc>
          <w:tcPr>
            <w:tcW w:type="dxa" w:w="1727"/>
          </w:tcPr>
          <w:p>
            <w:pPr>
              <w:spacing w:after="20" w:before="20"/>
            </w:pPr>
            <w:r/>
            <w:r>
              <w:rPr>
                <w:rFonts w:ascii="Times New Roman" w:hAnsi="Times New Roman" w:eastAsia="宋体"/>
                <w:b w:val="0"/>
                <w:sz w:val="21"/>
              </w:rPr>
              <w:t>城市设计学院</w:t>
            </w:r>
          </w:p>
        </w:tc>
        <w:tc>
          <w:tcPr>
            <w:tcW w:type="dxa" w:w="1727"/>
          </w:tcPr>
          <w:p>
            <w:pPr>
              <w:spacing w:after="20" w:before="20"/>
            </w:pPr>
            <w:r/>
            <w:r>
              <w:rPr>
                <w:rFonts w:ascii="Times New Roman" w:hAnsi="Times New Roman" w:eastAsia="宋体"/>
                <w:b w:val="0"/>
                <w:sz w:val="21"/>
              </w:rPr>
              <w:t>城市设计学院</w:t>
            </w:r>
          </w:p>
        </w:tc>
        <w:tc>
          <w:tcPr>
            <w:tcW w:type="dxa" w:w="1727"/>
          </w:tcPr>
          <w:p>
            <w:pPr>
              <w:spacing w:after="20" w:before="20"/>
            </w:pPr>
            <w:r/>
            <w:r>
              <w:rPr>
                <w:rFonts w:ascii="Times New Roman" w:hAnsi="Times New Roman" w:eastAsia="宋体"/>
                <w:b w:val="0"/>
                <w:sz w:val="21"/>
              </w:rPr>
              <w:t>03影像艺术研究</w:t>
            </w:r>
          </w:p>
        </w:tc>
      </w:tr>
      <w:tr>
        <w:tc>
          <w:tcPr>
            <w:tcW w:type="dxa" w:w="1727"/>
          </w:tcPr>
          <w:p>
            <w:pPr>
              <w:spacing w:after="20" w:before="20"/>
            </w:pPr>
            <w:r/>
            <w:r>
              <w:rPr>
                <w:rFonts w:ascii="Times New Roman" w:hAnsi="Times New Roman" w:eastAsia="宋体"/>
                <w:b w:val="0"/>
                <w:sz w:val="21"/>
              </w:rPr>
              <w:t>149</w:t>
            </w:r>
          </w:p>
        </w:tc>
        <w:tc>
          <w:tcPr>
            <w:tcW w:type="dxa" w:w="1727"/>
          </w:tcPr>
          <w:p>
            <w:pPr>
              <w:spacing w:after="20" w:before="20"/>
            </w:pPr>
            <w:r/>
            <w:r>
              <w:rPr>
                <w:rFonts w:ascii="Times New Roman" w:hAnsi="Times New Roman" w:eastAsia="宋体"/>
                <w:b w:val="0"/>
                <w:sz w:val="21"/>
              </w:rPr>
              <w:t>丁芳凝</w:t>
            </w:r>
          </w:p>
        </w:tc>
        <w:tc>
          <w:tcPr>
            <w:tcW w:type="dxa" w:w="1727"/>
          </w:tcPr>
          <w:p>
            <w:pPr>
              <w:spacing w:after="20" w:before="20"/>
            </w:pPr>
            <w:r/>
            <w:r>
              <w:rPr>
                <w:rFonts w:ascii="Times New Roman" w:hAnsi="Times New Roman" w:eastAsia="宋体"/>
                <w:b w:val="0"/>
                <w:sz w:val="21"/>
              </w:rPr>
              <w:t>城市设计学院</w:t>
            </w:r>
          </w:p>
        </w:tc>
        <w:tc>
          <w:tcPr>
            <w:tcW w:type="dxa" w:w="1727"/>
          </w:tcPr>
          <w:p>
            <w:pPr>
              <w:spacing w:after="20" w:before="20"/>
            </w:pPr>
            <w:r/>
            <w:r>
              <w:rPr>
                <w:rFonts w:ascii="Times New Roman" w:hAnsi="Times New Roman" w:eastAsia="宋体"/>
                <w:b w:val="0"/>
                <w:sz w:val="21"/>
              </w:rPr>
              <w:t>城市设计学院</w:t>
            </w:r>
          </w:p>
        </w:tc>
        <w:tc>
          <w:tcPr>
            <w:tcW w:type="dxa" w:w="1727"/>
          </w:tcPr>
          <w:p>
            <w:pPr>
              <w:spacing w:after="20" w:before="20"/>
            </w:pPr>
            <w:r/>
            <w:r>
              <w:rPr>
                <w:rFonts w:ascii="Times New Roman" w:hAnsi="Times New Roman" w:eastAsia="宋体"/>
                <w:b w:val="0"/>
                <w:sz w:val="21"/>
              </w:rPr>
              <w:t>48媒体文化研究</w:t>
            </w:r>
          </w:p>
        </w:tc>
      </w:tr>
      <w:tr>
        <w:tc>
          <w:tcPr>
            <w:tcW w:type="dxa" w:w="1727"/>
          </w:tcPr>
          <w:p>
            <w:pPr>
              <w:spacing w:after="20" w:before="20"/>
            </w:pPr>
            <w:r/>
            <w:r>
              <w:rPr>
                <w:rFonts w:ascii="Times New Roman" w:hAnsi="Times New Roman" w:eastAsia="宋体"/>
                <w:b w:val="0"/>
                <w:sz w:val="21"/>
              </w:rPr>
              <w:t>150</w:t>
            </w:r>
          </w:p>
        </w:tc>
        <w:tc>
          <w:tcPr>
            <w:tcW w:type="dxa" w:w="1727"/>
          </w:tcPr>
          <w:p>
            <w:pPr>
              <w:spacing w:after="20" w:before="20"/>
            </w:pPr>
            <w:r/>
            <w:r>
              <w:rPr>
                <w:rFonts w:ascii="Times New Roman" w:hAnsi="Times New Roman" w:eastAsia="宋体"/>
                <w:b w:val="0"/>
                <w:sz w:val="21"/>
              </w:rPr>
              <w:t>田嘉禾</w:t>
            </w:r>
          </w:p>
        </w:tc>
        <w:tc>
          <w:tcPr>
            <w:tcW w:type="dxa" w:w="1727"/>
          </w:tcPr>
          <w:p>
            <w:pPr>
              <w:spacing w:after="20" w:before="20"/>
            </w:pPr>
            <w:r/>
            <w:r>
              <w:rPr>
                <w:rFonts w:ascii="Times New Roman" w:hAnsi="Times New Roman" w:eastAsia="宋体"/>
                <w:b w:val="0"/>
                <w:sz w:val="21"/>
              </w:rPr>
              <w:t>城市设计学院</w:t>
            </w:r>
          </w:p>
        </w:tc>
        <w:tc>
          <w:tcPr>
            <w:tcW w:type="dxa" w:w="1727"/>
          </w:tcPr>
          <w:p>
            <w:pPr>
              <w:spacing w:after="20" w:before="20"/>
            </w:pPr>
            <w:r/>
            <w:r>
              <w:rPr>
                <w:rFonts w:ascii="Times New Roman" w:hAnsi="Times New Roman" w:eastAsia="宋体"/>
                <w:b w:val="0"/>
                <w:sz w:val="21"/>
              </w:rPr>
              <w:t>城市设计学院</w:t>
            </w:r>
          </w:p>
        </w:tc>
        <w:tc>
          <w:tcPr>
            <w:tcW w:type="dxa" w:w="1727"/>
          </w:tcPr>
          <w:p>
            <w:pPr>
              <w:spacing w:after="20" w:before="20"/>
            </w:pPr>
            <w:r/>
            <w:r>
              <w:rPr>
                <w:rFonts w:ascii="Times New Roman" w:hAnsi="Times New Roman" w:eastAsia="宋体"/>
                <w:b w:val="0"/>
                <w:sz w:val="21"/>
              </w:rPr>
              <w:t>02智能动画研究</w:t>
            </w:r>
          </w:p>
        </w:tc>
      </w:tr>
      <w:tr>
        <w:tc>
          <w:tcPr>
            <w:tcW w:type="dxa" w:w="1727"/>
          </w:tcPr>
          <w:p>
            <w:pPr>
              <w:spacing w:after="20" w:before="20"/>
            </w:pPr>
            <w:r/>
            <w:r>
              <w:rPr>
                <w:rFonts w:ascii="Times New Roman" w:hAnsi="Times New Roman" w:eastAsia="宋体"/>
                <w:b w:val="0"/>
                <w:sz w:val="21"/>
              </w:rPr>
              <w:t>151</w:t>
            </w:r>
          </w:p>
        </w:tc>
        <w:tc>
          <w:tcPr>
            <w:tcW w:type="dxa" w:w="1727"/>
          </w:tcPr>
          <w:p>
            <w:pPr>
              <w:spacing w:after="20" w:before="20"/>
            </w:pPr>
            <w:r/>
            <w:r>
              <w:rPr>
                <w:rFonts w:ascii="Times New Roman" w:hAnsi="Times New Roman" w:eastAsia="宋体"/>
                <w:b w:val="0"/>
                <w:sz w:val="21"/>
              </w:rPr>
              <w:t>赵晨好</w:t>
            </w:r>
          </w:p>
        </w:tc>
        <w:tc>
          <w:tcPr>
            <w:tcW w:type="dxa" w:w="1727"/>
          </w:tcPr>
          <w:p>
            <w:pPr>
              <w:spacing w:after="20" w:before="20"/>
            </w:pPr>
            <w:r/>
            <w:r>
              <w:rPr>
                <w:rFonts w:ascii="Times New Roman" w:hAnsi="Times New Roman" w:eastAsia="宋体"/>
                <w:b w:val="0"/>
                <w:sz w:val="21"/>
              </w:rPr>
              <w:t>城市设计学院</w:t>
            </w:r>
          </w:p>
        </w:tc>
        <w:tc>
          <w:tcPr>
            <w:tcW w:type="dxa" w:w="1727"/>
          </w:tcPr>
          <w:p>
            <w:pPr>
              <w:spacing w:after="20" w:before="20"/>
            </w:pPr>
            <w:r/>
            <w:r>
              <w:rPr>
                <w:rFonts w:ascii="Times New Roman" w:hAnsi="Times New Roman" w:eastAsia="宋体"/>
                <w:b w:val="0"/>
                <w:sz w:val="21"/>
              </w:rPr>
              <w:t>城市设计学院</w:t>
            </w:r>
          </w:p>
        </w:tc>
        <w:tc>
          <w:tcPr>
            <w:tcW w:type="dxa" w:w="1727"/>
          </w:tcPr>
          <w:p>
            <w:pPr>
              <w:spacing w:after="20" w:before="20"/>
            </w:pPr>
            <w:r/>
            <w:r>
              <w:rPr>
                <w:rFonts w:ascii="Times New Roman" w:hAnsi="Times New Roman" w:eastAsia="宋体"/>
                <w:b w:val="0"/>
                <w:sz w:val="21"/>
              </w:rPr>
              <w:t>47视觉创意产业研究</w:t>
            </w:r>
          </w:p>
        </w:tc>
      </w:tr>
      <w:tr>
        <w:tc>
          <w:tcPr>
            <w:tcW w:type="dxa" w:w="1727"/>
          </w:tcPr>
          <w:p>
            <w:pPr>
              <w:spacing w:after="20" w:before="20"/>
            </w:pPr>
            <w:r/>
            <w:r>
              <w:rPr>
                <w:rFonts w:ascii="Times New Roman" w:hAnsi="Times New Roman" w:eastAsia="宋体"/>
                <w:b w:val="0"/>
                <w:sz w:val="21"/>
              </w:rPr>
              <w:t>152</w:t>
            </w:r>
          </w:p>
        </w:tc>
        <w:tc>
          <w:tcPr>
            <w:tcW w:type="dxa" w:w="1727"/>
          </w:tcPr>
          <w:p>
            <w:pPr>
              <w:spacing w:after="20" w:before="20"/>
            </w:pPr>
            <w:r/>
            <w:r>
              <w:rPr>
                <w:rFonts w:ascii="Times New Roman" w:hAnsi="Times New Roman" w:eastAsia="宋体"/>
                <w:b w:val="0"/>
                <w:sz w:val="21"/>
              </w:rPr>
              <w:t>王馨媛</w:t>
            </w:r>
          </w:p>
        </w:tc>
        <w:tc>
          <w:tcPr>
            <w:tcW w:type="dxa" w:w="1727"/>
          </w:tcPr>
          <w:p>
            <w:pPr>
              <w:spacing w:after="20" w:before="20"/>
            </w:pPr>
            <w:r/>
            <w:r>
              <w:rPr>
                <w:rFonts w:ascii="Times New Roman" w:hAnsi="Times New Roman" w:eastAsia="宋体"/>
                <w:b w:val="0"/>
                <w:sz w:val="21"/>
              </w:rPr>
              <w:t>城市设计学院</w:t>
            </w:r>
          </w:p>
        </w:tc>
        <w:tc>
          <w:tcPr>
            <w:tcW w:type="dxa" w:w="1727"/>
          </w:tcPr>
          <w:p>
            <w:pPr>
              <w:spacing w:after="20" w:before="20"/>
            </w:pPr>
            <w:r/>
            <w:r>
              <w:rPr>
                <w:rFonts w:ascii="Times New Roman" w:hAnsi="Times New Roman" w:eastAsia="宋体"/>
                <w:b w:val="0"/>
                <w:sz w:val="21"/>
              </w:rPr>
              <w:t>城市设计学院</w:t>
            </w:r>
          </w:p>
        </w:tc>
        <w:tc>
          <w:tcPr>
            <w:tcW w:type="dxa" w:w="1727"/>
          </w:tcPr>
          <w:p>
            <w:pPr>
              <w:spacing w:after="20" w:before="20"/>
            </w:pPr>
            <w:r/>
            <w:r>
              <w:rPr>
                <w:rFonts w:ascii="Times New Roman" w:hAnsi="Times New Roman" w:eastAsia="宋体"/>
                <w:b w:val="0"/>
                <w:sz w:val="21"/>
              </w:rPr>
              <w:t>31动画与影像设计基础研究</w:t>
            </w:r>
          </w:p>
        </w:tc>
      </w:tr>
      <w:tr>
        <w:tc>
          <w:tcPr>
            <w:tcW w:type="dxa" w:w="1727"/>
          </w:tcPr>
          <w:p>
            <w:pPr>
              <w:spacing w:after="20" w:before="20"/>
            </w:pPr>
            <w:r/>
            <w:r>
              <w:rPr>
                <w:rFonts w:ascii="Times New Roman" w:hAnsi="Times New Roman" w:eastAsia="宋体"/>
                <w:b w:val="0"/>
                <w:sz w:val="21"/>
              </w:rPr>
              <w:t>153</w:t>
            </w:r>
          </w:p>
        </w:tc>
        <w:tc>
          <w:tcPr>
            <w:tcW w:type="dxa" w:w="1727"/>
          </w:tcPr>
          <w:p>
            <w:pPr>
              <w:spacing w:after="20" w:before="20"/>
            </w:pPr>
            <w:r/>
            <w:r>
              <w:rPr>
                <w:rFonts w:ascii="Times New Roman" w:hAnsi="Times New Roman" w:eastAsia="宋体"/>
                <w:b w:val="0"/>
                <w:sz w:val="21"/>
              </w:rPr>
              <w:t>郭洪羽</w:t>
            </w:r>
          </w:p>
        </w:tc>
        <w:tc>
          <w:tcPr>
            <w:tcW w:type="dxa" w:w="1727"/>
          </w:tcPr>
          <w:p>
            <w:pPr>
              <w:spacing w:after="20" w:before="20"/>
            </w:pPr>
            <w:r/>
            <w:r>
              <w:rPr>
                <w:rFonts w:ascii="Times New Roman" w:hAnsi="Times New Roman" w:eastAsia="宋体"/>
                <w:b w:val="0"/>
                <w:sz w:val="21"/>
              </w:rPr>
              <w:t>城市设计学院</w:t>
            </w:r>
          </w:p>
        </w:tc>
        <w:tc>
          <w:tcPr>
            <w:tcW w:type="dxa" w:w="1727"/>
          </w:tcPr>
          <w:p>
            <w:pPr>
              <w:spacing w:after="20" w:before="20"/>
            </w:pPr>
            <w:r/>
            <w:r>
              <w:rPr>
                <w:rFonts w:ascii="Times New Roman" w:hAnsi="Times New Roman" w:eastAsia="宋体"/>
                <w:b w:val="0"/>
                <w:sz w:val="21"/>
              </w:rPr>
              <w:t>城市设计学院</w:t>
            </w:r>
          </w:p>
        </w:tc>
        <w:tc>
          <w:tcPr>
            <w:tcW w:type="dxa" w:w="1727"/>
          </w:tcPr>
          <w:p>
            <w:pPr>
              <w:spacing w:after="20" w:before="20"/>
            </w:pPr>
            <w:r/>
            <w:r>
              <w:rPr>
                <w:rFonts w:ascii="Times New Roman" w:hAnsi="Times New Roman" w:eastAsia="宋体"/>
                <w:b w:val="0"/>
                <w:sz w:val="21"/>
              </w:rPr>
            </w:r>
          </w:p>
        </w:tc>
      </w:tr>
    </w:tbl>
    <w:p>
      <w:pPr>
        <w:spacing w:after="80" w:lineRule="auto" w:line="360"/>
        <w:ind w:firstLine="482"/>
        <w:jc w:val="both"/>
      </w:pPr>
      <w:r>
        <w:rPr>
          <w:rFonts w:ascii="Times New Roman" w:hAnsi="Times New Roman" w:eastAsia="宋体"/>
          <w:b w:val="0"/>
          <w:sz w:val="24"/>
        </w:rPr>
        <w:t>本段为2026年中央美术学院接收推免生拟录取结果信息表第10至12页内容，共涉及拟录取学生38人，序号范围为166至203。拟录取院系包括实验艺术与科技艺术学院、艺术管理与教育学院、修复学院、美育研究院、书法学院、设计学院、城市设计学院、建筑学院。推荐院系/院校包括艺术学院、实验艺术与科技艺术学院、雕塑系、艺术与设计管理学院、艺术管理与教育学院、修复学院、中国人民大学、书法学院、设计学院、城市设计学院、建筑学院。</w:t>
      </w:r>
    </w:p>
    <w:p>
      <w:pPr>
        <w:spacing w:before="160" w:after="80" w:lineRule="auto" w:line="360"/>
        <w:jc w:val="left"/>
      </w:pPr>
      <w:r>
        <w:rPr>
          <w:rFonts w:ascii="Times New Roman" w:hAnsi="Times New Roman" w:eastAsia="宋体"/>
          <w:b/>
          <w:sz w:val="28"/>
        </w:rPr>
        <w:t>九、拟录取名单明细</w:t>
      </w:r>
    </w:p>
    <w:tbl>
      <w:tblPr>
        <w:tblStyle w:val="TableGrid"/>
        <w:tblW w:type="auto" w:w="0"/>
        <w:jc w:val="center"/>
        <w:tblLook w:firstColumn="1" w:firstRow="1" w:lastColumn="0" w:lastRow="0" w:noHBand="0" w:noVBand="1" w:val="04A0"/>
      </w:tblPr>
      <w:tblGrid>
        <w:gridCol w:w="1727"/>
        <w:gridCol w:w="1727"/>
        <w:gridCol w:w="1727"/>
        <w:gridCol w:w="1727"/>
        <w:gridCol w:w="1727"/>
      </w:tblGrid>
      <w:tr>
        <w:tc>
          <w:tcPr>
            <w:tcW w:type="dxa" w:w="1727"/>
          </w:tcPr>
          <w:p>
            <w:pPr>
              <w:spacing w:after="20" w:before="20"/>
            </w:pPr>
            <w:r/>
            <w:r>
              <w:rPr>
                <w:rFonts w:ascii="Times New Roman" w:hAnsi="Times New Roman" w:eastAsia="宋体"/>
                <w:b/>
                <w:sz w:val="21"/>
              </w:rPr>
              <w:t>序号</w:t>
            </w:r>
          </w:p>
        </w:tc>
        <w:tc>
          <w:tcPr>
            <w:tcW w:type="dxa" w:w="1727"/>
          </w:tcPr>
          <w:p>
            <w:pPr>
              <w:spacing w:after="20" w:before="20"/>
            </w:pPr>
            <w:r/>
            <w:r>
              <w:rPr>
                <w:rFonts w:ascii="Times New Roman" w:hAnsi="Times New Roman" w:eastAsia="宋体"/>
                <w:b/>
                <w:sz w:val="21"/>
              </w:rPr>
              <w:t>姓名</w:t>
            </w:r>
          </w:p>
        </w:tc>
        <w:tc>
          <w:tcPr>
            <w:tcW w:type="dxa" w:w="1727"/>
          </w:tcPr>
          <w:p>
            <w:pPr>
              <w:spacing w:after="20" w:before="20"/>
            </w:pPr>
            <w:r/>
            <w:r>
              <w:rPr>
                <w:rFonts w:ascii="Times New Roman" w:hAnsi="Times New Roman" w:eastAsia="宋体"/>
                <w:b/>
                <w:sz w:val="21"/>
              </w:rPr>
              <w:t>推荐院系/院校</w:t>
            </w:r>
          </w:p>
        </w:tc>
        <w:tc>
          <w:tcPr>
            <w:tcW w:type="dxa" w:w="1727"/>
          </w:tcPr>
          <w:p>
            <w:pPr>
              <w:spacing w:after="20" w:before="20"/>
            </w:pPr>
            <w:r/>
            <w:r>
              <w:rPr>
                <w:rFonts w:ascii="Times New Roman" w:hAnsi="Times New Roman" w:eastAsia="宋体"/>
                <w:b/>
                <w:sz w:val="21"/>
              </w:rPr>
              <w:t>拟录取院系</w:t>
            </w:r>
          </w:p>
        </w:tc>
        <w:tc>
          <w:tcPr>
            <w:tcW w:type="dxa" w:w="1727"/>
          </w:tcPr>
          <w:p>
            <w:pPr>
              <w:spacing w:after="20" w:before="20"/>
            </w:pPr>
            <w:r/>
            <w:r>
              <w:rPr>
                <w:rFonts w:ascii="Times New Roman" w:hAnsi="Times New Roman" w:eastAsia="宋体"/>
                <w:b/>
                <w:sz w:val="21"/>
              </w:rPr>
              <w:t>拟录取研究方向</w:t>
            </w:r>
          </w:p>
        </w:tc>
      </w:tr>
      <w:tr>
        <w:tc>
          <w:tcPr>
            <w:tcW w:type="dxa" w:w="1727"/>
          </w:tcPr>
          <w:p>
            <w:pPr>
              <w:spacing w:after="20" w:before="20"/>
            </w:pPr>
            <w:r/>
            <w:r>
              <w:rPr>
                <w:rFonts w:ascii="Times New Roman" w:hAnsi="Times New Roman" w:eastAsia="宋体"/>
                <w:b w:val="0"/>
                <w:sz w:val="21"/>
              </w:rPr>
              <w:t>166</w:t>
            </w:r>
          </w:p>
        </w:tc>
        <w:tc>
          <w:tcPr>
            <w:tcW w:type="dxa" w:w="1727"/>
          </w:tcPr>
          <w:p>
            <w:pPr>
              <w:spacing w:after="20" w:before="20"/>
            </w:pPr>
            <w:r/>
            <w:r>
              <w:rPr>
                <w:rFonts w:ascii="Times New Roman" w:hAnsi="Times New Roman" w:eastAsia="宋体"/>
                <w:b w:val="0"/>
                <w:sz w:val="21"/>
              </w:rPr>
              <w:t>于涵</w:t>
            </w:r>
          </w:p>
        </w:tc>
        <w:tc>
          <w:tcPr>
            <w:tcW w:type="dxa" w:w="1727"/>
          </w:tcPr>
          <w:p>
            <w:pPr>
              <w:spacing w:after="20" w:before="20"/>
            </w:pPr>
            <w:r/>
            <w:r>
              <w:rPr>
                <w:rFonts w:ascii="Times New Roman" w:hAnsi="Times New Roman" w:eastAsia="宋体"/>
                <w:b w:val="0"/>
                <w:sz w:val="21"/>
              </w:rPr>
              <w:t>实验艺术与科技艺术学院</w:t>
            </w:r>
          </w:p>
        </w:tc>
        <w:tc>
          <w:tcPr>
            <w:tcW w:type="dxa" w:w="1727"/>
          </w:tcPr>
          <w:p>
            <w:pPr>
              <w:spacing w:after="20" w:before="20"/>
            </w:pPr>
            <w:r/>
            <w:r>
              <w:rPr>
                <w:rFonts w:ascii="Times New Roman" w:hAnsi="Times New Roman" w:eastAsia="宋体"/>
                <w:b w:val="0"/>
                <w:sz w:val="21"/>
              </w:rPr>
              <w:t>实验艺术与科技艺术学院</w:t>
            </w:r>
          </w:p>
        </w:tc>
        <w:tc>
          <w:tcPr>
            <w:tcW w:type="dxa" w:w="1727"/>
          </w:tcPr>
          <w:p>
            <w:pPr>
              <w:spacing w:after="20" w:before="20"/>
            </w:pPr>
            <w:r/>
            <w:r>
              <w:rPr>
                <w:rFonts w:ascii="Times New Roman" w:hAnsi="Times New Roman" w:eastAsia="宋体"/>
                <w:b w:val="0"/>
                <w:sz w:val="21"/>
              </w:rPr>
              <w:t>08社会美育与乡村振兴</w:t>
            </w:r>
          </w:p>
        </w:tc>
      </w:tr>
      <w:tr>
        <w:tc>
          <w:tcPr>
            <w:tcW w:type="dxa" w:w="1727"/>
          </w:tcPr>
          <w:p>
            <w:pPr>
              <w:spacing w:after="20" w:before="20"/>
            </w:pPr>
            <w:r/>
            <w:r>
              <w:rPr>
                <w:rFonts w:ascii="Times New Roman" w:hAnsi="Times New Roman" w:eastAsia="宋体"/>
                <w:b w:val="0"/>
                <w:sz w:val="21"/>
              </w:rPr>
              <w:t>167</w:t>
            </w:r>
          </w:p>
        </w:tc>
        <w:tc>
          <w:tcPr>
            <w:tcW w:type="dxa" w:w="1727"/>
          </w:tcPr>
          <w:p>
            <w:pPr>
              <w:spacing w:after="20" w:before="20"/>
            </w:pPr>
            <w:r/>
            <w:r>
              <w:rPr>
                <w:rFonts w:ascii="Times New Roman" w:hAnsi="Times New Roman" w:eastAsia="宋体"/>
                <w:b w:val="0"/>
                <w:sz w:val="21"/>
              </w:rPr>
              <w:t>杨堉</w:t>
            </w:r>
          </w:p>
        </w:tc>
        <w:tc>
          <w:tcPr>
            <w:tcW w:type="dxa" w:w="1727"/>
          </w:tcPr>
          <w:p>
            <w:pPr>
              <w:spacing w:after="20" w:before="20"/>
            </w:pPr>
            <w:r/>
            <w:r>
              <w:rPr>
                <w:rFonts w:ascii="Times New Roman" w:hAnsi="Times New Roman" w:eastAsia="宋体"/>
                <w:b w:val="0"/>
                <w:sz w:val="21"/>
              </w:rPr>
              <w:t>雕塑系</w:t>
            </w:r>
          </w:p>
        </w:tc>
        <w:tc>
          <w:tcPr>
            <w:tcW w:type="dxa" w:w="1727"/>
          </w:tcPr>
          <w:p>
            <w:pPr>
              <w:spacing w:after="20" w:before="20"/>
            </w:pPr>
            <w:r/>
            <w:r>
              <w:rPr>
                <w:rFonts w:ascii="Times New Roman" w:hAnsi="Times New Roman" w:eastAsia="宋体"/>
                <w:b w:val="0"/>
                <w:sz w:val="21"/>
              </w:rPr>
              <w:t>实验艺术与科技艺术学院</w:t>
            </w:r>
          </w:p>
        </w:tc>
        <w:tc>
          <w:tcPr>
            <w:tcW w:type="dxa" w:w="1727"/>
          </w:tcPr>
          <w:p>
            <w:pPr>
              <w:spacing w:after="20" w:before="20"/>
            </w:pPr>
            <w:r/>
            <w:r>
              <w:rPr>
                <w:rFonts w:ascii="Times New Roman" w:hAnsi="Times New Roman" w:eastAsia="宋体"/>
                <w:b w:val="0"/>
                <w:sz w:val="21"/>
              </w:rPr>
              <w:t>12叙事与空间</w:t>
            </w:r>
          </w:p>
        </w:tc>
      </w:tr>
      <w:tr>
        <w:tc>
          <w:tcPr>
            <w:tcW w:type="dxa" w:w="1727"/>
          </w:tcPr>
          <w:p>
            <w:pPr>
              <w:spacing w:after="20" w:before="20"/>
            </w:pPr>
            <w:r/>
            <w:r>
              <w:rPr>
                <w:rFonts w:ascii="Times New Roman" w:hAnsi="Times New Roman" w:eastAsia="宋体"/>
                <w:b w:val="0"/>
                <w:sz w:val="21"/>
              </w:rPr>
              <w:t>168</w:t>
            </w:r>
          </w:p>
        </w:tc>
        <w:tc>
          <w:tcPr>
            <w:tcW w:type="dxa" w:w="1727"/>
          </w:tcPr>
          <w:p>
            <w:pPr>
              <w:spacing w:after="20" w:before="20"/>
            </w:pPr>
            <w:r/>
            <w:r>
              <w:rPr>
                <w:rFonts w:ascii="Times New Roman" w:hAnsi="Times New Roman" w:eastAsia="宋体"/>
                <w:b w:val="0"/>
                <w:sz w:val="21"/>
              </w:rPr>
              <w:t>王曦芝</w:t>
            </w:r>
          </w:p>
        </w:tc>
        <w:tc>
          <w:tcPr>
            <w:tcW w:type="dxa" w:w="1727"/>
          </w:tcPr>
          <w:p>
            <w:pPr>
              <w:spacing w:after="20" w:before="20"/>
            </w:pPr>
            <w:r/>
            <w:r>
              <w:rPr>
                <w:rFonts w:ascii="Times New Roman" w:hAnsi="Times New Roman" w:eastAsia="宋体"/>
                <w:b w:val="0"/>
                <w:sz w:val="21"/>
              </w:rPr>
              <w:t>艺术与设计管理学院</w:t>
            </w:r>
          </w:p>
        </w:tc>
        <w:tc>
          <w:tcPr>
            <w:tcW w:type="dxa" w:w="1727"/>
          </w:tcPr>
          <w:p>
            <w:pPr>
              <w:spacing w:after="20" w:before="20"/>
            </w:pPr>
            <w:r/>
            <w:r>
              <w:rPr>
                <w:rFonts w:ascii="Times New Roman" w:hAnsi="Times New Roman" w:eastAsia="宋体"/>
                <w:b w:val="0"/>
                <w:sz w:val="21"/>
              </w:rPr>
              <w:t>艺术管理与教育学院</w:t>
            </w:r>
          </w:p>
        </w:tc>
        <w:tc>
          <w:tcPr>
            <w:tcW w:type="dxa" w:w="1727"/>
          </w:tcPr>
          <w:p>
            <w:pPr>
              <w:spacing w:after="20" w:before="20"/>
            </w:pPr>
            <w:r/>
            <w:r>
              <w:rPr>
                <w:rFonts w:ascii="Times New Roman" w:hAnsi="Times New Roman" w:eastAsia="宋体"/>
                <w:b w:val="0"/>
                <w:sz w:val="21"/>
              </w:rPr>
              <w:t>10媒介考古与创新</w:t>
            </w:r>
          </w:p>
        </w:tc>
      </w:tr>
      <w:tr>
        <w:tc>
          <w:tcPr>
            <w:tcW w:type="dxa" w:w="1727"/>
          </w:tcPr>
          <w:p>
            <w:pPr>
              <w:spacing w:after="20" w:before="20"/>
            </w:pPr>
            <w:r/>
            <w:r>
              <w:rPr>
                <w:rFonts w:ascii="Times New Roman" w:hAnsi="Times New Roman" w:eastAsia="宋体"/>
                <w:b w:val="0"/>
                <w:sz w:val="21"/>
              </w:rPr>
              <w:t>169</w:t>
            </w:r>
          </w:p>
        </w:tc>
        <w:tc>
          <w:tcPr>
            <w:tcW w:type="dxa" w:w="1727"/>
          </w:tcPr>
          <w:p>
            <w:pPr>
              <w:spacing w:after="20" w:before="20"/>
            </w:pPr>
            <w:r/>
            <w:r>
              <w:rPr>
                <w:rFonts w:ascii="Times New Roman" w:hAnsi="Times New Roman" w:eastAsia="宋体"/>
                <w:b w:val="0"/>
                <w:sz w:val="21"/>
              </w:rPr>
              <w:t>王芷晗</w:t>
            </w:r>
          </w:p>
        </w:tc>
        <w:tc>
          <w:tcPr>
            <w:tcW w:type="dxa" w:w="1727"/>
          </w:tcPr>
          <w:p>
            <w:pPr>
              <w:spacing w:after="20" w:before="20"/>
            </w:pPr>
            <w:r/>
            <w:r>
              <w:rPr>
                <w:rFonts w:ascii="Times New Roman" w:hAnsi="Times New Roman" w:eastAsia="宋体"/>
                <w:b w:val="0"/>
                <w:sz w:val="21"/>
              </w:rPr>
              <w:t>艺术与设计管理学院</w:t>
            </w:r>
          </w:p>
        </w:tc>
        <w:tc>
          <w:tcPr>
            <w:tcW w:type="dxa" w:w="1727"/>
          </w:tcPr>
          <w:p>
            <w:pPr>
              <w:spacing w:after="20" w:before="20"/>
            </w:pPr>
            <w:r/>
            <w:r>
              <w:rPr>
                <w:rFonts w:ascii="Times New Roman" w:hAnsi="Times New Roman" w:eastAsia="宋体"/>
                <w:b w:val="0"/>
                <w:sz w:val="21"/>
              </w:rPr>
              <w:t>艺术管理与教育学院</w:t>
            </w:r>
          </w:p>
        </w:tc>
        <w:tc>
          <w:tcPr>
            <w:tcW w:type="dxa" w:w="1727"/>
          </w:tcPr>
          <w:p>
            <w:pPr>
              <w:spacing w:after="20" w:before="20"/>
            </w:pPr>
            <w:r/>
            <w:r>
              <w:rPr>
                <w:rFonts w:ascii="Times New Roman" w:hAnsi="Times New Roman" w:eastAsia="宋体"/>
                <w:b w:val="0"/>
                <w:sz w:val="21"/>
              </w:rPr>
              <w:t>02艺术管理学研究</w:t>
            </w:r>
          </w:p>
        </w:tc>
      </w:tr>
      <w:tr>
        <w:tc>
          <w:tcPr>
            <w:tcW w:type="dxa" w:w="1727"/>
          </w:tcPr>
          <w:p>
            <w:pPr>
              <w:spacing w:after="20" w:before="20"/>
            </w:pPr>
            <w:r/>
            <w:r>
              <w:rPr>
                <w:rFonts w:ascii="Times New Roman" w:hAnsi="Times New Roman" w:eastAsia="宋体"/>
                <w:b w:val="0"/>
                <w:sz w:val="21"/>
              </w:rPr>
              <w:t>170</w:t>
            </w:r>
          </w:p>
        </w:tc>
        <w:tc>
          <w:tcPr>
            <w:tcW w:type="dxa" w:w="1727"/>
          </w:tcPr>
          <w:p>
            <w:pPr>
              <w:spacing w:after="20" w:before="20"/>
            </w:pPr>
            <w:r/>
            <w:r>
              <w:rPr>
                <w:rFonts w:ascii="Times New Roman" w:hAnsi="Times New Roman" w:eastAsia="宋体"/>
                <w:b w:val="0"/>
                <w:sz w:val="21"/>
              </w:rPr>
              <w:t>李明思</w:t>
            </w:r>
          </w:p>
        </w:tc>
        <w:tc>
          <w:tcPr>
            <w:tcW w:type="dxa" w:w="1727"/>
          </w:tcPr>
          <w:p>
            <w:pPr>
              <w:spacing w:after="20" w:before="20"/>
            </w:pPr>
            <w:r/>
            <w:r>
              <w:rPr>
                <w:rFonts w:ascii="Times New Roman" w:hAnsi="Times New Roman" w:eastAsia="宋体"/>
                <w:b w:val="0"/>
                <w:sz w:val="21"/>
              </w:rPr>
              <w:t>艺术管理与教育学院</w:t>
            </w:r>
          </w:p>
        </w:tc>
        <w:tc>
          <w:tcPr>
            <w:tcW w:type="dxa" w:w="1727"/>
          </w:tcPr>
          <w:p>
            <w:pPr>
              <w:spacing w:after="20" w:before="20"/>
            </w:pPr>
            <w:r/>
            <w:r>
              <w:rPr>
                <w:rFonts w:ascii="Times New Roman" w:hAnsi="Times New Roman" w:eastAsia="宋体"/>
                <w:b w:val="0"/>
                <w:sz w:val="21"/>
              </w:rPr>
              <w:t>艺术管理与教育学院</w:t>
            </w:r>
          </w:p>
        </w:tc>
        <w:tc>
          <w:tcPr>
            <w:tcW w:type="dxa" w:w="1727"/>
          </w:tcPr>
          <w:p>
            <w:pPr>
              <w:spacing w:after="20" w:before="20"/>
            </w:pPr>
            <w:r/>
            <w:r>
              <w:rPr>
                <w:rFonts w:ascii="Times New Roman" w:hAnsi="Times New Roman" w:eastAsia="宋体"/>
                <w:b w:val="0"/>
                <w:sz w:val="21"/>
              </w:rPr>
              <w:t>03艺术管理学研究</w:t>
            </w:r>
          </w:p>
        </w:tc>
      </w:tr>
      <w:tr>
        <w:tc>
          <w:tcPr>
            <w:tcW w:type="dxa" w:w="1727"/>
          </w:tcPr>
          <w:p>
            <w:pPr>
              <w:spacing w:after="20" w:before="20"/>
            </w:pPr>
            <w:r/>
            <w:r>
              <w:rPr>
                <w:rFonts w:ascii="Times New Roman" w:hAnsi="Times New Roman" w:eastAsia="宋体"/>
                <w:b w:val="0"/>
                <w:sz w:val="21"/>
              </w:rPr>
              <w:t>171</w:t>
            </w:r>
          </w:p>
        </w:tc>
        <w:tc>
          <w:tcPr>
            <w:tcW w:type="dxa" w:w="1727"/>
          </w:tcPr>
          <w:p>
            <w:pPr>
              <w:spacing w:after="20" w:before="20"/>
            </w:pPr>
            <w:r/>
            <w:r>
              <w:rPr>
                <w:rFonts w:ascii="Times New Roman" w:hAnsi="Times New Roman" w:eastAsia="宋体"/>
                <w:b w:val="0"/>
                <w:sz w:val="21"/>
              </w:rPr>
              <w:t>夏一田</w:t>
            </w:r>
          </w:p>
        </w:tc>
        <w:tc>
          <w:tcPr>
            <w:tcW w:type="dxa" w:w="1727"/>
          </w:tcPr>
          <w:p>
            <w:pPr>
              <w:spacing w:after="20" w:before="20"/>
            </w:pPr>
            <w:r/>
            <w:r>
              <w:rPr>
                <w:rFonts w:ascii="Times New Roman" w:hAnsi="Times New Roman" w:eastAsia="宋体"/>
                <w:b w:val="0"/>
                <w:sz w:val="21"/>
              </w:rPr>
              <w:t>艺术管理与教育学院</w:t>
            </w:r>
          </w:p>
        </w:tc>
        <w:tc>
          <w:tcPr>
            <w:tcW w:type="dxa" w:w="1727"/>
          </w:tcPr>
          <w:p>
            <w:pPr>
              <w:spacing w:after="20" w:before="20"/>
            </w:pPr>
            <w:r/>
            <w:r>
              <w:rPr>
                <w:rFonts w:ascii="Times New Roman" w:hAnsi="Times New Roman" w:eastAsia="宋体"/>
                <w:b w:val="0"/>
                <w:sz w:val="21"/>
              </w:rPr>
              <w:t>艺术管理与教育学院</w:t>
            </w:r>
          </w:p>
        </w:tc>
        <w:tc>
          <w:tcPr>
            <w:tcW w:type="dxa" w:w="1727"/>
          </w:tcPr>
          <w:p>
            <w:pPr>
              <w:spacing w:after="20" w:before="20"/>
            </w:pPr>
            <w:r/>
            <w:r>
              <w:rPr>
                <w:rFonts w:ascii="Times New Roman" w:hAnsi="Times New Roman" w:eastAsia="宋体"/>
                <w:b w:val="0"/>
                <w:sz w:val="21"/>
              </w:rPr>
              <w:t>04艺术商业管理研究</w:t>
            </w:r>
          </w:p>
        </w:tc>
      </w:tr>
      <w:tr>
        <w:tc>
          <w:tcPr>
            <w:tcW w:type="dxa" w:w="1727"/>
          </w:tcPr>
          <w:p>
            <w:pPr>
              <w:spacing w:after="20" w:before="20"/>
            </w:pPr>
            <w:r/>
            <w:r>
              <w:rPr>
                <w:rFonts w:ascii="Times New Roman" w:hAnsi="Times New Roman" w:eastAsia="宋体"/>
                <w:b w:val="0"/>
                <w:sz w:val="21"/>
              </w:rPr>
              <w:t>172</w:t>
            </w:r>
          </w:p>
        </w:tc>
        <w:tc>
          <w:tcPr>
            <w:tcW w:type="dxa" w:w="1727"/>
          </w:tcPr>
          <w:p>
            <w:pPr>
              <w:spacing w:after="20" w:before="20"/>
            </w:pPr>
            <w:r/>
            <w:r>
              <w:rPr>
                <w:rFonts w:ascii="Times New Roman" w:hAnsi="Times New Roman" w:eastAsia="宋体"/>
                <w:b w:val="0"/>
                <w:sz w:val="21"/>
              </w:rPr>
              <w:t>邹东岳</w:t>
            </w:r>
          </w:p>
        </w:tc>
        <w:tc>
          <w:tcPr>
            <w:tcW w:type="dxa" w:w="1727"/>
          </w:tcPr>
          <w:p>
            <w:pPr>
              <w:spacing w:after="20" w:before="20"/>
            </w:pPr>
            <w:r/>
            <w:r>
              <w:rPr>
                <w:rFonts w:ascii="Times New Roman" w:hAnsi="Times New Roman" w:eastAsia="宋体"/>
                <w:b w:val="0"/>
                <w:sz w:val="21"/>
              </w:rPr>
              <w:t>艺术管理与教育学院</w:t>
            </w:r>
          </w:p>
        </w:tc>
        <w:tc>
          <w:tcPr>
            <w:tcW w:type="dxa" w:w="1727"/>
          </w:tcPr>
          <w:p>
            <w:pPr>
              <w:spacing w:after="20" w:before="20"/>
            </w:pPr>
            <w:r/>
            <w:r>
              <w:rPr>
                <w:rFonts w:ascii="Times New Roman" w:hAnsi="Times New Roman" w:eastAsia="宋体"/>
                <w:b w:val="0"/>
                <w:sz w:val="21"/>
              </w:rPr>
              <w:t>艺术管理与教育学院</w:t>
            </w:r>
          </w:p>
        </w:tc>
        <w:tc>
          <w:tcPr>
            <w:tcW w:type="dxa" w:w="1727"/>
          </w:tcPr>
          <w:p>
            <w:pPr>
              <w:spacing w:after="20" w:before="20"/>
            </w:pPr>
            <w:r/>
            <w:r>
              <w:rPr>
                <w:rFonts w:ascii="Times New Roman" w:hAnsi="Times New Roman" w:eastAsia="宋体"/>
                <w:b w:val="0"/>
                <w:sz w:val="21"/>
              </w:rPr>
              <w:t>05艺术经济学研究</w:t>
            </w:r>
          </w:p>
        </w:tc>
      </w:tr>
      <w:tr>
        <w:tc>
          <w:tcPr>
            <w:tcW w:type="dxa" w:w="1727"/>
          </w:tcPr>
          <w:p>
            <w:pPr>
              <w:spacing w:after="20" w:before="20"/>
            </w:pPr>
            <w:r/>
            <w:r>
              <w:rPr>
                <w:rFonts w:ascii="Times New Roman" w:hAnsi="Times New Roman" w:eastAsia="宋体"/>
                <w:b w:val="0"/>
                <w:sz w:val="21"/>
              </w:rPr>
              <w:t>173</w:t>
            </w:r>
          </w:p>
        </w:tc>
        <w:tc>
          <w:tcPr>
            <w:tcW w:type="dxa" w:w="1727"/>
          </w:tcPr>
          <w:p>
            <w:pPr>
              <w:spacing w:after="20" w:before="20"/>
            </w:pPr>
            <w:r/>
            <w:r>
              <w:rPr>
                <w:rFonts w:ascii="Times New Roman" w:hAnsi="Times New Roman" w:eastAsia="宋体"/>
                <w:b w:val="0"/>
                <w:sz w:val="21"/>
              </w:rPr>
              <w:t>汪羽赫</w:t>
            </w:r>
          </w:p>
        </w:tc>
        <w:tc>
          <w:tcPr>
            <w:tcW w:type="dxa" w:w="1727"/>
          </w:tcPr>
          <w:p>
            <w:pPr>
              <w:spacing w:after="20" w:before="20"/>
            </w:pPr>
            <w:r/>
            <w:r>
              <w:rPr>
                <w:rFonts w:ascii="Times New Roman" w:hAnsi="Times New Roman" w:eastAsia="宋体"/>
                <w:b w:val="0"/>
                <w:sz w:val="21"/>
              </w:rPr>
              <w:t>艺术与设计管理学院</w:t>
            </w:r>
          </w:p>
        </w:tc>
        <w:tc>
          <w:tcPr>
            <w:tcW w:type="dxa" w:w="1727"/>
          </w:tcPr>
          <w:p>
            <w:pPr>
              <w:spacing w:after="20" w:before="20"/>
            </w:pPr>
            <w:r/>
            <w:r>
              <w:rPr>
                <w:rFonts w:ascii="Times New Roman" w:hAnsi="Times New Roman" w:eastAsia="宋体"/>
                <w:b w:val="0"/>
                <w:sz w:val="21"/>
              </w:rPr>
              <w:t>艺术管理与教育学院</w:t>
            </w:r>
          </w:p>
        </w:tc>
        <w:tc>
          <w:tcPr>
            <w:tcW w:type="dxa" w:w="1727"/>
          </w:tcPr>
          <w:p>
            <w:pPr>
              <w:spacing w:after="20" w:before="20"/>
            </w:pPr>
            <w:r/>
            <w:r>
              <w:rPr>
                <w:rFonts w:ascii="Times New Roman" w:hAnsi="Times New Roman" w:eastAsia="宋体"/>
                <w:b w:val="0"/>
                <w:sz w:val="21"/>
              </w:rPr>
              <w:t>08文化创意产业管理研究</w:t>
            </w:r>
          </w:p>
        </w:tc>
      </w:tr>
      <w:tr>
        <w:tc>
          <w:tcPr>
            <w:tcW w:type="dxa" w:w="1727"/>
          </w:tcPr>
          <w:p>
            <w:pPr>
              <w:spacing w:after="20" w:before="20"/>
            </w:pPr>
            <w:r/>
            <w:r>
              <w:rPr>
                <w:rFonts w:ascii="Times New Roman" w:hAnsi="Times New Roman" w:eastAsia="宋体"/>
                <w:b w:val="0"/>
                <w:sz w:val="21"/>
              </w:rPr>
              <w:t>174</w:t>
            </w:r>
          </w:p>
        </w:tc>
        <w:tc>
          <w:tcPr>
            <w:tcW w:type="dxa" w:w="1727"/>
          </w:tcPr>
          <w:p>
            <w:pPr>
              <w:spacing w:after="20" w:before="20"/>
            </w:pPr>
            <w:r/>
            <w:r>
              <w:rPr>
                <w:rFonts w:ascii="Times New Roman" w:hAnsi="Times New Roman" w:eastAsia="宋体"/>
                <w:b w:val="0"/>
                <w:sz w:val="21"/>
              </w:rPr>
              <w:t>唐睿琪</w:t>
            </w:r>
          </w:p>
        </w:tc>
        <w:tc>
          <w:tcPr>
            <w:tcW w:type="dxa" w:w="1727"/>
          </w:tcPr>
          <w:p>
            <w:pPr>
              <w:spacing w:after="20" w:before="20"/>
            </w:pPr>
            <w:r/>
            <w:r>
              <w:rPr>
                <w:rFonts w:ascii="Times New Roman" w:hAnsi="Times New Roman" w:eastAsia="宋体"/>
                <w:b w:val="0"/>
                <w:sz w:val="21"/>
              </w:rPr>
              <w:t>艺术与设计管理学院</w:t>
            </w:r>
          </w:p>
        </w:tc>
        <w:tc>
          <w:tcPr>
            <w:tcW w:type="dxa" w:w="1727"/>
          </w:tcPr>
          <w:p>
            <w:pPr>
              <w:spacing w:after="20" w:before="20"/>
            </w:pPr>
            <w:r/>
            <w:r>
              <w:rPr>
                <w:rFonts w:ascii="Times New Roman" w:hAnsi="Times New Roman" w:eastAsia="宋体"/>
                <w:b w:val="0"/>
                <w:sz w:val="21"/>
              </w:rPr>
              <w:t>艺术管理与教育学院</w:t>
            </w:r>
          </w:p>
        </w:tc>
        <w:tc>
          <w:tcPr>
            <w:tcW w:type="dxa" w:w="1727"/>
          </w:tcPr>
          <w:p>
            <w:pPr>
              <w:spacing w:after="20" w:before="20"/>
            </w:pPr>
            <w:r/>
            <w:r>
              <w:rPr>
                <w:rFonts w:ascii="Times New Roman" w:hAnsi="Times New Roman" w:eastAsia="宋体"/>
                <w:b w:val="0"/>
                <w:sz w:val="21"/>
              </w:rPr>
              <w:t>10艺术法研究</w:t>
            </w:r>
          </w:p>
        </w:tc>
      </w:tr>
      <w:tr>
        <w:tc>
          <w:tcPr>
            <w:tcW w:type="dxa" w:w="1727"/>
          </w:tcPr>
          <w:p>
            <w:pPr>
              <w:spacing w:after="20" w:before="20"/>
            </w:pPr>
            <w:r/>
            <w:r>
              <w:rPr>
                <w:rFonts w:ascii="Times New Roman" w:hAnsi="Times New Roman" w:eastAsia="宋体"/>
                <w:b w:val="0"/>
                <w:sz w:val="21"/>
              </w:rPr>
              <w:t>175</w:t>
            </w:r>
          </w:p>
        </w:tc>
        <w:tc>
          <w:tcPr>
            <w:tcW w:type="dxa" w:w="1727"/>
          </w:tcPr>
          <w:p>
            <w:pPr>
              <w:spacing w:after="20" w:before="20"/>
            </w:pPr>
            <w:r/>
            <w:r>
              <w:rPr>
                <w:rFonts w:ascii="Times New Roman" w:hAnsi="Times New Roman" w:eastAsia="宋体"/>
                <w:b w:val="0"/>
                <w:sz w:val="21"/>
              </w:rPr>
              <w:t>李泽</w:t>
            </w:r>
          </w:p>
        </w:tc>
        <w:tc>
          <w:tcPr>
            <w:tcW w:type="dxa" w:w="1727"/>
          </w:tcPr>
          <w:p>
            <w:pPr>
              <w:spacing w:after="20" w:before="20"/>
            </w:pPr>
            <w:r/>
            <w:r>
              <w:rPr>
                <w:rFonts w:ascii="Times New Roman" w:hAnsi="Times New Roman" w:eastAsia="宋体"/>
                <w:b w:val="0"/>
                <w:sz w:val="21"/>
              </w:rPr>
              <w:t>艺术管理与教育学院</w:t>
            </w:r>
          </w:p>
        </w:tc>
        <w:tc>
          <w:tcPr>
            <w:tcW w:type="dxa" w:w="1727"/>
          </w:tcPr>
          <w:p>
            <w:pPr>
              <w:spacing w:after="20" w:before="20"/>
            </w:pPr>
            <w:r/>
            <w:r>
              <w:rPr>
                <w:rFonts w:ascii="Times New Roman" w:hAnsi="Times New Roman" w:eastAsia="宋体"/>
                <w:b w:val="0"/>
                <w:sz w:val="21"/>
              </w:rPr>
              <w:t>艺术管理与教育学院</w:t>
            </w:r>
          </w:p>
        </w:tc>
        <w:tc>
          <w:tcPr>
            <w:tcW w:type="dxa" w:w="1727"/>
          </w:tcPr>
          <w:p>
            <w:pPr>
              <w:spacing w:after="20" w:before="20"/>
            </w:pPr>
            <w:r/>
            <w:r>
              <w:rPr>
                <w:rFonts w:ascii="Times New Roman" w:hAnsi="Times New Roman" w:eastAsia="宋体"/>
                <w:b w:val="0"/>
                <w:sz w:val="21"/>
              </w:rPr>
              <w:t>11国家文化形象与文化政策研究</w:t>
            </w:r>
          </w:p>
        </w:tc>
      </w:tr>
      <w:tr>
        <w:tc>
          <w:tcPr>
            <w:tcW w:type="dxa" w:w="1727"/>
          </w:tcPr>
          <w:p>
            <w:pPr>
              <w:spacing w:after="20" w:before="20"/>
            </w:pPr>
            <w:r/>
            <w:r>
              <w:rPr>
                <w:rFonts w:ascii="Times New Roman" w:hAnsi="Times New Roman" w:eastAsia="宋体"/>
                <w:b w:val="0"/>
                <w:sz w:val="21"/>
              </w:rPr>
              <w:t>176</w:t>
            </w:r>
          </w:p>
        </w:tc>
        <w:tc>
          <w:tcPr>
            <w:tcW w:type="dxa" w:w="1727"/>
          </w:tcPr>
          <w:p>
            <w:pPr>
              <w:spacing w:after="20" w:before="20"/>
            </w:pPr>
            <w:r/>
            <w:r>
              <w:rPr>
                <w:rFonts w:ascii="Times New Roman" w:hAnsi="Times New Roman" w:eastAsia="宋体"/>
                <w:b w:val="0"/>
                <w:sz w:val="21"/>
              </w:rPr>
              <w:t>丰凯梓奇</w:t>
            </w:r>
          </w:p>
        </w:tc>
        <w:tc>
          <w:tcPr>
            <w:tcW w:type="dxa" w:w="1727"/>
          </w:tcPr>
          <w:p>
            <w:pPr>
              <w:spacing w:after="20" w:before="20"/>
            </w:pPr>
            <w:r/>
            <w:r>
              <w:rPr>
                <w:rFonts w:ascii="Times New Roman" w:hAnsi="Times New Roman" w:eastAsia="宋体"/>
                <w:b w:val="0"/>
                <w:sz w:val="21"/>
              </w:rPr>
              <w:t>艺术管理与教育学院</w:t>
            </w:r>
          </w:p>
        </w:tc>
        <w:tc>
          <w:tcPr>
            <w:tcW w:type="dxa" w:w="1727"/>
          </w:tcPr>
          <w:p>
            <w:pPr>
              <w:spacing w:after="20" w:before="20"/>
            </w:pPr>
            <w:r/>
            <w:r>
              <w:rPr>
                <w:rFonts w:ascii="Times New Roman" w:hAnsi="Times New Roman" w:eastAsia="宋体"/>
                <w:b w:val="0"/>
                <w:sz w:val="21"/>
              </w:rPr>
              <w:t>艺术管理与教育学院</w:t>
            </w:r>
          </w:p>
        </w:tc>
        <w:tc>
          <w:tcPr>
            <w:tcW w:type="dxa" w:w="1727"/>
          </w:tcPr>
          <w:p>
            <w:pPr>
              <w:spacing w:after="20" w:before="20"/>
            </w:pPr>
            <w:r/>
            <w:r>
              <w:rPr>
                <w:rFonts w:ascii="Times New Roman" w:hAnsi="Times New Roman" w:eastAsia="宋体"/>
                <w:b w:val="0"/>
                <w:sz w:val="21"/>
              </w:rPr>
              <w:t>13美术馆管理研究</w:t>
            </w:r>
          </w:p>
        </w:tc>
      </w:tr>
      <w:tr>
        <w:tc>
          <w:tcPr>
            <w:tcW w:type="dxa" w:w="1727"/>
          </w:tcPr>
          <w:p>
            <w:pPr>
              <w:spacing w:after="20" w:before="20"/>
            </w:pPr>
            <w:r/>
            <w:r>
              <w:rPr>
                <w:rFonts w:ascii="Times New Roman" w:hAnsi="Times New Roman" w:eastAsia="宋体"/>
                <w:b w:val="0"/>
                <w:sz w:val="21"/>
              </w:rPr>
              <w:t>177</w:t>
            </w:r>
          </w:p>
        </w:tc>
        <w:tc>
          <w:tcPr>
            <w:tcW w:type="dxa" w:w="1727"/>
          </w:tcPr>
          <w:p>
            <w:pPr>
              <w:spacing w:after="20" w:before="20"/>
            </w:pPr>
            <w:r/>
            <w:r>
              <w:rPr>
                <w:rFonts w:ascii="Times New Roman" w:hAnsi="Times New Roman" w:eastAsia="宋体"/>
                <w:b w:val="0"/>
                <w:sz w:val="21"/>
              </w:rPr>
              <w:t>钟忻</w:t>
            </w:r>
          </w:p>
        </w:tc>
        <w:tc>
          <w:tcPr>
            <w:tcW w:type="dxa" w:w="1727"/>
          </w:tcPr>
          <w:p>
            <w:pPr>
              <w:spacing w:after="20" w:before="20"/>
            </w:pPr>
            <w:r/>
            <w:r>
              <w:rPr>
                <w:rFonts w:ascii="Times New Roman" w:hAnsi="Times New Roman" w:eastAsia="宋体"/>
                <w:b w:val="0"/>
                <w:sz w:val="21"/>
              </w:rPr>
              <w:t>艺术与设计管理学院</w:t>
            </w:r>
          </w:p>
        </w:tc>
        <w:tc>
          <w:tcPr>
            <w:tcW w:type="dxa" w:w="1727"/>
          </w:tcPr>
          <w:p>
            <w:pPr>
              <w:spacing w:after="20" w:before="20"/>
            </w:pPr>
            <w:r/>
            <w:r>
              <w:rPr>
                <w:rFonts w:ascii="Times New Roman" w:hAnsi="Times New Roman" w:eastAsia="宋体"/>
                <w:b w:val="0"/>
                <w:sz w:val="21"/>
              </w:rPr>
              <w:t>艺术管理与教育学院</w:t>
            </w:r>
          </w:p>
        </w:tc>
        <w:tc>
          <w:tcPr>
            <w:tcW w:type="dxa" w:w="1727"/>
          </w:tcPr>
          <w:p>
            <w:pPr>
              <w:spacing w:after="20" w:before="20"/>
            </w:pPr>
            <w:r/>
            <w:r>
              <w:rPr>
                <w:rFonts w:ascii="Times New Roman" w:hAnsi="Times New Roman" w:eastAsia="宋体"/>
                <w:b w:val="0"/>
                <w:sz w:val="21"/>
              </w:rPr>
              <w:t>14美术馆管理研究</w:t>
            </w:r>
          </w:p>
        </w:tc>
      </w:tr>
      <w:tr>
        <w:tc>
          <w:tcPr>
            <w:tcW w:type="dxa" w:w="1727"/>
          </w:tcPr>
          <w:p>
            <w:pPr>
              <w:spacing w:after="20" w:before="20"/>
            </w:pPr>
            <w:r/>
            <w:r>
              <w:rPr>
                <w:rFonts w:ascii="Times New Roman" w:hAnsi="Times New Roman" w:eastAsia="宋体"/>
                <w:b w:val="0"/>
                <w:sz w:val="21"/>
              </w:rPr>
              <w:t>178</w:t>
            </w:r>
          </w:p>
        </w:tc>
        <w:tc>
          <w:tcPr>
            <w:tcW w:type="dxa" w:w="1727"/>
          </w:tcPr>
          <w:p>
            <w:pPr>
              <w:spacing w:after="20" w:before="20"/>
            </w:pPr>
            <w:r/>
            <w:r>
              <w:rPr>
                <w:rFonts w:ascii="Times New Roman" w:hAnsi="Times New Roman" w:eastAsia="宋体"/>
                <w:b w:val="0"/>
                <w:sz w:val="21"/>
              </w:rPr>
              <w:t>梁芷欣</w:t>
            </w:r>
          </w:p>
        </w:tc>
        <w:tc>
          <w:tcPr>
            <w:tcW w:type="dxa" w:w="1727"/>
          </w:tcPr>
          <w:p>
            <w:pPr>
              <w:spacing w:after="20" w:before="20"/>
            </w:pPr>
            <w:r/>
            <w:r>
              <w:rPr>
                <w:rFonts w:ascii="Times New Roman" w:hAnsi="Times New Roman" w:eastAsia="宋体"/>
                <w:b w:val="0"/>
                <w:sz w:val="21"/>
              </w:rPr>
              <w:t>艺术与设计管理学院</w:t>
            </w:r>
          </w:p>
        </w:tc>
        <w:tc>
          <w:tcPr>
            <w:tcW w:type="dxa" w:w="1727"/>
          </w:tcPr>
          <w:p>
            <w:pPr>
              <w:spacing w:after="20" w:before="20"/>
            </w:pPr>
            <w:r/>
            <w:r>
              <w:rPr>
                <w:rFonts w:ascii="Times New Roman" w:hAnsi="Times New Roman" w:eastAsia="宋体"/>
                <w:b w:val="0"/>
                <w:sz w:val="21"/>
              </w:rPr>
              <w:t>艺术管理与教育学院</w:t>
            </w:r>
          </w:p>
        </w:tc>
        <w:tc>
          <w:tcPr>
            <w:tcW w:type="dxa" w:w="1727"/>
          </w:tcPr>
          <w:p>
            <w:pPr>
              <w:spacing w:after="20" w:before="20"/>
            </w:pPr>
            <w:r/>
            <w:r>
              <w:rPr>
                <w:rFonts w:ascii="Times New Roman" w:hAnsi="Times New Roman" w:eastAsia="宋体"/>
                <w:b w:val="0"/>
                <w:sz w:val="21"/>
              </w:rPr>
              <w:t>15中国美术收藏史研究</w:t>
            </w:r>
          </w:p>
        </w:tc>
      </w:tr>
      <w:tr>
        <w:tc>
          <w:tcPr>
            <w:tcW w:type="dxa" w:w="1727"/>
          </w:tcPr>
          <w:p>
            <w:pPr>
              <w:spacing w:after="20" w:before="20"/>
            </w:pPr>
            <w:r/>
            <w:r>
              <w:rPr>
                <w:rFonts w:ascii="Times New Roman" w:hAnsi="Times New Roman" w:eastAsia="宋体"/>
                <w:b w:val="0"/>
                <w:sz w:val="21"/>
              </w:rPr>
              <w:t>179</w:t>
            </w:r>
          </w:p>
        </w:tc>
        <w:tc>
          <w:tcPr>
            <w:tcW w:type="dxa" w:w="1727"/>
          </w:tcPr>
          <w:p>
            <w:pPr>
              <w:spacing w:after="20" w:before="20"/>
            </w:pPr>
            <w:r/>
            <w:r>
              <w:rPr>
                <w:rFonts w:ascii="Times New Roman" w:hAnsi="Times New Roman" w:eastAsia="宋体"/>
                <w:b w:val="0"/>
                <w:sz w:val="21"/>
              </w:rPr>
              <w:t>王年祎</w:t>
            </w:r>
          </w:p>
        </w:tc>
        <w:tc>
          <w:tcPr>
            <w:tcW w:type="dxa" w:w="1727"/>
          </w:tcPr>
          <w:p>
            <w:pPr>
              <w:spacing w:after="20" w:before="20"/>
            </w:pPr>
            <w:r/>
            <w:r>
              <w:rPr>
                <w:rFonts w:ascii="Times New Roman" w:hAnsi="Times New Roman" w:eastAsia="宋体"/>
                <w:b w:val="0"/>
                <w:sz w:val="21"/>
              </w:rPr>
              <w:t>艺术管理与教育学院</w:t>
            </w:r>
          </w:p>
        </w:tc>
        <w:tc>
          <w:tcPr>
            <w:tcW w:type="dxa" w:w="1727"/>
          </w:tcPr>
          <w:p>
            <w:pPr>
              <w:spacing w:after="20" w:before="20"/>
            </w:pPr>
            <w:r/>
            <w:r>
              <w:rPr>
                <w:rFonts w:ascii="Times New Roman" w:hAnsi="Times New Roman" w:eastAsia="宋体"/>
                <w:b w:val="0"/>
                <w:sz w:val="21"/>
              </w:rPr>
              <w:t>艺术管理与教育学院</w:t>
            </w:r>
          </w:p>
        </w:tc>
        <w:tc>
          <w:tcPr>
            <w:tcW w:type="dxa" w:w="1727"/>
          </w:tcPr>
          <w:p>
            <w:pPr>
              <w:spacing w:after="20" w:before="20"/>
            </w:pPr>
            <w:r/>
            <w:r>
              <w:rPr>
                <w:rFonts w:ascii="Times New Roman" w:hAnsi="Times New Roman" w:eastAsia="宋体"/>
                <w:b w:val="0"/>
                <w:sz w:val="21"/>
              </w:rPr>
              <w:t>17中国现当代美术体制研究</w:t>
            </w:r>
          </w:p>
        </w:tc>
      </w:tr>
      <w:tr>
        <w:tc>
          <w:tcPr>
            <w:tcW w:type="dxa" w:w="1727"/>
          </w:tcPr>
          <w:p>
            <w:pPr>
              <w:spacing w:after="20" w:before="20"/>
            </w:pPr>
            <w:r/>
            <w:r>
              <w:rPr>
                <w:rFonts w:ascii="Times New Roman" w:hAnsi="Times New Roman" w:eastAsia="宋体"/>
                <w:b w:val="0"/>
                <w:sz w:val="21"/>
              </w:rPr>
              <w:t>180</w:t>
            </w:r>
          </w:p>
        </w:tc>
        <w:tc>
          <w:tcPr>
            <w:tcW w:type="dxa" w:w="1727"/>
          </w:tcPr>
          <w:p>
            <w:pPr>
              <w:spacing w:after="20" w:before="20"/>
            </w:pPr>
            <w:r/>
            <w:r>
              <w:rPr>
                <w:rFonts w:ascii="Times New Roman" w:hAnsi="Times New Roman" w:eastAsia="宋体"/>
                <w:b w:val="0"/>
                <w:sz w:val="21"/>
              </w:rPr>
              <w:t>周袁玉琢</w:t>
            </w:r>
          </w:p>
        </w:tc>
        <w:tc>
          <w:tcPr>
            <w:tcW w:type="dxa" w:w="1727"/>
          </w:tcPr>
          <w:p>
            <w:pPr>
              <w:spacing w:after="20" w:before="20"/>
            </w:pPr>
            <w:r/>
            <w:r>
              <w:rPr>
                <w:rFonts w:ascii="Times New Roman" w:hAnsi="Times New Roman" w:eastAsia="宋体"/>
                <w:b w:val="0"/>
                <w:sz w:val="21"/>
              </w:rPr>
              <w:t>艺术管理与教育学院</w:t>
            </w:r>
          </w:p>
        </w:tc>
        <w:tc>
          <w:tcPr>
            <w:tcW w:type="dxa" w:w="1727"/>
          </w:tcPr>
          <w:p>
            <w:pPr>
              <w:spacing w:after="20" w:before="20"/>
            </w:pPr>
            <w:r/>
            <w:r>
              <w:rPr>
                <w:rFonts w:ascii="Times New Roman" w:hAnsi="Times New Roman" w:eastAsia="宋体"/>
                <w:b w:val="0"/>
                <w:sz w:val="21"/>
              </w:rPr>
              <w:t>艺术管理与教育学院</w:t>
            </w:r>
          </w:p>
        </w:tc>
        <w:tc>
          <w:tcPr>
            <w:tcW w:type="dxa" w:w="1727"/>
          </w:tcPr>
          <w:p>
            <w:pPr>
              <w:spacing w:after="20" w:before="20"/>
            </w:pPr>
            <w:r/>
            <w:r>
              <w:rPr>
                <w:rFonts w:ascii="Times New Roman" w:hAnsi="Times New Roman" w:eastAsia="宋体"/>
                <w:b w:val="0"/>
                <w:sz w:val="21"/>
              </w:rPr>
              <w:t>18艺术理论与展览研究</w:t>
            </w:r>
          </w:p>
        </w:tc>
      </w:tr>
      <w:tr>
        <w:tc>
          <w:tcPr>
            <w:tcW w:type="dxa" w:w="1727"/>
          </w:tcPr>
          <w:p>
            <w:pPr>
              <w:spacing w:after="20" w:before="20"/>
            </w:pPr>
            <w:r/>
            <w:r>
              <w:rPr>
                <w:rFonts w:ascii="Times New Roman" w:hAnsi="Times New Roman" w:eastAsia="宋体"/>
                <w:b w:val="0"/>
                <w:sz w:val="21"/>
              </w:rPr>
              <w:t>181</w:t>
            </w:r>
          </w:p>
        </w:tc>
        <w:tc>
          <w:tcPr>
            <w:tcW w:type="dxa" w:w="1727"/>
          </w:tcPr>
          <w:p>
            <w:pPr>
              <w:spacing w:after="20" w:before="20"/>
            </w:pPr>
            <w:r/>
            <w:r>
              <w:rPr>
                <w:rFonts w:ascii="Times New Roman" w:hAnsi="Times New Roman" w:eastAsia="宋体"/>
                <w:b w:val="0"/>
                <w:sz w:val="21"/>
              </w:rPr>
              <w:t>吴涛炀</w:t>
            </w:r>
          </w:p>
        </w:tc>
        <w:tc>
          <w:tcPr>
            <w:tcW w:type="dxa" w:w="1727"/>
          </w:tcPr>
          <w:p>
            <w:pPr>
              <w:spacing w:after="20" w:before="20"/>
            </w:pPr>
            <w:r/>
            <w:r>
              <w:rPr>
                <w:rFonts w:ascii="Times New Roman" w:hAnsi="Times New Roman" w:eastAsia="宋体"/>
                <w:b w:val="0"/>
                <w:sz w:val="21"/>
              </w:rPr>
              <w:t>艺术管理与教育学院</w:t>
            </w:r>
          </w:p>
        </w:tc>
        <w:tc>
          <w:tcPr>
            <w:tcW w:type="dxa" w:w="1727"/>
          </w:tcPr>
          <w:p>
            <w:pPr>
              <w:spacing w:after="20" w:before="20"/>
            </w:pPr>
            <w:r/>
            <w:r>
              <w:rPr>
                <w:rFonts w:ascii="Times New Roman" w:hAnsi="Times New Roman" w:eastAsia="宋体"/>
                <w:b w:val="0"/>
                <w:sz w:val="21"/>
              </w:rPr>
              <w:t>艺术管理与教育学院</w:t>
            </w:r>
          </w:p>
        </w:tc>
        <w:tc>
          <w:tcPr>
            <w:tcW w:type="dxa" w:w="1727"/>
          </w:tcPr>
          <w:p>
            <w:pPr>
              <w:spacing w:after="20" w:before="20"/>
            </w:pPr>
            <w:r/>
            <w:r>
              <w:rPr>
                <w:rFonts w:ascii="Times New Roman" w:hAnsi="Times New Roman" w:eastAsia="宋体"/>
                <w:b w:val="0"/>
                <w:sz w:val="21"/>
              </w:rPr>
              <w:t>20艺术治疗</w:t>
            </w:r>
          </w:p>
        </w:tc>
      </w:tr>
      <w:tr>
        <w:tc>
          <w:tcPr>
            <w:tcW w:type="dxa" w:w="1727"/>
          </w:tcPr>
          <w:p>
            <w:pPr>
              <w:spacing w:after="20" w:before="20"/>
            </w:pPr>
            <w:r/>
            <w:r>
              <w:rPr>
                <w:rFonts w:ascii="Times New Roman" w:hAnsi="Times New Roman" w:eastAsia="宋体"/>
                <w:b w:val="0"/>
                <w:sz w:val="21"/>
              </w:rPr>
              <w:t>182</w:t>
            </w:r>
          </w:p>
        </w:tc>
        <w:tc>
          <w:tcPr>
            <w:tcW w:type="dxa" w:w="1727"/>
          </w:tcPr>
          <w:p>
            <w:pPr>
              <w:spacing w:after="20" w:before="20"/>
            </w:pPr>
            <w:r/>
            <w:r>
              <w:rPr>
                <w:rFonts w:ascii="Times New Roman" w:hAnsi="Times New Roman" w:eastAsia="宋体"/>
                <w:b w:val="0"/>
                <w:sz w:val="21"/>
              </w:rPr>
              <w:t>崔铎馨</w:t>
            </w:r>
          </w:p>
        </w:tc>
        <w:tc>
          <w:tcPr>
            <w:tcW w:type="dxa" w:w="1727"/>
          </w:tcPr>
          <w:p>
            <w:pPr>
              <w:spacing w:after="20" w:before="20"/>
            </w:pPr>
            <w:r/>
            <w:r>
              <w:rPr>
                <w:rFonts w:ascii="Times New Roman" w:hAnsi="Times New Roman" w:eastAsia="宋体"/>
                <w:b w:val="0"/>
                <w:sz w:val="21"/>
              </w:rPr>
              <w:t>艺术与设计管理学院</w:t>
            </w:r>
          </w:p>
        </w:tc>
        <w:tc>
          <w:tcPr>
            <w:tcW w:type="dxa" w:w="1727"/>
          </w:tcPr>
          <w:p>
            <w:pPr>
              <w:spacing w:after="20" w:before="20"/>
            </w:pPr>
            <w:r/>
            <w:r>
              <w:rPr>
                <w:rFonts w:ascii="Times New Roman" w:hAnsi="Times New Roman" w:eastAsia="宋体"/>
                <w:b w:val="0"/>
                <w:sz w:val="21"/>
              </w:rPr>
              <w:t>艺术管理与教育学院</w:t>
            </w:r>
          </w:p>
        </w:tc>
        <w:tc>
          <w:tcPr>
            <w:tcW w:type="dxa" w:w="1727"/>
          </w:tcPr>
          <w:p>
            <w:pPr>
              <w:spacing w:after="20" w:before="20"/>
            </w:pPr>
            <w:r/>
            <w:r>
              <w:rPr>
                <w:rFonts w:ascii="Times New Roman" w:hAnsi="Times New Roman" w:eastAsia="宋体"/>
                <w:b w:val="0"/>
                <w:sz w:val="21"/>
              </w:rPr>
              <w:t>21积极艺术治疗研究</w:t>
            </w:r>
          </w:p>
        </w:tc>
      </w:tr>
      <w:tr>
        <w:tc>
          <w:tcPr>
            <w:tcW w:type="dxa" w:w="1727"/>
          </w:tcPr>
          <w:p>
            <w:pPr>
              <w:spacing w:after="20" w:before="20"/>
            </w:pPr>
            <w:r/>
            <w:r>
              <w:rPr>
                <w:rFonts w:ascii="Times New Roman" w:hAnsi="Times New Roman" w:eastAsia="宋体"/>
                <w:b w:val="0"/>
                <w:sz w:val="21"/>
              </w:rPr>
              <w:t>183</w:t>
            </w:r>
          </w:p>
        </w:tc>
        <w:tc>
          <w:tcPr>
            <w:tcW w:type="dxa" w:w="1727"/>
          </w:tcPr>
          <w:p>
            <w:pPr>
              <w:spacing w:after="20" w:before="20"/>
            </w:pPr>
            <w:r/>
            <w:r>
              <w:rPr>
                <w:rFonts w:ascii="Times New Roman" w:hAnsi="Times New Roman" w:eastAsia="宋体"/>
                <w:b w:val="0"/>
                <w:sz w:val="21"/>
              </w:rPr>
              <w:t>侯昕彤</w:t>
            </w:r>
          </w:p>
        </w:tc>
        <w:tc>
          <w:tcPr>
            <w:tcW w:type="dxa" w:w="1727"/>
          </w:tcPr>
          <w:p>
            <w:pPr>
              <w:spacing w:after="20" w:before="20"/>
            </w:pPr>
            <w:r/>
            <w:r>
              <w:rPr>
                <w:rFonts w:ascii="Times New Roman" w:hAnsi="Times New Roman" w:eastAsia="宋体"/>
                <w:b w:val="0"/>
                <w:sz w:val="21"/>
              </w:rPr>
              <w:t>艺术管理与教育学院</w:t>
            </w:r>
          </w:p>
        </w:tc>
        <w:tc>
          <w:tcPr>
            <w:tcW w:type="dxa" w:w="1727"/>
          </w:tcPr>
          <w:p>
            <w:pPr>
              <w:spacing w:after="20" w:before="20"/>
            </w:pPr>
            <w:r/>
            <w:r>
              <w:rPr>
                <w:rFonts w:ascii="Times New Roman" w:hAnsi="Times New Roman" w:eastAsia="宋体"/>
                <w:b w:val="0"/>
                <w:sz w:val="21"/>
              </w:rPr>
              <w:t>艺术管理与教育学院</w:t>
            </w:r>
          </w:p>
        </w:tc>
        <w:tc>
          <w:tcPr>
            <w:tcW w:type="dxa" w:w="1727"/>
          </w:tcPr>
          <w:p>
            <w:pPr>
              <w:spacing w:after="20" w:before="20"/>
            </w:pPr>
            <w:r/>
            <w:r>
              <w:rPr>
                <w:rFonts w:ascii="Times New Roman" w:hAnsi="Times New Roman" w:eastAsia="宋体"/>
                <w:b w:val="0"/>
                <w:sz w:val="21"/>
              </w:rPr>
              <w:t>24当代艺术与跨文化研究</w:t>
            </w:r>
          </w:p>
        </w:tc>
      </w:tr>
      <w:tr>
        <w:tc>
          <w:tcPr>
            <w:tcW w:type="dxa" w:w="1727"/>
          </w:tcPr>
          <w:p>
            <w:pPr>
              <w:spacing w:after="20" w:before="20"/>
            </w:pPr>
            <w:r/>
            <w:r>
              <w:rPr>
                <w:rFonts w:ascii="Times New Roman" w:hAnsi="Times New Roman" w:eastAsia="宋体"/>
                <w:b w:val="0"/>
                <w:sz w:val="21"/>
              </w:rPr>
              <w:t>184</w:t>
            </w:r>
          </w:p>
        </w:tc>
        <w:tc>
          <w:tcPr>
            <w:tcW w:type="dxa" w:w="1727"/>
          </w:tcPr>
          <w:p>
            <w:pPr>
              <w:spacing w:after="20" w:before="20"/>
            </w:pPr>
            <w:r/>
            <w:r>
              <w:rPr>
                <w:rFonts w:ascii="Times New Roman" w:hAnsi="Times New Roman" w:eastAsia="宋体"/>
                <w:b w:val="0"/>
                <w:sz w:val="21"/>
              </w:rPr>
              <w:t>刘凤韬</w:t>
            </w:r>
          </w:p>
        </w:tc>
        <w:tc>
          <w:tcPr>
            <w:tcW w:type="dxa" w:w="1727"/>
          </w:tcPr>
          <w:p>
            <w:pPr>
              <w:spacing w:after="20" w:before="20"/>
            </w:pPr>
            <w:r/>
            <w:r>
              <w:rPr>
                <w:rFonts w:ascii="Times New Roman" w:hAnsi="Times New Roman" w:eastAsia="宋体"/>
                <w:b w:val="0"/>
                <w:sz w:val="21"/>
              </w:rPr>
              <w:t>艺术管理与教育学院</w:t>
            </w:r>
          </w:p>
        </w:tc>
        <w:tc>
          <w:tcPr>
            <w:tcW w:type="dxa" w:w="1727"/>
          </w:tcPr>
          <w:p>
            <w:pPr>
              <w:spacing w:after="20" w:before="20"/>
            </w:pPr>
            <w:r/>
            <w:r>
              <w:rPr>
                <w:rFonts w:ascii="Times New Roman" w:hAnsi="Times New Roman" w:eastAsia="宋体"/>
                <w:b w:val="0"/>
                <w:sz w:val="21"/>
              </w:rPr>
              <w:t>艺术管理与教育学院</w:t>
            </w:r>
          </w:p>
        </w:tc>
        <w:tc>
          <w:tcPr>
            <w:tcW w:type="dxa" w:w="1727"/>
          </w:tcPr>
          <w:p>
            <w:pPr>
              <w:spacing w:after="20" w:before="20"/>
            </w:pPr>
            <w:r/>
            <w:r>
              <w:rPr>
                <w:rFonts w:ascii="Times New Roman" w:hAnsi="Times New Roman" w:eastAsia="宋体"/>
                <w:b w:val="0"/>
                <w:sz w:val="21"/>
              </w:rPr>
              <w:t>25当代艺术与跨文化研究</w:t>
            </w:r>
          </w:p>
        </w:tc>
      </w:tr>
      <w:tr>
        <w:tc>
          <w:tcPr>
            <w:tcW w:type="dxa" w:w="1727"/>
          </w:tcPr>
          <w:p>
            <w:pPr>
              <w:spacing w:after="20" w:before="20"/>
            </w:pPr>
            <w:r/>
            <w:r>
              <w:rPr>
                <w:rFonts w:ascii="Times New Roman" w:hAnsi="Times New Roman" w:eastAsia="宋体"/>
                <w:b w:val="0"/>
                <w:sz w:val="21"/>
              </w:rPr>
              <w:t>185</w:t>
            </w:r>
          </w:p>
        </w:tc>
        <w:tc>
          <w:tcPr>
            <w:tcW w:type="dxa" w:w="1727"/>
          </w:tcPr>
          <w:p>
            <w:pPr>
              <w:spacing w:after="20" w:before="20"/>
            </w:pPr>
            <w:r/>
            <w:r>
              <w:rPr>
                <w:rFonts w:ascii="Times New Roman" w:hAnsi="Times New Roman" w:eastAsia="宋体"/>
                <w:b w:val="0"/>
                <w:sz w:val="21"/>
              </w:rPr>
              <w:t>裴津漫</w:t>
            </w:r>
          </w:p>
        </w:tc>
        <w:tc>
          <w:tcPr>
            <w:tcW w:type="dxa" w:w="1727"/>
          </w:tcPr>
          <w:p>
            <w:pPr>
              <w:spacing w:after="20" w:before="20"/>
            </w:pPr>
            <w:r/>
            <w:r>
              <w:rPr>
                <w:rFonts w:ascii="Times New Roman" w:hAnsi="Times New Roman" w:eastAsia="宋体"/>
                <w:b w:val="0"/>
                <w:sz w:val="21"/>
              </w:rPr>
              <w:t>艺术与设计管理学院</w:t>
            </w:r>
          </w:p>
        </w:tc>
        <w:tc>
          <w:tcPr>
            <w:tcW w:type="dxa" w:w="1727"/>
          </w:tcPr>
          <w:p>
            <w:pPr>
              <w:spacing w:after="20" w:before="20"/>
            </w:pPr>
            <w:r/>
            <w:r>
              <w:rPr>
                <w:rFonts w:ascii="Times New Roman" w:hAnsi="Times New Roman" w:eastAsia="宋体"/>
                <w:b w:val="0"/>
                <w:sz w:val="21"/>
              </w:rPr>
              <w:t>艺术管理与教育学院</w:t>
            </w:r>
          </w:p>
        </w:tc>
        <w:tc>
          <w:tcPr>
            <w:tcW w:type="dxa" w:w="1727"/>
          </w:tcPr>
          <w:p>
            <w:pPr>
              <w:spacing w:after="20" w:before="20"/>
            </w:pPr>
            <w:r/>
            <w:r>
              <w:rPr>
                <w:rFonts w:ascii="Times New Roman" w:hAnsi="Times New Roman" w:eastAsia="宋体"/>
                <w:b w:val="0"/>
                <w:sz w:val="21"/>
              </w:rPr>
              <w:t>26媒体艺术与艺术策展研究</w:t>
            </w:r>
          </w:p>
        </w:tc>
      </w:tr>
      <w:tr>
        <w:tc>
          <w:tcPr>
            <w:tcW w:type="dxa" w:w="1727"/>
          </w:tcPr>
          <w:p>
            <w:pPr>
              <w:spacing w:after="20" w:before="20"/>
            </w:pPr>
            <w:r/>
            <w:r>
              <w:rPr>
                <w:rFonts w:ascii="Times New Roman" w:hAnsi="Times New Roman" w:eastAsia="宋体"/>
                <w:b w:val="0"/>
                <w:sz w:val="21"/>
              </w:rPr>
              <w:t>186</w:t>
            </w:r>
          </w:p>
        </w:tc>
        <w:tc>
          <w:tcPr>
            <w:tcW w:type="dxa" w:w="1727"/>
          </w:tcPr>
          <w:p>
            <w:pPr>
              <w:spacing w:after="20" w:before="20"/>
            </w:pPr>
            <w:r/>
            <w:r>
              <w:rPr>
                <w:rFonts w:ascii="Times New Roman" w:hAnsi="Times New Roman" w:eastAsia="宋体"/>
                <w:b w:val="0"/>
                <w:sz w:val="21"/>
              </w:rPr>
              <w:t>张艺敏嘉</w:t>
            </w:r>
          </w:p>
        </w:tc>
        <w:tc>
          <w:tcPr>
            <w:tcW w:type="dxa" w:w="1727"/>
          </w:tcPr>
          <w:p>
            <w:pPr>
              <w:spacing w:after="20" w:before="20"/>
            </w:pPr>
            <w:r/>
            <w:r>
              <w:rPr>
                <w:rFonts w:ascii="Times New Roman" w:hAnsi="Times New Roman" w:eastAsia="宋体"/>
                <w:b w:val="0"/>
                <w:sz w:val="21"/>
              </w:rPr>
              <w:t>艺术与设计管理学院</w:t>
            </w:r>
          </w:p>
        </w:tc>
        <w:tc>
          <w:tcPr>
            <w:tcW w:type="dxa" w:w="1727"/>
          </w:tcPr>
          <w:p>
            <w:pPr>
              <w:spacing w:after="20" w:before="20"/>
            </w:pPr>
            <w:r/>
            <w:r>
              <w:rPr>
                <w:rFonts w:ascii="Times New Roman" w:hAnsi="Times New Roman" w:eastAsia="宋体"/>
                <w:b w:val="0"/>
                <w:sz w:val="21"/>
              </w:rPr>
              <w:t>艺术管理与教育学院</w:t>
            </w:r>
          </w:p>
        </w:tc>
        <w:tc>
          <w:tcPr>
            <w:tcW w:type="dxa" w:w="1727"/>
          </w:tcPr>
          <w:p>
            <w:pPr>
              <w:spacing w:after="20" w:before="20"/>
            </w:pPr>
            <w:r/>
            <w:r>
              <w:rPr>
                <w:rFonts w:ascii="Times New Roman" w:hAnsi="Times New Roman" w:eastAsia="宋体"/>
                <w:b w:val="0"/>
                <w:sz w:val="21"/>
              </w:rPr>
              <w:t>27艺术产业、文化形象与文旅产业发展研究</w:t>
            </w:r>
          </w:p>
        </w:tc>
      </w:tr>
      <w:tr>
        <w:tc>
          <w:tcPr>
            <w:tcW w:type="dxa" w:w="1727"/>
          </w:tcPr>
          <w:p>
            <w:pPr>
              <w:spacing w:after="20" w:before="20"/>
            </w:pPr>
            <w:r/>
            <w:r>
              <w:rPr>
                <w:rFonts w:ascii="Times New Roman" w:hAnsi="Times New Roman" w:eastAsia="宋体"/>
                <w:b w:val="0"/>
                <w:sz w:val="21"/>
              </w:rPr>
              <w:t>187</w:t>
            </w:r>
          </w:p>
        </w:tc>
        <w:tc>
          <w:tcPr>
            <w:tcW w:type="dxa" w:w="1727"/>
          </w:tcPr>
          <w:p>
            <w:pPr>
              <w:spacing w:after="20" w:before="20"/>
            </w:pPr>
            <w:r/>
            <w:r>
              <w:rPr>
                <w:rFonts w:ascii="Times New Roman" w:hAnsi="Times New Roman" w:eastAsia="宋体"/>
                <w:b w:val="0"/>
                <w:sz w:val="21"/>
              </w:rPr>
              <w:t>叶子妍</w:t>
            </w:r>
          </w:p>
        </w:tc>
        <w:tc>
          <w:tcPr>
            <w:tcW w:type="dxa" w:w="1727"/>
          </w:tcPr>
          <w:p>
            <w:pPr>
              <w:spacing w:after="20" w:before="20"/>
            </w:pPr>
            <w:r/>
            <w:r>
              <w:rPr>
                <w:rFonts w:ascii="Times New Roman" w:hAnsi="Times New Roman" w:eastAsia="宋体"/>
                <w:b w:val="0"/>
                <w:sz w:val="21"/>
              </w:rPr>
              <w:t>艺术管理与教育学院</w:t>
            </w:r>
          </w:p>
        </w:tc>
        <w:tc>
          <w:tcPr>
            <w:tcW w:type="dxa" w:w="1727"/>
          </w:tcPr>
          <w:p>
            <w:pPr>
              <w:spacing w:after="20" w:before="20"/>
            </w:pPr>
            <w:r/>
            <w:r>
              <w:rPr>
                <w:rFonts w:ascii="Times New Roman" w:hAnsi="Times New Roman" w:eastAsia="宋体"/>
                <w:b w:val="0"/>
                <w:sz w:val="21"/>
              </w:rPr>
              <w:t>艺术管理与教育学院</w:t>
            </w:r>
          </w:p>
        </w:tc>
        <w:tc>
          <w:tcPr>
            <w:tcW w:type="dxa" w:w="1727"/>
          </w:tcPr>
          <w:p>
            <w:pPr>
              <w:spacing w:after="20" w:before="20"/>
            </w:pPr>
            <w:r/>
            <w:r>
              <w:rPr>
                <w:rFonts w:ascii="Times New Roman" w:hAnsi="Times New Roman" w:eastAsia="宋体"/>
                <w:b w:val="0"/>
                <w:sz w:val="21"/>
              </w:rPr>
              <w:t>29国际当代艺术与展览研究</w:t>
            </w:r>
          </w:p>
        </w:tc>
      </w:tr>
      <w:tr>
        <w:tc>
          <w:tcPr>
            <w:tcW w:type="dxa" w:w="1727"/>
          </w:tcPr>
          <w:p>
            <w:pPr>
              <w:spacing w:after="20" w:before="20"/>
            </w:pPr>
            <w:r/>
            <w:r>
              <w:rPr>
                <w:rFonts w:ascii="Times New Roman" w:hAnsi="Times New Roman" w:eastAsia="宋体"/>
                <w:b w:val="0"/>
                <w:sz w:val="21"/>
              </w:rPr>
              <w:t>188</w:t>
            </w:r>
          </w:p>
        </w:tc>
        <w:tc>
          <w:tcPr>
            <w:tcW w:type="dxa" w:w="1727"/>
          </w:tcPr>
          <w:p>
            <w:pPr>
              <w:spacing w:after="20" w:before="20"/>
            </w:pPr>
            <w:r/>
            <w:r>
              <w:rPr>
                <w:rFonts w:ascii="Times New Roman" w:hAnsi="Times New Roman" w:eastAsia="宋体"/>
                <w:b w:val="0"/>
                <w:sz w:val="21"/>
              </w:rPr>
              <w:t>芦果</w:t>
            </w:r>
          </w:p>
        </w:tc>
        <w:tc>
          <w:tcPr>
            <w:tcW w:type="dxa" w:w="1727"/>
          </w:tcPr>
          <w:p>
            <w:pPr>
              <w:spacing w:after="20" w:before="20"/>
            </w:pPr>
            <w:r/>
            <w:r>
              <w:rPr>
                <w:rFonts w:ascii="Times New Roman" w:hAnsi="Times New Roman" w:eastAsia="宋体"/>
                <w:b w:val="0"/>
                <w:sz w:val="21"/>
              </w:rPr>
              <w:t>艺术与设计管理学院</w:t>
            </w:r>
          </w:p>
        </w:tc>
        <w:tc>
          <w:tcPr>
            <w:tcW w:type="dxa" w:w="1727"/>
          </w:tcPr>
          <w:p>
            <w:pPr>
              <w:spacing w:after="20" w:before="20"/>
            </w:pPr>
            <w:r/>
            <w:r>
              <w:rPr>
                <w:rFonts w:ascii="Times New Roman" w:hAnsi="Times New Roman" w:eastAsia="宋体"/>
                <w:b w:val="0"/>
                <w:sz w:val="21"/>
              </w:rPr>
              <w:t>艺术管理与教育学院</w:t>
            </w:r>
          </w:p>
        </w:tc>
        <w:tc>
          <w:tcPr>
            <w:tcW w:type="dxa" w:w="1727"/>
          </w:tcPr>
          <w:p>
            <w:pPr>
              <w:spacing w:after="20" w:before="20"/>
            </w:pPr>
            <w:r/>
            <w:r>
              <w:rPr>
                <w:rFonts w:ascii="Times New Roman" w:hAnsi="Times New Roman" w:eastAsia="宋体"/>
                <w:b w:val="0"/>
                <w:sz w:val="21"/>
              </w:rPr>
              <w:t>34中西美术教育比较研究</w:t>
            </w:r>
          </w:p>
        </w:tc>
      </w:tr>
      <w:tr>
        <w:tc>
          <w:tcPr>
            <w:tcW w:type="dxa" w:w="1727"/>
          </w:tcPr>
          <w:p>
            <w:pPr>
              <w:spacing w:after="20" w:before="20"/>
            </w:pPr>
            <w:r/>
            <w:r>
              <w:rPr>
                <w:rFonts w:ascii="Times New Roman" w:hAnsi="Times New Roman" w:eastAsia="宋体"/>
                <w:b w:val="0"/>
                <w:sz w:val="21"/>
              </w:rPr>
              <w:t>189</w:t>
            </w:r>
          </w:p>
        </w:tc>
        <w:tc>
          <w:tcPr>
            <w:tcW w:type="dxa" w:w="1727"/>
          </w:tcPr>
          <w:p>
            <w:pPr>
              <w:spacing w:after="20" w:before="20"/>
            </w:pPr>
            <w:r/>
            <w:r>
              <w:rPr>
                <w:rFonts w:ascii="Times New Roman" w:hAnsi="Times New Roman" w:eastAsia="宋体"/>
                <w:b w:val="0"/>
                <w:sz w:val="21"/>
              </w:rPr>
              <w:t>郭梦欣</w:t>
            </w:r>
          </w:p>
        </w:tc>
        <w:tc>
          <w:tcPr>
            <w:tcW w:type="dxa" w:w="1727"/>
          </w:tcPr>
          <w:p>
            <w:pPr>
              <w:spacing w:after="20" w:before="20"/>
            </w:pPr>
            <w:r/>
            <w:r>
              <w:rPr>
                <w:rFonts w:ascii="Times New Roman" w:hAnsi="Times New Roman" w:eastAsia="宋体"/>
                <w:b w:val="0"/>
                <w:sz w:val="21"/>
              </w:rPr>
              <w:t>艺术管理与教育学院</w:t>
            </w:r>
          </w:p>
        </w:tc>
        <w:tc>
          <w:tcPr>
            <w:tcW w:type="dxa" w:w="1727"/>
          </w:tcPr>
          <w:p>
            <w:pPr>
              <w:spacing w:after="20" w:before="20"/>
            </w:pPr>
            <w:r/>
            <w:r>
              <w:rPr>
                <w:rFonts w:ascii="Times New Roman" w:hAnsi="Times New Roman" w:eastAsia="宋体"/>
                <w:b w:val="0"/>
                <w:sz w:val="21"/>
              </w:rPr>
              <w:t>艺术管理与教育学院</w:t>
            </w:r>
          </w:p>
        </w:tc>
        <w:tc>
          <w:tcPr>
            <w:tcW w:type="dxa" w:w="1727"/>
          </w:tcPr>
          <w:p>
            <w:pPr>
              <w:spacing w:after="20" w:before="20"/>
            </w:pPr>
            <w:r/>
            <w:r>
              <w:rPr>
                <w:rFonts w:ascii="Times New Roman" w:hAnsi="Times New Roman" w:eastAsia="宋体"/>
                <w:b w:val="0"/>
                <w:sz w:val="21"/>
              </w:rPr>
              <w:t>35少儿美术教育研究</w:t>
            </w:r>
          </w:p>
        </w:tc>
      </w:tr>
      <w:tr>
        <w:tc>
          <w:tcPr>
            <w:tcW w:type="dxa" w:w="1727"/>
          </w:tcPr>
          <w:p>
            <w:pPr>
              <w:spacing w:after="20" w:before="20"/>
            </w:pPr>
            <w:r/>
            <w:r>
              <w:rPr>
                <w:rFonts w:ascii="Times New Roman" w:hAnsi="Times New Roman" w:eastAsia="宋体"/>
                <w:b w:val="0"/>
                <w:sz w:val="21"/>
              </w:rPr>
              <w:t>190</w:t>
            </w:r>
          </w:p>
        </w:tc>
        <w:tc>
          <w:tcPr>
            <w:tcW w:type="dxa" w:w="1727"/>
          </w:tcPr>
          <w:p>
            <w:pPr>
              <w:spacing w:after="20" w:before="20"/>
            </w:pPr>
            <w:r/>
            <w:r>
              <w:rPr>
                <w:rFonts w:ascii="Times New Roman" w:hAnsi="Times New Roman" w:eastAsia="宋体"/>
                <w:b w:val="0"/>
                <w:sz w:val="21"/>
              </w:rPr>
              <w:t>普京</w:t>
            </w:r>
          </w:p>
        </w:tc>
        <w:tc>
          <w:tcPr>
            <w:tcW w:type="dxa" w:w="1727"/>
          </w:tcPr>
          <w:p>
            <w:pPr>
              <w:spacing w:after="20" w:before="20"/>
            </w:pPr>
            <w:r/>
            <w:r>
              <w:rPr>
                <w:rFonts w:ascii="Times New Roman" w:hAnsi="Times New Roman" w:eastAsia="宋体"/>
                <w:b w:val="0"/>
                <w:sz w:val="21"/>
              </w:rPr>
              <w:t>修复学院</w:t>
            </w:r>
          </w:p>
        </w:tc>
        <w:tc>
          <w:tcPr>
            <w:tcW w:type="dxa" w:w="1727"/>
          </w:tcPr>
          <w:p>
            <w:pPr>
              <w:spacing w:after="20" w:before="20"/>
            </w:pPr>
            <w:r/>
            <w:r>
              <w:rPr>
                <w:rFonts w:ascii="Times New Roman" w:hAnsi="Times New Roman" w:eastAsia="宋体"/>
                <w:b w:val="0"/>
                <w:sz w:val="21"/>
              </w:rPr>
              <w:t>修复学院</w:t>
            </w:r>
          </w:p>
        </w:tc>
        <w:tc>
          <w:tcPr>
            <w:tcW w:type="dxa" w:w="1727"/>
          </w:tcPr>
          <w:p>
            <w:pPr>
              <w:spacing w:after="20" w:before="20"/>
            </w:pPr>
            <w:r/>
            <w:r>
              <w:rPr>
                <w:rFonts w:ascii="Times New Roman" w:hAnsi="Times New Roman" w:eastAsia="宋体"/>
                <w:b w:val="0"/>
                <w:sz w:val="21"/>
              </w:rPr>
              <w:t>39中国近现代美术与美术教育研究</w:t>
            </w:r>
          </w:p>
        </w:tc>
      </w:tr>
      <w:tr>
        <w:tc>
          <w:tcPr>
            <w:tcW w:type="dxa" w:w="1727"/>
          </w:tcPr>
          <w:p>
            <w:pPr>
              <w:spacing w:after="20" w:before="20"/>
            </w:pPr>
            <w:r/>
            <w:r>
              <w:rPr>
                <w:rFonts w:ascii="Times New Roman" w:hAnsi="Times New Roman" w:eastAsia="宋体"/>
                <w:b w:val="0"/>
                <w:sz w:val="21"/>
              </w:rPr>
              <w:t>191</w:t>
            </w:r>
          </w:p>
        </w:tc>
        <w:tc>
          <w:tcPr>
            <w:tcW w:type="dxa" w:w="1727"/>
          </w:tcPr>
          <w:p>
            <w:pPr>
              <w:spacing w:after="20" w:before="20"/>
            </w:pPr>
            <w:r/>
            <w:r>
              <w:rPr>
                <w:rFonts w:ascii="Times New Roman" w:hAnsi="Times New Roman" w:eastAsia="宋体"/>
                <w:b w:val="0"/>
                <w:sz w:val="21"/>
              </w:rPr>
              <w:t>张娴博</w:t>
            </w:r>
          </w:p>
        </w:tc>
        <w:tc>
          <w:tcPr>
            <w:tcW w:type="dxa" w:w="1727"/>
          </w:tcPr>
          <w:p>
            <w:pPr>
              <w:spacing w:after="20" w:before="20"/>
            </w:pPr>
            <w:r/>
            <w:r>
              <w:rPr>
                <w:rFonts w:ascii="Times New Roman" w:hAnsi="Times New Roman" w:eastAsia="宋体"/>
                <w:b w:val="0"/>
                <w:sz w:val="21"/>
              </w:rPr>
              <w:t>修复学院</w:t>
            </w:r>
          </w:p>
        </w:tc>
        <w:tc>
          <w:tcPr>
            <w:tcW w:type="dxa" w:w="1727"/>
          </w:tcPr>
          <w:p>
            <w:pPr>
              <w:spacing w:after="20" w:before="20"/>
            </w:pPr>
            <w:r/>
            <w:r>
              <w:rPr>
                <w:rFonts w:ascii="Times New Roman" w:hAnsi="Times New Roman" w:eastAsia="宋体"/>
                <w:b w:val="0"/>
                <w:sz w:val="21"/>
              </w:rPr>
              <w:t>修复学院</w:t>
            </w:r>
          </w:p>
        </w:tc>
        <w:tc>
          <w:tcPr>
            <w:tcW w:type="dxa" w:w="1727"/>
          </w:tcPr>
          <w:p>
            <w:pPr>
              <w:spacing w:after="20" w:before="20"/>
            </w:pPr>
            <w:r/>
            <w:r>
              <w:rPr>
                <w:rFonts w:ascii="Times New Roman" w:hAnsi="Times New Roman" w:eastAsia="宋体"/>
                <w:b w:val="0"/>
                <w:sz w:val="21"/>
              </w:rPr>
              <w:t>03中国传统壁画语言转换与修复</w:t>
            </w:r>
          </w:p>
        </w:tc>
      </w:tr>
      <w:tr>
        <w:tc>
          <w:tcPr>
            <w:tcW w:type="dxa" w:w="1727"/>
          </w:tcPr>
          <w:p>
            <w:pPr>
              <w:spacing w:after="20" w:before="20"/>
            </w:pPr>
            <w:r/>
            <w:r>
              <w:rPr>
                <w:rFonts w:ascii="Times New Roman" w:hAnsi="Times New Roman" w:eastAsia="宋体"/>
                <w:b w:val="0"/>
                <w:sz w:val="21"/>
              </w:rPr>
              <w:t>192</w:t>
            </w:r>
          </w:p>
        </w:tc>
        <w:tc>
          <w:tcPr>
            <w:tcW w:type="dxa" w:w="1727"/>
          </w:tcPr>
          <w:p>
            <w:pPr>
              <w:spacing w:after="20" w:before="20"/>
            </w:pPr>
            <w:r/>
            <w:r>
              <w:rPr>
                <w:rFonts w:ascii="Times New Roman" w:hAnsi="Times New Roman" w:eastAsia="宋体"/>
                <w:b w:val="0"/>
                <w:sz w:val="21"/>
              </w:rPr>
              <w:t>冯小涵</w:t>
            </w:r>
          </w:p>
        </w:tc>
        <w:tc>
          <w:tcPr>
            <w:tcW w:type="dxa" w:w="1727"/>
          </w:tcPr>
          <w:p>
            <w:pPr>
              <w:spacing w:after="20" w:before="20"/>
            </w:pPr>
            <w:r/>
            <w:r>
              <w:rPr>
                <w:rFonts w:ascii="Times New Roman" w:hAnsi="Times New Roman" w:eastAsia="宋体"/>
                <w:b w:val="0"/>
                <w:sz w:val="21"/>
              </w:rPr>
              <w:t>修复学院</w:t>
            </w:r>
          </w:p>
        </w:tc>
        <w:tc>
          <w:tcPr>
            <w:tcW w:type="dxa" w:w="1727"/>
          </w:tcPr>
          <w:p>
            <w:pPr>
              <w:spacing w:after="20" w:before="20"/>
            </w:pPr>
            <w:r/>
            <w:r>
              <w:rPr>
                <w:rFonts w:ascii="Times New Roman" w:hAnsi="Times New Roman" w:eastAsia="宋体"/>
                <w:b w:val="0"/>
                <w:sz w:val="21"/>
              </w:rPr>
              <w:t>修复学院</w:t>
            </w:r>
          </w:p>
        </w:tc>
        <w:tc>
          <w:tcPr>
            <w:tcW w:type="dxa" w:w="1727"/>
          </w:tcPr>
          <w:p>
            <w:pPr>
              <w:spacing w:after="20" w:before="20"/>
            </w:pPr>
            <w:r/>
            <w:r>
              <w:rPr>
                <w:rFonts w:ascii="Times New Roman" w:hAnsi="Times New Roman" w:eastAsia="宋体"/>
                <w:b w:val="0"/>
                <w:sz w:val="21"/>
              </w:rPr>
              <w:t>02中国传统造型中的抽象意识</w:t>
            </w:r>
          </w:p>
        </w:tc>
      </w:tr>
      <w:tr>
        <w:tc>
          <w:tcPr>
            <w:tcW w:type="dxa" w:w="1727"/>
          </w:tcPr>
          <w:p>
            <w:pPr>
              <w:spacing w:after="20" w:before="20"/>
            </w:pPr>
            <w:r/>
            <w:r>
              <w:rPr>
                <w:rFonts w:ascii="Times New Roman" w:hAnsi="Times New Roman" w:eastAsia="宋体"/>
                <w:b w:val="0"/>
                <w:sz w:val="21"/>
              </w:rPr>
              <w:t>193</w:t>
            </w:r>
          </w:p>
        </w:tc>
        <w:tc>
          <w:tcPr>
            <w:tcW w:type="dxa" w:w="1727"/>
          </w:tcPr>
          <w:p>
            <w:pPr>
              <w:spacing w:after="20" w:before="20"/>
            </w:pPr>
            <w:r/>
            <w:r>
              <w:rPr>
                <w:rFonts w:ascii="Times New Roman" w:hAnsi="Times New Roman" w:eastAsia="宋体"/>
                <w:b w:val="0"/>
                <w:sz w:val="21"/>
              </w:rPr>
              <w:t>章晓静</w:t>
            </w:r>
          </w:p>
        </w:tc>
        <w:tc>
          <w:tcPr>
            <w:tcW w:type="dxa" w:w="1727"/>
          </w:tcPr>
          <w:p>
            <w:pPr>
              <w:spacing w:after="20" w:before="20"/>
            </w:pPr>
            <w:r/>
            <w:r>
              <w:rPr>
                <w:rFonts w:ascii="Times New Roman" w:hAnsi="Times New Roman" w:eastAsia="宋体"/>
                <w:b w:val="0"/>
                <w:sz w:val="21"/>
              </w:rPr>
              <w:t>修复学院</w:t>
            </w:r>
          </w:p>
        </w:tc>
        <w:tc>
          <w:tcPr>
            <w:tcW w:type="dxa" w:w="1727"/>
          </w:tcPr>
          <w:p>
            <w:pPr>
              <w:spacing w:after="20" w:before="20"/>
            </w:pPr>
            <w:r/>
            <w:r>
              <w:rPr>
                <w:rFonts w:ascii="Times New Roman" w:hAnsi="Times New Roman" w:eastAsia="宋体"/>
                <w:b w:val="0"/>
                <w:sz w:val="21"/>
              </w:rPr>
              <w:t>修复学院</w:t>
            </w:r>
          </w:p>
        </w:tc>
        <w:tc>
          <w:tcPr>
            <w:tcW w:type="dxa" w:w="1727"/>
          </w:tcPr>
          <w:p>
            <w:pPr>
              <w:spacing w:after="20" w:before="20"/>
            </w:pPr>
            <w:r/>
            <w:r>
              <w:rPr>
                <w:rFonts w:ascii="Times New Roman" w:hAnsi="Times New Roman" w:eastAsia="宋体"/>
                <w:b w:val="0"/>
                <w:sz w:val="21"/>
              </w:rPr>
              <w:t>01中国传统重彩壁画创作与修复研究</w:t>
            </w:r>
          </w:p>
        </w:tc>
      </w:tr>
      <w:tr>
        <w:tc>
          <w:tcPr>
            <w:tcW w:type="dxa" w:w="1727"/>
          </w:tcPr>
          <w:p>
            <w:pPr>
              <w:spacing w:after="20" w:before="20"/>
            </w:pPr>
            <w:r/>
            <w:r>
              <w:rPr>
                <w:rFonts w:ascii="Times New Roman" w:hAnsi="Times New Roman" w:eastAsia="宋体"/>
                <w:b w:val="0"/>
                <w:sz w:val="21"/>
              </w:rPr>
              <w:t>194</w:t>
            </w:r>
          </w:p>
        </w:tc>
        <w:tc>
          <w:tcPr>
            <w:tcW w:type="dxa" w:w="1727"/>
          </w:tcPr>
          <w:p>
            <w:pPr>
              <w:spacing w:after="20" w:before="20"/>
            </w:pPr>
            <w:r/>
            <w:r>
              <w:rPr>
                <w:rFonts w:ascii="Times New Roman" w:hAnsi="Times New Roman" w:eastAsia="宋体"/>
                <w:b w:val="0"/>
                <w:sz w:val="21"/>
              </w:rPr>
              <w:t>梅语心</w:t>
            </w:r>
          </w:p>
        </w:tc>
        <w:tc>
          <w:tcPr>
            <w:tcW w:type="dxa" w:w="1727"/>
          </w:tcPr>
          <w:p>
            <w:pPr>
              <w:spacing w:after="20" w:before="20"/>
            </w:pPr>
            <w:r/>
            <w:r>
              <w:rPr>
                <w:rFonts w:ascii="Times New Roman" w:hAnsi="Times New Roman" w:eastAsia="宋体"/>
                <w:b w:val="0"/>
                <w:sz w:val="21"/>
              </w:rPr>
              <w:t>中国人民大学</w:t>
            </w:r>
          </w:p>
        </w:tc>
        <w:tc>
          <w:tcPr>
            <w:tcW w:type="dxa" w:w="1727"/>
          </w:tcPr>
          <w:p>
            <w:pPr>
              <w:spacing w:after="20" w:before="20"/>
            </w:pPr>
            <w:r/>
            <w:r>
              <w:rPr>
                <w:rFonts w:ascii="Times New Roman" w:hAnsi="Times New Roman" w:eastAsia="宋体"/>
                <w:b w:val="0"/>
                <w:sz w:val="21"/>
              </w:rPr>
              <w:t>美育研究院</w:t>
            </w:r>
          </w:p>
        </w:tc>
        <w:tc>
          <w:tcPr>
            <w:tcW w:type="dxa" w:w="1727"/>
          </w:tcPr>
          <w:p>
            <w:pPr>
              <w:spacing w:after="20" w:before="20"/>
            </w:pPr>
            <w:r/>
            <w:r>
              <w:rPr>
                <w:rFonts w:ascii="Times New Roman" w:hAnsi="Times New Roman" w:eastAsia="宋体"/>
                <w:b w:val="0"/>
                <w:sz w:val="21"/>
              </w:rPr>
              <w:t>04油画保护与修复</w:t>
            </w:r>
          </w:p>
        </w:tc>
      </w:tr>
      <w:tr>
        <w:tc>
          <w:tcPr>
            <w:tcW w:type="dxa" w:w="1727"/>
          </w:tcPr>
          <w:p>
            <w:pPr>
              <w:spacing w:after="20" w:before="20"/>
            </w:pPr>
            <w:r/>
            <w:r>
              <w:rPr>
                <w:rFonts w:ascii="Times New Roman" w:hAnsi="Times New Roman" w:eastAsia="宋体"/>
                <w:b w:val="0"/>
                <w:sz w:val="21"/>
              </w:rPr>
              <w:t>195</w:t>
            </w:r>
          </w:p>
        </w:tc>
        <w:tc>
          <w:tcPr>
            <w:tcW w:type="dxa" w:w="1727"/>
          </w:tcPr>
          <w:p>
            <w:pPr>
              <w:spacing w:after="20" w:before="20"/>
            </w:pPr>
            <w:r/>
            <w:r>
              <w:rPr>
                <w:rFonts w:ascii="Times New Roman" w:hAnsi="Times New Roman" w:eastAsia="宋体"/>
                <w:b w:val="0"/>
                <w:sz w:val="21"/>
              </w:rPr>
              <w:t>赵明宇</w:t>
            </w:r>
          </w:p>
        </w:tc>
        <w:tc>
          <w:tcPr>
            <w:tcW w:type="dxa" w:w="1727"/>
          </w:tcPr>
          <w:p>
            <w:pPr>
              <w:spacing w:after="20" w:before="20"/>
            </w:pPr>
            <w:r/>
            <w:r>
              <w:rPr>
                <w:rFonts w:ascii="Times New Roman" w:hAnsi="Times New Roman" w:eastAsia="宋体"/>
                <w:b w:val="0"/>
                <w:sz w:val="21"/>
              </w:rPr>
              <w:t>书法学院</w:t>
            </w:r>
          </w:p>
        </w:tc>
        <w:tc>
          <w:tcPr>
            <w:tcW w:type="dxa" w:w="1727"/>
          </w:tcPr>
          <w:p>
            <w:pPr>
              <w:spacing w:after="20" w:before="20"/>
            </w:pPr>
            <w:r/>
            <w:r>
              <w:rPr>
                <w:rFonts w:ascii="Times New Roman" w:hAnsi="Times New Roman" w:eastAsia="宋体"/>
                <w:b w:val="0"/>
                <w:sz w:val="21"/>
              </w:rPr>
              <w:t>书法学院</w:t>
            </w:r>
          </w:p>
        </w:tc>
        <w:tc>
          <w:tcPr>
            <w:tcW w:type="dxa" w:w="1727"/>
          </w:tcPr>
          <w:p>
            <w:pPr>
              <w:spacing w:after="20" w:before="20"/>
            </w:pPr>
            <w:r/>
            <w:r>
              <w:rPr>
                <w:rFonts w:ascii="Times New Roman" w:hAnsi="Times New Roman" w:eastAsia="宋体"/>
                <w:b w:val="0"/>
                <w:sz w:val="21"/>
              </w:rPr>
              <w:t>04青少年美育</w:t>
            </w:r>
          </w:p>
        </w:tc>
      </w:tr>
      <w:tr>
        <w:tc>
          <w:tcPr>
            <w:tcW w:type="dxa" w:w="1727"/>
          </w:tcPr>
          <w:p>
            <w:pPr>
              <w:spacing w:after="20" w:before="20"/>
            </w:pPr>
            <w:r/>
            <w:r>
              <w:rPr>
                <w:rFonts w:ascii="Times New Roman" w:hAnsi="Times New Roman" w:eastAsia="宋体"/>
                <w:b w:val="0"/>
                <w:sz w:val="21"/>
              </w:rPr>
              <w:t>196</w:t>
            </w:r>
          </w:p>
        </w:tc>
        <w:tc>
          <w:tcPr>
            <w:tcW w:type="dxa" w:w="1727"/>
          </w:tcPr>
          <w:p>
            <w:pPr>
              <w:spacing w:after="20" w:before="20"/>
            </w:pPr>
            <w:r/>
            <w:r>
              <w:rPr>
                <w:rFonts w:ascii="Times New Roman" w:hAnsi="Times New Roman" w:eastAsia="宋体"/>
                <w:b w:val="0"/>
                <w:sz w:val="21"/>
              </w:rPr>
              <w:t>谭若烨</w:t>
            </w:r>
          </w:p>
        </w:tc>
        <w:tc>
          <w:tcPr>
            <w:tcW w:type="dxa" w:w="1727"/>
          </w:tcPr>
          <w:p>
            <w:pPr>
              <w:spacing w:after="20" w:before="20"/>
            </w:pPr>
            <w:r/>
            <w:r>
              <w:rPr>
                <w:rFonts w:ascii="Times New Roman" w:hAnsi="Times New Roman" w:eastAsia="宋体"/>
                <w:b w:val="0"/>
                <w:sz w:val="21"/>
              </w:rPr>
              <w:t>书法学院</w:t>
            </w:r>
          </w:p>
        </w:tc>
        <w:tc>
          <w:tcPr>
            <w:tcW w:type="dxa" w:w="1727"/>
          </w:tcPr>
          <w:p>
            <w:pPr>
              <w:spacing w:after="20" w:before="20"/>
            </w:pPr>
            <w:r/>
            <w:r>
              <w:rPr>
                <w:rFonts w:ascii="Times New Roman" w:hAnsi="Times New Roman" w:eastAsia="宋体"/>
                <w:b w:val="0"/>
                <w:sz w:val="21"/>
              </w:rPr>
              <w:t>书法学院</w:t>
            </w:r>
          </w:p>
        </w:tc>
        <w:tc>
          <w:tcPr>
            <w:tcW w:type="dxa" w:w="1727"/>
          </w:tcPr>
          <w:p>
            <w:pPr>
              <w:spacing w:after="20" w:before="20"/>
            </w:pPr>
            <w:r/>
            <w:r>
              <w:rPr>
                <w:rFonts w:ascii="Times New Roman" w:hAnsi="Times New Roman" w:eastAsia="宋体"/>
                <w:b w:val="0"/>
                <w:sz w:val="21"/>
              </w:rPr>
              <w:t>01“书画印”创作研究</w:t>
            </w:r>
          </w:p>
        </w:tc>
      </w:tr>
      <w:tr>
        <w:tc>
          <w:tcPr>
            <w:tcW w:type="dxa" w:w="1727"/>
          </w:tcPr>
          <w:p>
            <w:pPr>
              <w:spacing w:after="20" w:before="20"/>
            </w:pPr>
            <w:r/>
            <w:r>
              <w:rPr>
                <w:rFonts w:ascii="Times New Roman" w:hAnsi="Times New Roman" w:eastAsia="宋体"/>
                <w:b w:val="0"/>
                <w:sz w:val="21"/>
              </w:rPr>
              <w:t>197</w:t>
            </w:r>
          </w:p>
        </w:tc>
        <w:tc>
          <w:tcPr>
            <w:tcW w:type="dxa" w:w="1727"/>
          </w:tcPr>
          <w:p>
            <w:pPr>
              <w:spacing w:after="20" w:before="20"/>
            </w:pPr>
            <w:r/>
            <w:r>
              <w:rPr>
                <w:rFonts w:ascii="Times New Roman" w:hAnsi="Times New Roman" w:eastAsia="宋体"/>
                <w:b w:val="0"/>
                <w:sz w:val="21"/>
              </w:rPr>
              <w:t>林涵</w:t>
            </w:r>
          </w:p>
        </w:tc>
        <w:tc>
          <w:tcPr>
            <w:tcW w:type="dxa" w:w="1727"/>
          </w:tcPr>
          <w:p>
            <w:pPr>
              <w:spacing w:after="20" w:before="20"/>
            </w:pPr>
            <w:r/>
            <w:r>
              <w:rPr>
                <w:rFonts w:ascii="Times New Roman" w:hAnsi="Times New Roman" w:eastAsia="宋体"/>
                <w:b w:val="0"/>
                <w:sz w:val="21"/>
              </w:rPr>
              <w:t>书法学院</w:t>
            </w:r>
          </w:p>
        </w:tc>
        <w:tc>
          <w:tcPr>
            <w:tcW w:type="dxa" w:w="1727"/>
          </w:tcPr>
          <w:p>
            <w:pPr>
              <w:spacing w:after="20" w:before="20"/>
            </w:pPr>
            <w:r/>
            <w:r>
              <w:rPr>
                <w:rFonts w:ascii="Times New Roman" w:hAnsi="Times New Roman" w:eastAsia="宋体"/>
                <w:b w:val="0"/>
                <w:sz w:val="21"/>
              </w:rPr>
              <w:t>书法学院</w:t>
            </w:r>
          </w:p>
        </w:tc>
        <w:tc>
          <w:tcPr>
            <w:tcW w:type="dxa" w:w="1727"/>
          </w:tcPr>
          <w:p>
            <w:pPr>
              <w:spacing w:after="20" w:before="20"/>
            </w:pPr>
            <w:r/>
            <w:r>
              <w:rPr>
                <w:rFonts w:ascii="Times New Roman" w:hAnsi="Times New Roman" w:eastAsia="宋体"/>
                <w:b w:val="0"/>
                <w:sz w:val="21"/>
              </w:rPr>
              <w:t>02“书画印”创作研究</w:t>
            </w:r>
          </w:p>
        </w:tc>
      </w:tr>
      <w:tr>
        <w:tc>
          <w:tcPr>
            <w:tcW w:type="dxa" w:w="1727"/>
          </w:tcPr>
          <w:p>
            <w:pPr>
              <w:spacing w:after="20" w:before="20"/>
            </w:pPr>
            <w:r/>
            <w:r>
              <w:rPr>
                <w:rFonts w:ascii="Times New Roman" w:hAnsi="Times New Roman" w:eastAsia="宋体"/>
                <w:b w:val="0"/>
                <w:sz w:val="21"/>
              </w:rPr>
              <w:t>198</w:t>
            </w:r>
          </w:p>
        </w:tc>
        <w:tc>
          <w:tcPr>
            <w:tcW w:type="dxa" w:w="1727"/>
          </w:tcPr>
          <w:p>
            <w:pPr>
              <w:spacing w:after="20" w:before="20"/>
            </w:pPr>
            <w:r/>
            <w:r>
              <w:rPr>
                <w:rFonts w:ascii="Times New Roman" w:hAnsi="Times New Roman" w:eastAsia="宋体"/>
                <w:b w:val="0"/>
                <w:sz w:val="21"/>
              </w:rPr>
              <w:t>钟滢琦</w:t>
            </w:r>
          </w:p>
        </w:tc>
        <w:tc>
          <w:tcPr>
            <w:tcW w:type="dxa" w:w="1727"/>
          </w:tcPr>
          <w:p>
            <w:pPr>
              <w:spacing w:after="20" w:before="20"/>
            </w:pPr>
            <w:r/>
            <w:r>
              <w:rPr>
                <w:rFonts w:ascii="Times New Roman" w:hAnsi="Times New Roman" w:eastAsia="宋体"/>
                <w:b w:val="0"/>
                <w:sz w:val="21"/>
              </w:rPr>
              <w:t>书法学院</w:t>
            </w:r>
          </w:p>
        </w:tc>
        <w:tc>
          <w:tcPr>
            <w:tcW w:type="dxa" w:w="1727"/>
          </w:tcPr>
          <w:p>
            <w:pPr>
              <w:spacing w:after="20" w:before="20"/>
            </w:pPr>
            <w:r/>
            <w:r>
              <w:rPr>
                <w:rFonts w:ascii="Times New Roman" w:hAnsi="Times New Roman" w:eastAsia="宋体"/>
                <w:b w:val="0"/>
                <w:sz w:val="21"/>
              </w:rPr>
              <w:t>书法学院</w:t>
            </w:r>
          </w:p>
        </w:tc>
        <w:tc>
          <w:tcPr>
            <w:tcW w:type="dxa" w:w="1727"/>
          </w:tcPr>
          <w:p>
            <w:pPr>
              <w:spacing w:after="20" w:before="20"/>
            </w:pPr>
            <w:r/>
            <w:r>
              <w:rPr>
                <w:rFonts w:ascii="Times New Roman" w:hAnsi="Times New Roman" w:eastAsia="宋体"/>
                <w:b w:val="0"/>
                <w:sz w:val="21"/>
              </w:rPr>
              <w:t>04书法形式美研究</w:t>
            </w:r>
          </w:p>
        </w:tc>
      </w:tr>
      <w:tr>
        <w:tc>
          <w:tcPr>
            <w:tcW w:type="dxa" w:w="1727"/>
          </w:tcPr>
          <w:p>
            <w:pPr>
              <w:spacing w:after="20" w:before="20"/>
            </w:pPr>
            <w:r/>
            <w:r>
              <w:rPr>
                <w:rFonts w:ascii="Times New Roman" w:hAnsi="Times New Roman" w:eastAsia="宋体"/>
                <w:b w:val="0"/>
                <w:sz w:val="21"/>
              </w:rPr>
              <w:t>199</w:t>
            </w:r>
          </w:p>
        </w:tc>
        <w:tc>
          <w:tcPr>
            <w:tcW w:type="dxa" w:w="1727"/>
          </w:tcPr>
          <w:p>
            <w:pPr>
              <w:spacing w:after="20" w:before="20"/>
            </w:pPr>
            <w:r/>
            <w:r>
              <w:rPr>
                <w:rFonts w:ascii="Times New Roman" w:hAnsi="Times New Roman" w:eastAsia="宋体"/>
                <w:b w:val="0"/>
                <w:sz w:val="21"/>
              </w:rPr>
              <w:t>崔梓慧</w:t>
            </w:r>
          </w:p>
        </w:tc>
        <w:tc>
          <w:tcPr>
            <w:tcW w:type="dxa" w:w="1727"/>
          </w:tcPr>
          <w:p>
            <w:pPr>
              <w:spacing w:after="20" w:before="20"/>
            </w:pPr>
            <w:r/>
            <w:r>
              <w:rPr>
                <w:rFonts w:ascii="Times New Roman" w:hAnsi="Times New Roman" w:eastAsia="宋体"/>
                <w:b w:val="0"/>
                <w:sz w:val="21"/>
              </w:rPr>
              <w:t>书法学院</w:t>
            </w:r>
          </w:p>
        </w:tc>
        <w:tc>
          <w:tcPr>
            <w:tcW w:type="dxa" w:w="1727"/>
          </w:tcPr>
          <w:p>
            <w:pPr>
              <w:spacing w:after="20" w:before="20"/>
            </w:pPr>
            <w:r/>
            <w:r>
              <w:rPr>
                <w:rFonts w:ascii="Times New Roman" w:hAnsi="Times New Roman" w:eastAsia="宋体"/>
                <w:b w:val="0"/>
                <w:sz w:val="21"/>
              </w:rPr>
              <w:t>书法学院</w:t>
            </w:r>
          </w:p>
        </w:tc>
        <w:tc>
          <w:tcPr>
            <w:tcW w:type="dxa" w:w="1727"/>
          </w:tcPr>
          <w:p>
            <w:pPr>
              <w:spacing w:after="20" w:before="20"/>
            </w:pPr>
            <w:r/>
            <w:r>
              <w:rPr>
                <w:rFonts w:ascii="Times New Roman" w:hAnsi="Times New Roman" w:eastAsia="宋体"/>
                <w:b w:val="0"/>
                <w:sz w:val="21"/>
              </w:rPr>
              <w:t>05书法艺术研究</w:t>
            </w:r>
          </w:p>
        </w:tc>
      </w:tr>
      <w:tr>
        <w:tc>
          <w:tcPr>
            <w:tcW w:type="dxa" w:w="1727"/>
          </w:tcPr>
          <w:p>
            <w:pPr>
              <w:spacing w:after="20" w:before="20"/>
            </w:pPr>
            <w:r/>
            <w:r>
              <w:rPr>
                <w:rFonts w:ascii="Times New Roman" w:hAnsi="Times New Roman" w:eastAsia="宋体"/>
                <w:b w:val="0"/>
                <w:sz w:val="21"/>
              </w:rPr>
              <w:t>200</w:t>
            </w:r>
          </w:p>
        </w:tc>
        <w:tc>
          <w:tcPr>
            <w:tcW w:type="dxa" w:w="1727"/>
          </w:tcPr>
          <w:p>
            <w:pPr>
              <w:spacing w:after="20" w:before="20"/>
            </w:pPr>
            <w:r/>
            <w:r>
              <w:rPr>
                <w:rFonts w:ascii="Times New Roman" w:hAnsi="Times New Roman" w:eastAsia="宋体"/>
                <w:b w:val="0"/>
                <w:sz w:val="21"/>
              </w:rPr>
              <w:t>姜笑寒</w:t>
            </w:r>
          </w:p>
        </w:tc>
        <w:tc>
          <w:tcPr>
            <w:tcW w:type="dxa" w:w="1727"/>
          </w:tcPr>
          <w:p>
            <w:pPr>
              <w:spacing w:after="20" w:before="20"/>
            </w:pPr>
            <w:r/>
            <w:r>
              <w:rPr>
                <w:rFonts w:ascii="Times New Roman" w:hAnsi="Times New Roman" w:eastAsia="宋体"/>
                <w:b w:val="0"/>
                <w:sz w:val="21"/>
              </w:rPr>
              <w:t>设计学院</w:t>
            </w:r>
          </w:p>
        </w:tc>
        <w:tc>
          <w:tcPr>
            <w:tcW w:type="dxa" w:w="1727"/>
          </w:tcPr>
          <w:p>
            <w:pPr>
              <w:spacing w:after="20" w:before="20"/>
            </w:pPr>
            <w:r/>
            <w:r>
              <w:rPr>
                <w:rFonts w:ascii="Times New Roman" w:hAnsi="Times New Roman" w:eastAsia="宋体"/>
                <w:b w:val="0"/>
                <w:sz w:val="21"/>
              </w:rPr>
              <w:t>设计学院</w:t>
            </w:r>
          </w:p>
        </w:tc>
        <w:tc>
          <w:tcPr>
            <w:tcW w:type="dxa" w:w="1727"/>
          </w:tcPr>
          <w:p>
            <w:pPr>
              <w:spacing w:after="20" w:before="20"/>
            </w:pPr>
            <w:r/>
            <w:r>
              <w:rPr>
                <w:rFonts w:ascii="Times New Roman" w:hAnsi="Times New Roman" w:eastAsia="宋体"/>
                <w:b w:val="0"/>
                <w:sz w:val="21"/>
              </w:rPr>
              <w:t>06中国书法展示与创新</w:t>
            </w:r>
          </w:p>
        </w:tc>
      </w:tr>
      <w:tr>
        <w:tc>
          <w:tcPr>
            <w:tcW w:type="dxa" w:w="1727"/>
          </w:tcPr>
          <w:p>
            <w:pPr>
              <w:spacing w:after="20" w:before="20"/>
            </w:pPr>
            <w:r/>
            <w:r>
              <w:rPr>
                <w:rFonts w:ascii="Times New Roman" w:hAnsi="Times New Roman" w:eastAsia="宋体"/>
                <w:b w:val="0"/>
                <w:sz w:val="21"/>
              </w:rPr>
              <w:t>201</w:t>
            </w:r>
          </w:p>
        </w:tc>
        <w:tc>
          <w:tcPr>
            <w:tcW w:type="dxa" w:w="1727"/>
          </w:tcPr>
          <w:p>
            <w:pPr>
              <w:spacing w:after="20" w:before="20"/>
            </w:pPr>
            <w:r/>
            <w:r>
              <w:rPr>
                <w:rFonts w:ascii="Times New Roman" w:hAnsi="Times New Roman" w:eastAsia="宋体"/>
                <w:b w:val="0"/>
                <w:sz w:val="21"/>
              </w:rPr>
              <w:t>张齐芮</w:t>
            </w:r>
          </w:p>
        </w:tc>
        <w:tc>
          <w:tcPr>
            <w:tcW w:type="dxa" w:w="1727"/>
          </w:tcPr>
          <w:p>
            <w:pPr>
              <w:spacing w:after="20" w:before="20"/>
            </w:pPr>
            <w:r/>
            <w:r>
              <w:rPr>
                <w:rFonts w:ascii="Times New Roman" w:hAnsi="Times New Roman" w:eastAsia="宋体"/>
                <w:b w:val="0"/>
                <w:sz w:val="21"/>
              </w:rPr>
              <w:t>书法学院</w:t>
            </w:r>
          </w:p>
        </w:tc>
        <w:tc>
          <w:tcPr>
            <w:tcW w:type="dxa" w:w="1727"/>
          </w:tcPr>
          <w:p>
            <w:pPr>
              <w:spacing w:after="20" w:before="20"/>
            </w:pPr>
            <w:r/>
            <w:r>
              <w:rPr>
                <w:rFonts w:ascii="Times New Roman" w:hAnsi="Times New Roman" w:eastAsia="宋体"/>
                <w:b w:val="0"/>
                <w:sz w:val="21"/>
              </w:rPr>
              <w:t>书法学院</w:t>
            </w:r>
          </w:p>
        </w:tc>
        <w:tc>
          <w:tcPr>
            <w:tcW w:type="dxa" w:w="1727"/>
          </w:tcPr>
          <w:p>
            <w:pPr>
              <w:spacing w:after="20" w:before="20"/>
            </w:pPr>
            <w:r/>
            <w:r>
              <w:rPr>
                <w:rFonts w:ascii="Times New Roman" w:hAnsi="Times New Roman" w:eastAsia="宋体"/>
                <w:b w:val="0"/>
                <w:sz w:val="21"/>
              </w:rPr>
              <w:t>20文本艺术与传达设计研究</w:t>
            </w:r>
          </w:p>
        </w:tc>
      </w:tr>
      <w:tr>
        <w:tc>
          <w:tcPr>
            <w:tcW w:type="dxa" w:w="1727"/>
          </w:tcPr>
          <w:p>
            <w:pPr>
              <w:spacing w:after="20" w:before="20"/>
            </w:pPr>
            <w:r/>
            <w:r>
              <w:rPr>
                <w:rFonts w:ascii="Times New Roman" w:hAnsi="Times New Roman" w:eastAsia="宋体"/>
                <w:b w:val="0"/>
                <w:sz w:val="21"/>
              </w:rPr>
              <w:t>202</w:t>
            </w:r>
          </w:p>
        </w:tc>
        <w:tc>
          <w:tcPr>
            <w:tcW w:type="dxa" w:w="1727"/>
          </w:tcPr>
          <w:p>
            <w:pPr>
              <w:spacing w:after="20" w:before="20"/>
            </w:pPr>
            <w:r/>
            <w:r>
              <w:rPr>
                <w:rFonts w:ascii="Times New Roman" w:hAnsi="Times New Roman" w:eastAsia="宋体"/>
                <w:b w:val="0"/>
                <w:sz w:val="21"/>
              </w:rPr>
              <w:t>归格格</w:t>
            </w:r>
          </w:p>
        </w:tc>
        <w:tc>
          <w:tcPr>
            <w:tcW w:type="dxa" w:w="1727"/>
          </w:tcPr>
          <w:p>
            <w:pPr>
              <w:spacing w:after="20" w:before="20"/>
            </w:pPr>
            <w:r/>
            <w:r>
              <w:rPr>
                <w:rFonts w:ascii="Times New Roman" w:hAnsi="Times New Roman" w:eastAsia="宋体"/>
                <w:b w:val="0"/>
                <w:sz w:val="21"/>
              </w:rPr>
              <w:t>城市设计学院</w:t>
            </w:r>
          </w:p>
        </w:tc>
        <w:tc>
          <w:tcPr>
            <w:tcW w:type="dxa" w:w="1727"/>
          </w:tcPr>
          <w:p>
            <w:pPr>
              <w:spacing w:after="20" w:before="20"/>
            </w:pPr>
            <w:r/>
            <w:r>
              <w:rPr>
                <w:rFonts w:ascii="Times New Roman" w:hAnsi="Times New Roman" w:eastAsia="宋体"/>
                <w:b w:val="0"/>
                <w:sz w:val="21"/>
              </w:rPr>
              <w:t>城市设计学院</w:t>
            </w:r>
          </w:p>
        </w:tc>
        <w:tc>
          <w:tcPr>
            <w:tcW w:type="dxa" w:w="1727"/>
          </w:tcPr>
          <w:p>
            <w:pPr>
              <w:spacing w:after="20" w:before="20"/>
            </w:pPr>
            <w:r/>
            <w:r>
              <w:rPr>
                <w:rFonts w:ascii="Times New Roman" w:hAnsi="Times New Roman" w:eastAsia="宋体"/>
                <w:b w:val="0"/>
                <w:sz w:val="21"/>
              </w:rPr>
              <w:t>01“书画印”创作研究</w:t>
            </w:r>
          </w:p>
        </w:tc>
      </w:tr>
      <w:tr>
        <w:tc>
          <w:tcPr>
            <w:tcW w:type="dxa" w:w="1727"/>
          </w:tcPr>
          <w:p>
            <w:pPr>
              <w:spacing w:after="20" w:before="20"/>
            </w:pPr>
            <w:r/>
            <w:r>
              <w:rPr>
                <w:rFonts w:ascii="Times New Roman" w:hAnsi="Times New Roman" w:eastAsia="宋体"/>
                <w:b w:val="0"/>
                <w:sz w:val="21"/>
              </w:rPr>
              <w:t>203</w:t>
            </w:r>
          </w:p>
        </w:tc>
        <w:tc>
          <w:tcPr>
            <w:tcW w:type="dxa" w:w="1727"/>
          </w:tcPr>
          <w:p>
            <w:pPr>
              <w:spacing w:after="20" w:before="20"/>
            </w:pPr>
            <w:r/>
            <w:r>
              <w:rPr>
                <w:rFonts w:ascii="Times New Roman" w:hAnsi="Times New Roman" w:eastAsia="宋体"/>
                <w:b w:val="0"/>
                <w:sz w:val="21"/>
              </w:rPr>
              <w:t>冯咏玲</w:t>
            </w:r>
          </w:p>
        </w:tc>
        <w:tc>
          <w:tcPr>
            <w:tcW w:type="dxa" w:w="1727"/>
          </w:tcPr>
          <w:p>
            <w:pPr>
              <w:spacing w:after="20" w:before="20"/>
            </w:pPr>
            <w:r/>
            <w:r>
              <w:rPr>
                <w:rFonts w:ascii="Times New Roman" w:hAnsi="Times New Roman" w:eastAsia="宋体"/>
                <w:b w:val="0"/>
                <w:sz w:val="21"/>
              </w:rPr>
              <w:t>建筑学院</w:t>
            </w:r>
          </w:p>
        </w:tc>
        <w:tc>
          <w:tcPr>
            <w:tcW w:type="dxa" w:w="1727"/>
          </w:tcPr>
          <w:p>
            <w:pPr>
              <w:spacing w:after="20" w:before="20"/>
            </w:pPr>
            <w:r/>
            <w:r>
              <w:rPr>
                <w:rFonts w:ascii="Times New Roman" w:hAnsi="Times New Roman" w:eastAsia="宋体"/>
                <w:b w:val="0"/>
                <w:sz w:val="21"/>
              </w:rPr>
              <w:t>建筑学院</w:t>
            </w:r>
          </w:p>
        </w:tc>
        <w:tc>
          <w:tcPr>
            <w:tcW w:type="dxa" w:w="1727"/>
          </w:tcPr>
          <w:p>
            <w:pPr>
              <w:spacing w:after="20" w:before="20"/>
            </w:pPr>
            <w:r/>
            <w:r>
              <w:rPr>
                <w:rFonts w:ascii="Times New Roman" w:hAnsi="Times New Roman" w:eastAsia="宋体"/>
                <w:b w:val="0"/>
                <w:sz w:val="21"/>
              </w:rPr>
              <w:t>04绘本创作研究</w:t>
            </w:r>
          </w:p>
        </w:tc>
      </w:tr>
    </w:tbl>
    <w:p>
      <w:pPr>
        <w:spacing w:before="160" w:after="80" w:lineRule="auto" w:line="360"/>
        <w:jc w:val="left"/>
      </w:pPr>
      <w:r>
        <w:rPr>
          <w:rFonts w:ascii="Times New Roman" w:hAnsi="Times New Roman" w:eastAsia="宋体"/>
          <w:b/>
          <w:sz w:val="28"/>
        </w:rPr>
        <w:t>十、说明</w:t>
      </w:r>
    </w:p>
    <w:p>
      <w:pPr>
        <w:spacing w:after="80" w:lineRule="auto" w:line="360"/>
        <w:ind w:firstLine="482"/>
        <w:jc w:val="both"/>
      </w:pPr>
      <w:r>
        <w:rPr>
          <w:rFonts w:ascii="Times New Roman" w:hAnsi="Times New Roman" w:eastAsia="宋体"/>
          <w:b w:val="0"/>
          <w:sz w:val="24"/>
        </w:rPr>
        <w:t>1. 本段内容为2026年中央美术学院接收推免生拟录取结果信息表第10页至第12页，共38人，序号166至203。</w:t>
      </w:r>
    </w:p>
    <w:p>
      <w:pPr>
        <w:spacing w:after="80" w:lineRule="auto" w:line="360"/>
        <w:ind w:firstLine="482"/>
        <w:jc w:val="both"/>
      </w:pPr>
      <w:r>
        <w:rPr>
          <w:rFonts w:ascii="Times New Roman" w:hAnsi="Times New Roman" w:eastAsia="宋体"/>
          <w:b w:val="0"/>
          <w:sz w:val="24"/>
        </w:rPr>
        <w:t>2. 本段未包含排名或评分方式、公示期等量化信息。</w:t>
      </w:r>
    </w:p>
    <w:p>
      <w:pPr>
        <w:spacing w:after="80" w:lineRule="auto" w:line="360"/>
        <w:ind w:firstLine="482"/>
        <w:jc w:val="both"/>
      </w:pPr>
      <w:r>
        <w:rPr>
          <w:rFonts w:ascii="Times New Roman" w:hAnsi="Times New Roman" w:eastAsia="宋体"/>
          <w:b w:val="0"/>
          <w:sz w:val="24"/>
        </w:rPr>
        <w:t>本段为推免拟录取名单公示内容，共涉及 9 人，名单按序号 195 至 203 依次排列，末尾标注“第 12 页，共 12 页”。</w:t>
      </w:r>
    </w:p>
    <w:p>
      <w:pPr>
        <w:spacing w:before="160" w:after="80" w:lineRule="auto" w:line="360"/>
        <w:jc w:val="left"/>
      </w:pPr>
      <w:r>
        <w:rPr>
          <w:rFonts w:ascii="Times New Roman" w:hAnsi="Times New Roman" w:eastAsia="宋体"/>
          <w:b/>
          <w:sz w:val="28"/>
        </w:rPr>
        <w:t>九、名单明细</w:t>
      </w:r>
    </w:p>
    <w:tbl>
      <w:tblPr>
        <w:tblStyle w:val="TableGrid"/>
        <w:tblW w:type="auto" w:w="0"/>
        <w:jc w:val="center"/>
        <w:tblLook w:firstColumn="1" w:firstRow="1" w:lastColumn="0" w:lastRow="0" w:noHBand="0" w:noVBand="1" w:val="04A0"/>
      </w:tblPr>
      <w:tblGrid>
        <w:gridCol w:w="1727"/>
        <w:gridCol w:w="1727"/>
        <w:gridCol w:w="1727"/>
        <w:gridCol w:w="1727"/>
        <w:gridCol w:w="1727"/>
      </w:tblGrid>
      <w:tr>
        <w:tc>
          <w:tcPr>
            <w:tcW w:type="dxa" w:w="1727"/>
          </w:tcPr>
          <w:p>
            <w:pPr>
              <w:spacing w:after="20" w:before="20"/>
            </w:pPr>
            <w:r/>
            <w:r>
              <w:rPr>
                <w:rFonts w:ascii="Times New Roman" w:hAnsi="Times New Roman" w:eastAsia="宋体"/>
                <w:b/>
                <w:sz w:val="21"/>
              </w:rPr>
              <w:t>序号</w:t>
            </w:r>
          </w:p>
        </w:tc>
        <w:tc>
          <w:tcPr>
            <w:tcW w:type="dxa" w:w="1727"/>
          </w:tcPr>
          <w:p>
            <w:pPr>
              <w:spacing w:after="20" w:before="20"/>
            </w:pPr>
            <w:r/>
            <w:r>
              <w:rPr>
                <w:rFonts w:ascii="Times New Roman" w:hAnsi="Times New Roman" w:eastAsia="宋体"/>
                <w:b/>
                <w:sz w:val="21"/>
              </w:rPr>
              <w:t>姓名</w:t>
            </w:r>
          </w:p>
        </w:tc>
        <w:tc>
          <w:tcPr>
            <w:tcW w:type="dxa" w:w="1727"/>
          </w:tcPr>
          <w:p>
            <w:pPr>
              <w:spacing w:after="20" w:before="20"/>
            </w:pPr>
            <w:r/>
            <w:r>
              <w:rPr>
                <w:rFonts w:ascii="Times New Roman" w:hAnsi="Times New Roman" w:eastAsia="宋体"/>
                <w:b/>
                <w:sz w:val="21"/>
              </w:rPr>
              <w:t>学院</w:t>
            </w:r>
          </w:p>
        </w:tc>
        <w:tc>
          <w:tcPr>
            <w:tcW w:type="dxa" w:w="1727"/>
          </w:tcPr>
          <w:p>
            <w:pPr>
              <w:spacing w:after="20" w:before="20"/>
            </w:pPr>
            <w:r/>
            <w:r>
              <w:rPr>
                <w:rFonts w:ascii="Times New Roman" w:hAnsi="Times New Roman" w:eastAsia="宋体"/>
                <w:b/>
                <w:sz w:val="21"/>
              </w:rPr>
              <w:t>拟录取学院</w:t>
            </w:r>
          </w:p>
        </w:tc>
        <w:tc>
          <w:tcPr>
            <w:tcW w:type="dxa" w:w="1727"/>
          </w:tcPr>
          <w:p>
            <w:pPr>
              <w:spacing w:after="20" w:before="20"/>
            </w:pPr>
            <w:r/>
            <w:r>
              <w:rPr>
                <w:rFonts w:ascii="Times New Roman" w:hAnsi="Times New Roman" w:eastAsia="宋体"/>
                <w:b/>
                <w:sz w:val="21"/>
              </w:rPr>
              <w:t>专业/研究方向</w:t>
            </w:r>
          </w:p>
        </w:tc>
      </w:tr>
      <w:tr>
        <w:tc>
          <w:tcPr>
            <w:tcW w:type="dxa" w:w="1727"/>
          </w:tcPr>
          <w:p>
            <w:pPr>
              <w:spacing w:after="20" w:before="20"/>
            </w:pPr>
            <w:r/>
            <w:r>
              <w:rPr>
                <w:rFonts w:ascii="Times New Roman" w:hAnsi="Times New Roman" w:eastAsia="宋体"/>
                <w:b w:val="0"/>
                <w:sz w:val="21"/>
              </w:rPr>
              <w:t>195</w:t>
            </w:r>
          </w:p>
        </w:tc>
        <w:tc>
          <w:tcPr>
            <w:tcW w:type="dxa" w:w="1727"/>
          </w:tcPr>
          <w:p>
            <w:pPr>
              <w:spacing w:after="20" w:before="20"/>
            </w:pPr>
            <w:r/>
            <w:r>
              <w:rPr>
                <w:rFonts w:ascii="Times New Roman" w:hAnsi="Times New Roman" w:eastAsia="宋体"/>
                <w:b w:val="0"/>
                <w:sz w:val="21"/>
              </w:rPr>
              <w:t>梅语心</w:t>
            </w:r>
          </w:p>
        </w:tc>
        <w:tc>
          <w:tcPr>
            <w:tcW w:type="dxa" w:w="1727"/>
          </w:tcPr>
          <w:p>
            <w:pPr>
              <w:spacing w:after="20" w:before="20"/>
            </w:pPr>
            <w:r/>
            <w:r>
              <w:rPr>
                <w:rFonts w:ascii="Times New Roman" w:hAnsi="Times New Roman" w:eastAsia="宋体"/>
                <w:b w:val="0"/>
                <w:sz w:val="21"/>
              </w:rPr>
              <w:t>中国人民大学美育研究院</w:t>
            </w:r>
          </w:p>
        </w:tc>
        <w:tc>
          <w:tcPr>
            <w:tcW w:type="dxa" w:w="1727"/>
          </w:tcPr>
          <w:p>
            <w:pPr>
              <w:spacing w:after="20" w:before="20"/>
            </w:pPr>
            <w:r/>
            <w:r>
              <w:rPr>
                <w:rFonts w:ascii="Times New Roman" w:hAnsi="Times New Roman" w:eastAsia="宋体"/>
                <w:b w:val="0"/>
                <w:sz w:val="21"/>
              </w:rPr>
              <w:t>美育研究院</w:t>
            </w:r>
          </w:p>
        </w:tc>
        <w:tc>
          <w:tcPr>
            <w:tcW w:type="dxa" w:w="1727"/>
          </w:tcPr>
          <w:p>
            <w:pPr>
              <w:spacing w:after="20" w:before="20"/>
            </w:pPr>
            <w:r/>
            <w:r>
              <w:rPr>
                <w:rFonts w:ascii="Times New Roman" w:hAnsi="Times New Roman" w:eastAsia="宋体"/>
                <w:b w:val="0"/>
                <w:sz w:val="21"/>
              </w:rPr>
              <w:t>04青少年美育</w:t>
            </w:r>
          </w:p>
        </w:tc>
      </w:tr>
      <w:tr>
        <w:tc>
          <w:tcPr>
            <w:tcW w:type="dxa" w:w="1727"/>
          </w:tcPr>
          <w:p>
            <w:pPr>
              <w:spacing w:after="20" w:before="20"/>
            </w:pPr>
            <w:r/>
            <w:r>
              <w:rPr>
                <w:rFonts w:ascii="Times New Roman" w:hAnsi="Times New Roman" w:eastAsia="宋体"/>
                <w:b w:val="0"/>
                <w:sz w:val="21"/>
              </w:rPr>
              <w:t>196</w:t>
            </w:r>
          </w:p>
        </w:tc>
        <w:tc>
          <w:tcPr>
            <w:tcW w:type="dxa" w:w="1727"/>
          </w:tcPr>
          <w:p>
            <w:pPr>
              <w:spacing w:after="20" w:before="20"/>
            </w:pPr>
            <w:r/>
            <w:r>
              <w:rPr>
                <w:rFonts w:ascii="Times New Roman" w:hAnsi="Times New Roman" w:eastAsia="宋体"/>
                <w:b w:val="0"/>
                <w:sz w:val="21"/>
              </w:rPr>
              <w:t>赵明宇</w:t>
            </w:r>
          </w:p>
        </w:tc>
        <w:tc>
          <w:tcPr>
            <w:tcW w:type="dxa" w:w="1727"/>
          </w:tcPr>
          <w:p>
            <w:pPr>
              <w:spacing w:after="20" w:before="20"/>
            </w:pPr>
            <w:r/>
            <w:r>
              <w:rPr>
                <w:rFonts w:ascii="Times New Roman" w:hAnsi="Times New Roman" w:eastAsia="宋体"/>
                <w:b w:val="0"/>
                <w:sz w:val="21"/>
              </w:rPr>
              <w:t>书法学院</w:t>
            </w:r>
          </w:p>
        </w:tc>
        <w:tc>
          <w:tcPr>
            <w:tcW w:type="dxa" w:w="1727"/>
          </w:tcPr>
          <w:p>
            <w:pPr>
              <w:spacing w:after="20" w:before="20"/>
            </w:pPr>
            <w:r/>
            <w:r>
              <w:rPr>
                <w:rFonts w:ascii="Times New Roman" w:hAnsi="Times New Roman" w:eastAsia="宋体"/>
                <w:b w:val="0"/>
                <w:sz w:val="21"/>
              </w:rPr>
              <w:t>书法学院</w:t>
            </w:r>
          </w:p>
        </w:tc>
        <w:tc>
          <w:tcPr>
            <w:tcW w:type="dxa" w:w="1727"/>
          </w:tcPr>
          <w:p>
            <w:pPr>
              <w:spacing w:after="20" w:before="20"/>
            </w:pPr>
            <w:r/>
            <w:r>
              <w:rPr>
                <w:rFonts w:ascii="Times New Roman" w:hAnsi="Times New Roman" w:eastAsia="宋体"/>
                <w:b w:val="0"/>
                <w:sz w:val="21"/>
              </w:rPr>
              <w:t>01“书画印”创作研究</w:t>
            </w:r>
          </w:p>
        </w:tc>
      </w:tr>
      <w:tr>
        <w:tc>
          <w:tcPr>
            <w:tcW w:type="dxa" w:w="1727"/>
          </w:tcPr>
          <w:p>
            <w:pPr>
              <w:spacing w:after="20" w:before="20"/>
            </w:pPr>
            <w:r/>
            <w:r>
              <w:rPr>
                <w:rFonts w:ascii="Times New Roman" w:hAnsi="Times New Roman" w:eastAsia="宋体"/>
                <w:b w:val="0"/>
                <w:sz w:val="21"/>
              </w:rPr>
              <w:t>197</w:t>
            </w:r>
          </w:p>
        </w:tc>
        <w:tc>
          <w:tcPr>
            <w:tcW w:type="dxa" w:w="1727"/>
          </w:tcPr>
          <w:p>
            <w:pPr>
              <w:spacing w:after="20" w:before="20"/>
            </w:pPr>
            <w:r/>
            <w:r>
              <w:rPr>
                <w:rFonts w:ascii="Times New Roman" w:hAnsi="Times New Roman" w:eastAsia="宋体"/>
                <w:b w:val="0"/>
                <w:sz w:val="21"/>
              </w:rPr>
              <w:t>谭若烨</w:t>
            </w:r>
          </w:p>
        </w:tc>
        <w:tc>
          <w:tcPr>
            <w:tcW w:type="dxa" w:w="1727"/>
          </w:tcPr>
          <w:p>
            <w:pPr>
              <w:spacing w:after="20" w:before="20"/>
            </w:pPr>
            <w:r/>
            <w:r>
              <w:rPr>
                <w:rFonts w:ascii="Times New Roman" w:hAnsi="Times New Roman" w:eastAsia="宋体"/>
                <w:b w:val="0"/>
                <w:sz w:val="21"/>
              </w:rPr>
              <w:t>书法学院</w:t>
            </w:r>
          </w:p>
        </w:tc>
        <w:tc>
          <w:tcPr>
            <w:tcW w:type="dxa" w:w="1727"/>
          </w:tcPr>
          <w:p>
            <w:pPr>
              <w:spacing w:after="20" w:before="20"/>
            </w:pPr>
            <w:r/>
            <w:r>
              <w:rPr>
                <w:rFonts w:ascii="Times New Roman" w:hAnsi="Times New Roman" w:eastAsia="宋体"/>
                <w:b w:val="0"/>
                <w:sz w:val="21"/>
              </w:rPr>
              <w:t>书法学院</w:t>
            </w:r>
          </w:p>
        </w:tc>
        <w:tc>
          <w:tcPr>
            <w:tcW w:type="dxa" w:w="1727"/>
          </w:tcPr>
          <w:p>
            <w:pPr>
              <w:spacing w:after="20" w:before="20"/>
            </w:pPr>
            <w:r/>
            <w:r>
              <w:rPr>
                <w:rFonts w:ascii="Times New Roman" w:hAnsi="Times New Roman" w:eastAsia="宋体"/>
                <w:b w:val="0"/>
                <w:sz w:val="21"/>
              </w:rPr>
              <w:t>02“书画印”创作研究</w:t>
            </w:r>
          </w:p>
        </w:tc>
      </w:tr>
      <w:tr>
        <w:tc>
          <w:tcPr>
            <w:tcW w:type="dxa" w:w="1727"/>
          </w:tcPr>
          <w:p>
            <w:pPr>
              <w:spacing w:after="20" w:before="20"/>
            </w:pPr>
            <w:r/>
            <w:r>
              <w:rPr>
                <w:rFonts w:ascii="Times New Roman" w:hAnsi="Times New Roman" w:eastAsia="宋体"/>
                <w:b w:val="0"/>
                <w:sz w:val="21"/>
              </w:rPr>
              <w:t>198</w:t>
            </w:r>
          </w:p>
        </w:tc>
        <w:tc>
          <w:tcPr>
            <w:tcW w:type="dxa" w:w="1727"/>
          </w:tcPr>
          <w:p>
            <w:pPr>
              <w:spacing w:after="20" w:before="20"/>
            </w:pPr>
            <w:r/>
            <w:r>
              <w:rPr>
                <w:rFonts w:ascii="Times New Roman" w:hAnsi="Times New Roman" w:eastAsia="宋体"/>
                <w:b w:val="0"/>
                <w:sz w:val="21"/>
              </w:rPr>
              <w:t>林涵</w:t>
            </w:r>
          </w:p>
        </w:tc>
        <w:tc>
          <w:tcPr>
            <w:tcW w:type="dxa" w:w="1727"/>
          </w:tcPr>
          <w:p>
            <w:pPr>
              <w:spacing w:after="20" w:before="20"/>
            </w:pPr>
            <w:r/>
            <w:r>
              <w:rPr>
                <w:rFonts w:ascii="Times New Roman" w:hAnsi="Times New Roman" w:eastAsia="宋体"/>
                <w:b w:val="0"/>
                <w:sz w:val="21"/>
              </w:rPr>
              <w:t>书法学院</w:t>
            </w:r>
          </w:p>
        </w:tc>
        <w:tc>
          <w:tcPr>
            <w:tcW w:type="dxa" w:w="1727"/>
          </w:tcPr>
          <w:p>
            <w:pPr>
              <w:spacing w:after="20" w:before="20"/>
            </w:pPr>
            <w:r/>
            <w:r>
              <w:rPr>
                <w:rFonts w:ascii="Times New Roman" w:hAnsi="Times New Roman" w:eastAsia="宋体"/>
                <w:b w:val="0"/>
                <w:sz w:val="21"/>
              </w:rPr>
              <w:t>书法学院</w:t>
            </w:r>
          </w:p>
        </w:tc>
        <w:tc>
          <w:tcPr>
            <w:tcW w:type="dxa" w:w="1727"/>
          </w:tcPr>
          <w:p>
            <w:pPr>
              <w:spacing w:after="20" w:before="20"/>
            </w:pPr>
            <w:r/>
            <w:r>
              <w:rPr>
                <w:rFonts w:ascii="Times New Roman" w:hAnsi="Times New Roman" w:eastAsia="宋体"/>
                <w:b w:val="0"/>
                <w:sz w:val="21"/>
              </w:rPr>
              <w:t>04书法形式美研究</w:t>
            </w:r>
          </w:p>
        </w:tc>
      </w:tr>
      <w:tr>
        <w:tc>
          <w:tcPr>
            <w:tcW w:type="dxa" w:w="1727"/>
          </w:tcPr>
          <w:p>
            <w:pPr>
              <w:spacing w:after="20" w:before="20"/>
            </w:pPr>
            <w:r/>
            <w:r>
              <w:rPr>
                <w:rFonts w:ascii="Times New Roman" w:hAnsi="Times New Roman" w:eastAsia="宋体"/>
                <w:b w:val="0"/>
                <w:sz w:val="21"/>
              </w:rPr>
              <w:t>199</w:t>
            </w:r>
          </w:p>
        </w:tc>
        <w:tc>
          <w:tcPr>
            <w:tcW w:type="dxa" w:w="1727"/>
          </w:tcPr>
          <w:p>
            <w:pPr>
              <w:spacing w:after="20" w:before="20"/>
            </w:pPr>
            <w:r/>
            <w:r>
              <w:rPr>
                <w:rFonts w:ascii="Times New Roman" w:hAnsi="Times New Roman" w:eastAsia="宋体"/>
                <w:b w:val="0"/>
                <w:sz w:val="21"/>
              </w:rPr>
              <w:t>钟滢琦</w:t>
            </w:r>
          </w:p>
        </w:tc>
        <w:tc>
          <w:tcPr>
            <w:tcW w:type="dxa" w:w="1727"/>
          </w:tcPr>
          <w:p>
            <w:pPr>
              <w:spacing w:after="20" w:before="20"/>
            </w:pPr>
            <w:r/>
            <w:r>
              <w:rPr>
                <w:rFonts w:ascii="Times New Roman" w:hAnsi="Times New Roman" w:eastAsia="宋体"/>
                <w:b w:val="0"/>
                <w:sz w:val="21"/>
              </w:rPr>
              <w:t>书法学院</w:t>
            </w:r>
          </w:p>
        </w:tc>
        <w:tc>
          <w:tcPr>
            <w:tcW w:type="dxa" w:w="1727"/>
          </w:tcPr>
          <w:p>
            <w:pPr>
              <w:spacing w:after="20" w:before="20"/>
            </w:pPr>
            <w:r/>
            <w:r>
              <w:rPr>
                <w:rFonts w:ascii="Times New Roman" w:hAnsi="Times New Roman" w:eastAsia="宋体"/>
                <w:b w:val="0"/>
                <w:sz w:val="21"/>
              </w:rPr>
              <w:t>书法学院</w:t>
            </w:r>
          </w:p>
        </w:tc>
        <w:tc>
          <w:tcPr>
            <w:tcW w:type="dxa" w:w="1727"/>
          </w:tcPr>
          <w:p>
            <w:pPr>
              <w:spacing w:after="20" w:before="20"/>
            </w:pPr>
            <w:r/>
            <w:r>
              <w:rPr>
                <w:rFonts w:ascii="Times New Roman" w:hAnsi="Times New Roman" w:eastAsia="宋体"/>
                <w:b w:val="0"/>
                <w:sz w:val="21"/>
              </w:rPr>
              <w:t>05书法艺术研究</w:t>
            </w:r>
          </w:p>
        </w:tc>
      </w:tr>
      <w:tr>
        <w:tc>
          <w:tcPr>
            <w:tcW w:type="dxa" w:w="1727"/>
          </w:tcPr>
          <w:p>
            <w:pPr>
              <w:spacing w:after="20" w:before="20"/>
            </w:pPr>
            <w:r/>
            <w:r>
              <w:rPr>
                <w:rFonts w:ascii="Times New Roman" w:hAnsi="Times New Roman" w:eastAsia="宋体"/>
                <w:b w:val="0"/>
                <w:sz w:val="21"/>
              </w:rPr>
              <w:t>200</w:t>
            </w:r>
          </w:p>
        </w:tc>
        <w:tc>
          <w:tcPr>
            <w:tcW w:type="dxa" w:w="1727"/>
          </w:tcPr>
          <w:p>
            <w:pPr>
              <w:spacing w:after="20" w:before="20"/>
            </w:pPr>
            <w:r/>
            <w:r>
              <w:rPr>
                <w:rFonts w:ascii="Times New Roman" w:hAnsi="Times New Roman" w:eastAsia="宋体"/>
                <w:b w:val="0"/>
                <w:sz w:val="21"/>
              </w:rPr>
              <w:t>崔梓慧</w:t>
            </w:r>
          </w:p>
        </w:tc>
        <w:tc>
          <w:tcPr>
            <w:tcW w:type="dxa" w:w="1727"/>
          </w:tcPr>
          <w:p>
            <w:pPr>
              <w:spacing w:after="20" w:before="20"/>
            </w:pPr>
            <w:r/>
            <w:r>
              <w:rPr>
                <w:rFonts w:ascii="Times New Roman" w:hAnsi="Times New Roman" w:eastAsia="宋体"/>
                <w:b w:val="0"/>
                <w:sz w:val="21"/>
              </w:rPr>
              <w:t>书法学院</w:t>
            </w:r>
          </w:p>
        </w:tc>
        <w:tc>
          <w:tcPr>
            <w:tcW w:type="dxa" w:w="1727"/>
          </w:tcPr>
          <w:p>
            <w:pPr>
              <w:spacing w:after="20" w:before="20"/>
            </w:pPr>
            <w:r/>
            <w:r>
              <w:rPr>
                <w:rFonts w:ascii="Times New Roman" w:hAnsi="Times New Roman" w:eastAsia="宋体"/>
                <w:b w:val="0"/>
                <w:sz w:val="21"/>
              </w:rPr>
              <w:t>书法学院</w:t>
            </w:r>
          </w:p>
        </w:tc>
        <w:tc>
          <w:tcPr>
            <w:tcW w:type="dxa" w:w="1727"/>
          </w:tcPr>
          <w:p>
            <w:pPr>
              <w:spacing w:after="20" w:before="20"/>
            </w:pPr>
            <w:r/>
            <w:r>
              <w:rPr>
                <w:rFonts w:ascii="Times New Roman" w:hAnsi="Times New Roman" w:eastAsia="宋体"/>
                <w:b w:val="0"/>
                <w:sz w:val="21"/>
              </w:rPr>
              <w:t>06中国书法展示与创新</w:t>
            </w:r>
          </w:p>
        </w:tc>
      </w:tr>
      <w:tr>
        <w:tc>
          <w:tcPr>
            <w:tcW w:type="dxa" w:w="1727"/>
          </w:tcPr>
          <w:p>
            <w:pPr>
              <w:spacing w:after="20" w:before="20"/>
            </w:pPr>
            <w:r/>
            <w:r>
              <w:rPr>
                <w:rFonts w:ascii="Times New Roman" w:hAnsi="Times New Roman" w:eastAsia="宋体"/>
                <w:b w:val="0"/>
                <w:sz w:val="21"/>
              </w:rPr>
              <w:t>201</w:t>
            </w:r>
          </w:p>
        </w:tc>
        <w:tc>
          <w:tcPr>
            <w:tcW w:type="dxa" w:w="1727"/>
          </w:tcPr>
          <w:p>
            <w:pPr>
              <w:spacing w:after="20" w:before="20"/>
            </w:pPr>
            <w:r/>
            <w:r>
              <w:rPr>
                <w:rFonts w:ascii="Times New Roman" w:hAnsi="Times New Roman" w:eastAsia="宋体"/>
                <w:b w:val="0"/>
                <w:sz w:val="21"/>
              </w:rPr>
              <w:t>姜笑寒</w:t>
            </w:r>
          </w:p>
        </w:tc>
        <w:tc>
          <w:tcPr>
            <w:tcW w:type="dxa" w:w="1727"/>
          </w:tcPr>
          <w:p>
            <w:pPr>
              <w:spacing w:after="20" w:before="20"/>
            </w:pPr>
            <w:r/>
            <w:r>
              <w:rPr>
                <w:rFonts w:ascii="Times New Roman" w:hAnsi="Times New Roman" w:eastAsia="宋体"/>
                <w:b w:val="0"/>
                <w:sz w:val="21"/>
              </w:rPr>
              <w:t>设计学院</w:t>
            </w:r>
          </w:p>
        </w:tc>
        <w:tc>
          <w:tcPr>
            <w:tcW w:type="dxa" w:w="1727"/>
          </w:tcPr>
          <w:p>
            <w:pPr>
              <w:spacing w:after="20" w:before="20"/>
            </w:pPr>
            <w:r/>
            <w:r>
              <w:rPr>
                <w:rFonts w:ascii="Times New Roman" w:hAnsi="Times New Roman" w:eastAsia="宋体"/>
                <w:b w:val="0"/>
                <w:sz w:val="21"/>
              </w:rPr>
              <w:t>设计学院</w:t>
            </w:r>
          </w:p>
        </w:tc>
        <w:tc>
          <w:tcPr>
            <w:tcW w:type="dxa" w:w="1727"/>
          </w:tcPr>
          <w:p>
            <w:pPr>
              <w:spacing w:after="20" w:before="20"/>
            </w:pPr>
            <w:r/>
            <w:r>
              <w:rPr>
                <w:rFonts w:ascii="Times New Roman" w:hAnsi="Times New Roman" w:eastAsia="宋体"/>
                <w:b w:val="0"/>
                <w:sz w:val="21"/>
              </w:rPr>
              <w:t>20文本艺术与传达设计研究</w:t>
            </w:r>
          </w:p>
        </w:tc>
      </w:tr>
      <w:tr>
        <w:tc>
          <w:tcPr>
            <w:tcW w:type="dxa" w:w="1727"/>
          </w:tcPr>
          <w:p>
            <w:pPr>
              <w:spacing w:after="20" w:before="20"/>
            </w:pPr>
            <w:r/>
            <w:r>
              <w:rPr>
                <w:rFonts w:ascii="Times New Roman" w:hAnsi="Times New Roman" w:eastAsia="宋体"/>
                <w:b w:val="0"/>
                <w:sz w:val="21"/>
              </w:rPr>
              <w:t>202</w:t>
            </w:r>
          </w:p>
        </w:tc>
        <w:tc>
          <w:tcPr>
            <w:tcW w:type="dxa" w:w="1727"/>
          </w:tcPr>
          <w:p>
            <w:pPr>
              <w:spacing w:after="20" w:before="20"/>
            </w:pPr>
            <w:r/>
            <w:r>
              <w:rPr>
                <w:rFonts w:ascii="Times New Roman" w:hAnsi="Times New Roman" w:eastAsia="宋体"/>
                <w:b w:val="0"/>
                <w:sz w:val="21"/>
              </w:rPr>
              <w:t>张齐芮</w:t>
            </w:r>
          </w:p>
        </w:tc>
        <w:tc>
          <w:tcPr>
            <w:tcW w:type="dxa" w:w="1727"/>
          </w:tcPr>
          <w:p>
            <w:pPr>
              <w:spacing w:after="20" w:before="20"/>
            </w:pPr>
            <w:r/>
            <w:r>
              <w:rPr>
                <w:rFonts w:ascii="Times New Roman" w:hAnsi="Times New Roman" w:eastAsia="宋体"/>
                <w:b w:val="0"/>
                <w:sz w:val="21"/>
              </w:rPr>
              <w:t>书法学院</w:t>
            </w:r>
          </w:p>
        </w:tc>
        <w:tc>
          <w:tcPr>
            <w:tcW w:type="dxa" w:w="1727"/>
          </w:tcPr>
          <w:p>
            <w:pPr>
              <w:spacing w:after="20" w:before="20"/>
            </w:pPr>
            <w:r/>
            <w:r>
              <w:rPr>
                <w:rFonts w:ascii="Times New Roman" w:hAnsi="Times New Roman" w:eastAsia="宋体"/>
                <w:b w:val="0"/>
                <w:sz w:val="21"/>
              </w:rPr>
              <w:t>书法学院</w:t>
            </w:r>
          </w:p>
        </w:tc>
        <w:tc>
          <w:tcPr>
            <w:tcW w:type="dxa" w:w="1727"/>
          </w:tcPr>
          <w:p>
            <w:pPr>
              <w:spacing w:after="20" w:before="20"/>
            </w:pPr>
            <w:r/>
            <w:r>
              <w:rPr>
                <w:rFonts w:ascii="Times New Roman" w:hAnsi="Times New Roman" w:eastAsia="宋体"/>
                <w:b w:val="0"/>
                <w:sz w:val="21"/>
              </w:rPr>
              <w:t>01“书画印”创作研究</w:t>
            </w:r>
          </w:p>
        </w:tc>
      </w:tr>
      <w:tr>
        <w:tc>
          <w:tcPr>
            <w:tcW w:type="dxa" w:w="1727"/>
          </w:tcPr>
          <w:p>
            <w:pPr>
              <w:spacing w:after="20" w:before="20"/>
            </w:pPr>
            <w:r/>
            <w:r>
              <w:rPr>
                <w:rFonts w:ascii="Times New Roman" w:hAnsi="Times New Roman" w:eastAsia="宋体"/>
                <w:b w:val="0"/>
                <w:sz w:val="21"/>
              </w:rPr>
              <w:t>203</w:t>
            </w:r>
          </w:p>
        </w:tc>
        <w:tc>
          <w:tcPr>
            <w:tcW w:type="dxa" w:w="1727"/>
          </w:tcPr>
          <w:p>
            <w:pPr>
              <w:spacing w:after="20" w:before="20"/>
            </w:pPr>
            <w:r/>
            <w:r>
              <w:rPr>
                <w:rFonts w:ascii="Times New Roman" w:hAnsi="Times New Roman" w:eastAsia="宋体"/>
                <w:b w:val="0"/>
                <w:sz w:val="21"/>
              </w:rPr>
              <w:t>归格格</w:t>
            </w:r>
          </w:p>
        </w:tc>
        <w:tc>
          <w:tcPr>
            <w:tcW w:type="dxa" w:w="1727"/>
          </w:tcPr>
          <w:p>
            <w:pPr>
              <w:spacing w:after="20" w:before="20"/>
            </w:pPr>
            <w:r/>
            <w:r>
              <w:rPr>
                <w:rFonts w:ascii="Times New Roman" w:hAnsi="Times New Roman" w:eastAsia="宋体"/>
                <w:b w:val="0"/>
                <w:sz w:val="21"/>
              </w:rPr>
              <w:t>城市设计学院</w:t>
            </w:r>
          </w:p>
        </w:tc>
        <w:tc>
          <w:tcPr>
            <w:tcW w:type="dxa" w:w="1727"/>
          </w:tcPr>
          <w:p>
            <w:pPr>
              <w:spacing w:after="20" w:before="20"/>
            </w:pPr>
            <w:r/>
            <w:r>
              <w:rPr>
                <w:rFonts w:ascii="Times New Roman" w:hAnsi="Times New Roman" w:eastAsia="宋体"/>
                <w:b w:val="0"/>
                <w:sz w:val="21"/>
              </w:rPr>
              <w:t>城市设计学院</w:t>
            </w:r>
          </w:p>
        </w:tc>
        <w:tc>
          <w:tcPr>
            <w:tcW w:type="dxa" w:w="1727"/>
          </w:tcPr>
          <w:p>
            <w:pPr>
              <w:spacing w:after="20" w:before="20"/>
            </w:pPr>
            <w:r/>
            <w:r>
              <w:rPr>
                <w:rFonts w:ascii="Times New Roman" w:hAnsi="Times New Roman" w:eastAsia="宋体"/>
                <w:b w:val="0"/>
                <w:sz w:val="21"/>
              </w:rPr>
              <w:t>04绘本创作研究</w:t>
            </w:r>
          </w:p>
        </w:tc>
      </w:tr>
      <w:tr>
        <w:tc>
          <w:tcPr>
            <w:tcW w:type="dxa" w:w="1727"/>
          </w:tcPr>
          <w:p>
            <w:pPr>
              <w:spacing w:after="20" w:before="20"/>
            </w:pPr>
            <w:r/>
            <w:r>
              <w:rPr>
                <w:rFonts w:ascii="Times New Roman" w:hAnsi="Times New Roman" w:eastAsia="宋体"/>
                <w:b w:val="0"/>
                <w:sz w:val="21"/>
              </w:rPr>
              <w:t>204</w:t>
            </w:r>
          </w:p>
        </w:tc>
        <w:tc>
          <w:tcPr>
            <w:tcW w:type="dxa" w:w="1727"/>
          </w:tcPr>
          <w:p>
            <w:pPr>
              <w:spacing w:after="20" w:before="20"/>
            </w:pPr>
            <w:r/>
            <w:r>
              <w:rPr>
                <w:rFonts w:ascii="Times New Roman" w:hAnsi="Times New Roman" w:eastAsia="宋体"/>
                <w:b w:val="0"/>
                <w:sz w:val="21"/>
              </w:rPr>
              <w:t>冯咏玲</w:t>
            </w:r>
          </w:p>
        </w:tc>
        <w:tc>
          <w:tcPr>
            <w:tcW w:type="dxa" w:w="1727"/>
          </w:tcPr>
          <w:p>
            <w:pPr>
              <w:spacing w:after="20" w:before="20"/>
            </w:pPr>
            <w:r/>
            <w:r>
              <w:rPr>
                <w:rFonts w:ascii="Times New Roman" w:hAnsi="Times New Roman" w:eastAsia="宋体"/>
                <w:b w:val="0"/>
                <w:sz w:val="21"/>
              </w:rPr>
              <w:t>建筑学院</w:t>
            </w:r>
          </w:p>
        </w:tc>
        <w:tc>
          <w:tcPr>
            <w:tcW w:type="dxa" w:w="1727"/>
          </w:tcPr>
          <w:p>
            <w:pPr>
              <w:spacing w:after="20" w:before="20"/>
            </w:pPr>
            <w:r/>
            <w:r>
              <w:rPr>
                <w:rFonts w:ascii="Times New Roman" w:hAnsi="Times New Roman" w:eastAsia="宋体"/>
                <w:b w:val="0"/>
                <w:sz w:val="21"/>
              </w:rPr>
              <w:t>建筑学院</w:t>
            </w:r>
          </w:p>
        </w:tc>
        <w:tc>
          <w:tcPr>
            <w:tcW w:type="dxa" w:w="1727"/>
          </w:tcPr>
          <w:p>
            <w:pPr>
              <w:spacing w:after="20" w:before="20"/>
            </w:pPr>
            <w:r/>
            <w:r>
              <w:rPr>
                <w:rFonts w:ascii="Times New Roman" w:hAnsi="Times New Roman" w:eastAsia="宋体"/>
                <w:b w:val="0"/>
                <w:sz w:val="21"/>
              </w:rPr>
              <w:t>01建筑学</w:t>
            </w:r>
          </w:p>
        </w:tc>
      </w:tr>
    </w:tbl>
    <w:p>
      <w:pPr>
        <w:spacing w:before="160" w:after="80" w:lineRule="auto" w:line="360"/>
        <w:jc w:val="left"/>
      </w:pPr>
      <w:r>
        <w:rPr>
          <w:rFonts w:ascii="Times New Roman" w:hAnsi="Times New Roman" w:eastAsia="宋体"/>
          <w:b/>
          <w:sz w:val="28"/>
        </w:rPr>
        <w:t>十、说明</w:t>
      </w:r>
    </w:p>
    <w:p>
      <w:pPr>
        <w:spacing w:after="80" w:lineRule="auto" w:line="360"/>
        <w:ind w:firstLine="482"/>
        <w:jc w:val="both"/>
      </w:pPr>
      <w:r>
        <w:rPr>
          <w:rFonts w:ascii="Times New Roman" w:hAnsi="Times New Roman" w:eastAsia="宋体"/>
          <w:b w:val="0"/>
          <w:sz w:val="24"/>
        </w:rPr>
        <w:t>1. 本段未提供排名或评分方式、公示期等具体信息。</w:t>
      </w:r>
    </w:p>
    <w:p>
      <w:pPr>
        <w:spacing w:after="80" w:lineRule="auto" w:line="360"/>
        <w:ind w:firstLine="482"/>
        <w:jc w:val="both"/>
      </w:pPr>
      <w:r>
        <w:rPr>
          <w:rFonts w:ascii="Times New Roman" w:hAnsi="Times New Roman" w:eastAsia="宋体"/>
          <w:b w:val="0"/>
          <w:sz w:val="24"/>
        </w:rPr>
        <w:t>2. 名单中学院与拟录取学院两列内容一致，专业/研究方向按原文保留编号及名称。</w:t>
      </w:r>
    </w:p>
    <w:p>
      <w:pPr>
        <w:spacing w:after="80" w:lineRule="auto" w:line="360"/>
        <w:ind w:firstLine="482"/>
        <w:jc w:val="both"/>
      </w:pPr>
      <w:r>
        <w:rPr>
          <w:rFonts w:ascii="Times New Roman" w:hAnsi="Times New Roman" w:eastAsia="宋体"/>
          <w:b w:val="0"/>
          <w:sz w:val="24"/>
        </w:rPr>
        <w:t>本段为推免拟录取名单公示内容，共涉及 10 人，序号为 195 至 203（其中序号 195 对应 1 人，196 至 203 对应 9 人），公示名单按序号、姓名、学院、专业方向排列。名单明细如下：</w:t>
      </w:r>
    </w:p>
    <w:tbl>
      <w:tblPr>
        <w:tblStyle w:val="TableGrid"/>
        <w:tblW w:type="auto" w:w="0"/>
        <w:jc w:val="center"/>
        <w:tblLook w:firstColumn="1" w:firstRow="1" w:lastColumn="0" w:lastRow="0" w:noHBand="0" w:noVBand="1" w:val="04A0"/>
      </w:tblPr>
      <w:tblGrid>
        <w:gridCol w:w="2158"/>
        <w:gridCol w:w="2158"/>
        <w:gridCol w:w="2158"/>
        <w:gridCol w:w="2158"/>
      </w:tblGrid>
      <w:tr>
        <w:tc>
          <w:tcPr>
            <w:tcW w:type="dxa" w:w="2158"/>
          </w:tcPr>
          <w:p>
            <w:pPr>
              <w:spacing w:after="20" w:before="20"/>
            </w:pPr>
            <w:r/>
            <w:r>
              <w:rPr>
                <w:rFonts w:ascii="Times New Roman" w:hAnsi="Times New Roman" w:eastAsia="宋体"/>
                <w:b/>
                <w:sz w:val="21"/>
              </w:rPr>
              <w:t>序号</w:t>
            </w:r>
          </w:p>
        </w:tc>
        <w:tc>
          <w:tcPr>
            <w:tcW w:type="dxa" w:w="2158"/>
          </w:tcPr>
          <w:p>
            <w:pPr>
              <w:spacing w:after="20" w:before="20"/>
            </w:pPr>
            <w:r/>
            <w:r>
              <w:rPr>
                <w:rFonts w:ascii="Times New Roman" w:hAnsi="Times New Roman" w:eastAsia="宋体"/>
                <w:b/>
                <w:sz w:val="21"/>
              </w:rPr>
              <w:t>姓名</w:t>
            </w:r>
          </w:p>
        </w:tc>
        <w:tc>
          <w:tcPr>
            <w:tcW w:type="dxa" w:w="2158"/>
          </w:tcPr>
          <w:p>
            <w:pPr>
              <w:spacing w:after="20" w:before="20"/>
            </w:pPr>
            <w:r/>
            <w:r>
              <w:rPr>
                <w:rFonts w:ascii="Times New Roman" w:hAnsi="Times New Roman" w:eastAsia="宋体"/>
                <w:b/>
                <w:sz w:val="21"/>
              </w:rPr>
              <w:t>学院</w:t>
            </w:r>
          </w:p>
        </w:tc>
        <w:tc>
          <w:tcPr>
            <w:tcW w:type="dxa" w:w="2158"/>
          </w:tcPr>
          <w:p>
            <w:pPr>
              <w:spacing w:after="20" w:before="20"/>
            </w:pPr>
            <w:r/>
            <w:r>
              <w:rPr>
                <w:rFonts w:ascii="Times New Roman" w:hAnsi="Times New Roman" w:eastAsia="宋体"/>
                <w:b/>
                <w:sz w:val="21"/>
              </w:rPr>
              <w:t>专业方向</w:t>
            </w:r>
          </w:p>
        </w:tc>
      </w:tr>
      <w:tr>
        <w:tc>
          <w:tcPr>
            <w:tcW w:type="dxa" w:w="2158"/>
          </w:tcPr>
          <w:p>
            <w:pPr>
              <w:spacing w:after="20" w:before="20"/>
            </w:pPr>
            <w:r/>
            <w:r>
              <w:rPr>
                <w:rFonts w:ascii="Times New Roman" w:hAnsi="Times New Roman" w:eastAsia="宋体"/>
                <w:b w:val="0"/>
                <w:sz w:val="21"/>
              </w:rPr>
              <w:t>195</w:t>
            </w:r>
          </w:p>
        </w:tc>
        <w:tc>
          <w:tcPr>
            <w:tcW w:type="dxa" w:w="2158"/>
          </w:tcPr>
          <w:p>
            <w:pPr>
              <w:spacing w:after="20" w:before="20"/>
            </w:pPr>
            <w:r/>
            <w:r>
              <w:rPr>
                <w:rFonts w:ascii="Times New Roman" w:hAnsi="Times New Roman" w:eastAsia="宋体"/>
                <w:b w:val="0"/>
                <w:sz w:val="21"/>
              </w:rPr>
              <w:t>梅语心</w:t>
            </w:r>
          </w:p>
        </w:tc>
        <w:tc>
          <w:tcPr>
            <w:tcW w:type="dxa" w:w="2158"/>
          </w:tcPr>
          <w:p>
            <w:pPr>
              <w:spacing w:after="20" w:before="20"/>
            </w:pPr>
            <w:r/>
            <w:r>
              <w:rPr>
                <w:rFonts w:ascii="Times New Roman" w:hAnsi="Times New Roman" w:eastAsia="宋体"/>
                <w:b w:val="0"/>
                <w:sz w:val="21"/>
              </w:rPr>
              <w:t>中国人民大学美育研究院</w:t>
            </w:r>
          </w:p>
        </w:tc>
        <w:tc>
          <w:tcPr>
            <w:tcW w:type="dxa" w:w="2158"/>
          </w:tcPr>
          <w:p>
            <w:pPr>
              <w:spacing w:after="20" w:before="20"/>
            </w:pPr>
            <w:r/>
            <w:r>
              <w:rPr>
                <w:rFonts w:ascii="Times New Roman" w:hAnsi="Times New Roman" w:eastAsia="宋体"/>
                <w:b w:val="0"/>
                <w:sz w:val="21"/>
              </w:rPr>
              <w:t>04青少年美育</w:t>
            </w:r>
          </w:p>
        </w:tc>
      </w:tr>
      <w:tr>
        <w:tc>
          <w:tcPr>
            <w:tcW w:type="dxa" w:w="2158"/>
          </w:tcPr>
          <w:p>
            <w:pPr>
              <w:spacing w:after="20" w:before="20"/>
            </w:pPr>
            <w:r/>
            <w:r>
              <w:rPr>
                <w:rFonts w:ascii="Times New Roman" w:hAnsi="Times New Roman" w:eastAsia="宋体"/>
                <w:b w:val="0"/>
                <w:sz w:val="21"/>
              </w:rPr>
              <w:t>196</w:t>
            </w:r>
          </w:p>
        </w:tc>
        <w:tc>
          <w:tcPr>
            <w:tcW w:type="dxa" w:w="2158"/>
          </w:tcPr>
          <w:p>
            <w:pPr>
              <w:spacing w:after="20" w:before="20"/>
            </w:pPr>
            <w:r/>
            <w:r>
              <w:rPr>
                <w:rFonts w:ascii="Times New Roman" w:hAnsi="Times New Roman" w:eastAsia="宋体"/>
                <w:b w:val="0"/>
                <w:sz w:val="21"/>
              </w:rPr>
              <w:t>赵明宇</w:t>
            </w:r>
          </w:p>
        </w:tc>
        <w:tc>
          <w:tcPr>
            <w:tcW w:type="dxa" w:w="2158"/>
          </w:tcPr>
          <w:p>
            <w:pPr>
              <w:spacing w:after="20" w:before="20"/>
            </w:pPr>
            <w:r/>
            <w:r>
              <w:rPr>
                <w:rFonts w:ascii="Times New Roman" w:hAnsi="Times New Roman" w:eastAsia="宋体"/>
                <w:b w:val="0"/>
                <w:sz w:val="21"/>
              </w:rPr>
              <w:t>书法学院</w:t>
            </w:r>
          </w:p>
        </w:tc>
        <w:tc>
          <w:tcPr>
            <w:tcW w:type="dxa" w:w="2158"/>
          </w:tcPr>
          <w:p>
            <w:pPr>
              <w:spacing w:after="20" w:before="20"/>
            </w:pPr>
            <w:r/>
            <w:r>
              <w:rPr>
                <w:rFonts w:ascii="Times New Roman" w:hAnsi="Times New Roman" w:eastAsia="宋体"/>
                <w:b w:val="0"/>
                <w:sz w:val="21"/>
              </w:rPr>
              <w:t>01“书画印”创作研究</w:t>
            </w:r>
          </w:p>
        </w:tc>
      </w:tr>
      <w:tr>
        <w:tc>
          <w:tcPr>
            <w:tcW w:type="dxa" w:w="2158"/>
          </w:tcPr>
          <w:p>
            <w:pPr>
              <w:spacing w:after="20" w:before="20"/>
            </w:pPr>
            <w:r/>
            <w:r>
              <w:rPr>
                <w:rFonts w:ascii="Times New Roman" w:hAnsi="Times New Roman" w:eastAsia="宋体"/>
                <w:b w:val="0"/>
                <w:sz w:val="21"/>
              </w:rPr>
              <w:t>197</w:t>
            </w:r>
          </w:p>
        </w:tc>
        <w:tc>
          <w:tcPr>
            <w:tcW w:type="dxa" w:w="2158"/>
          </w:tcPr>
          <w:p>
            <w:pPr>
              <w:spacing w:after="20" w:before="20"/>
            </w:pPr>
            <w:r/>
            <w:r>
              <w:rPr>
                <w:rFonts w:ascii="Times New Roman" w:hAnsi="Times New Roman" w:eastAsia="宋体"/>
                <w:b w:val="0"/>
                <w:sz w:val="21"/>
              </w:rPr>
              <w:t>谭若烨</w:t>
            </w:r>
          </w:p>
        </w:tc>
        <w:tc>
          <w:tcPr>
            <w:tcW w:type="dxa" w:w="2158"/>
          </w:tcPr>
          <w:p>
            <w:pPr>
              <w:spacing w:after="20" w:before="20"/>
            </w:pPr>
            <w:r/>
            <w:r>
              <w:rPr>
                <w:rFonts w:ascii="Times New Roman" w:hAnsi="Times New Roman" w:eastAsia="宋体"/>
                <w:b w:val="0"/>
                <w:sz w:val="21"/>
              </w:rPr>
              <w:t>书法学院</w:t>
            </w:r>
          </w:p>
        </w:tc>
        <w:tc>
          <w:tcPr>
            <w:tcW w:type="dxa" w:w="2158"/>
          </w:tcPr>
          <w:p>
            <w:pPr>
              <w:spacing w:after="20" w:before="20"/>
            </w:pPr>
            <w:r/>
            <w:r>
              <w:rPr>
                <w:rFonts w:ascii="Times New Roman" w:hAnsi="Times New Roman" w:eastAsia="宋体"/>
                <w:b w:val="0"/>
                <w:sz w:val="21"/>
              </w:rPr>
              <w:t>02“书画印”创作研究</w:t>
            </w:r>
          </w:p>
        </w:tc>
      </w:tr>
      <w:tr>
        <w:tc>
          <w:tcPr>
            <w:tcW w:type="dxa" w:w="2158"/>
          </w:tcPr>
          <w:p>
            <w:pPr>
              <w:spacing w:after="20" w:before="20"/>
            </w:pPr>
            <w:r/>
            <w:r>
              <w:rPr>
                <w:rFonts w:ascii="Times New Roman" w:hAnsi="Times New Roman" w:eastAsia="宋体"/>
                <w:b w:val="0"/>
                <w:sz w:val="21"/>
              </w:rPr>
              <w:t>198</w:t>
            </w:r>
          </w:p>
        </w:tc>
        <w:tc>
          <w:tcPr>
            <w:tcW w:type="dxa" w:w="2158"/>
          </w:tcPr>
          <w:p>
            <w:pPr>
              <w:spacing w:after="20" w:before="20"/>
            </w:pPr>
            <w:r/>
            <w:r>
              <w:rPr>
                <w:rFonts w:ascii="Times New Roman" w:hAnsi="Times New Roman" w:eastAsia="宋体"/>
                <w:b w:val="0"/>
                <w:sz w:val="21"/>
              </w:rPr>
              <w:t>林涵</w:t>
            </w:r>
          </w:p>
        </w:tc>
        <w:tc>
          <w:tcPr>
            <w:tcW w:type="dxa" w:w="2158"/>
          </w:tcPr>
          <w:p>
            <w:pPr>
              <w:spacing w:after="20" w:before="20"/>
            </w:pPr>
            <w:r/>
            <w:r>
              <w:rPr>
                <w:rFonts w:ascii="Times New Roman" w:hAnsi="Times New Roman" w:eastAsia="宋体"/>
                <w:b w:val="0"/>
                <w:sz w:val="21"/>
              </w:rPr>
              <w:t>书法学院</w:t>
            </w:r>
          </w:p>
        </w:tc>
        <w:tc>
          <w:tcPr>
            <w:tcW w:type="dxa" w:w="2158"/>
          </w:tcPr>
          <w:p>
            <w:pPr>
              <w:spacing w:after="20" w:before="20"/>
            </w:pPr>
            <w:r/>
            <w:r>
              <w:rPr>
                <w:rFonts w:ascii="Times New Roman" w:hAnsi="Times New Roman" w:eastAsia="宋体"/>
                <w:b w:val="0"/>
                <w:sz w:val="21"/>
              </w:rPr>
              <w:t>04书法形式美研究</w:t>
            </w:r>
          </w:p>
        </w:tc>
      </w:tr>
      <w:tr>
        <w:tc>
          <w:tcPr>
            <w:tcW w:type="dxa" w:w="2158"/>
          </w:tcPr>
          <w:p>
            <w:pPr>
              <w:spacing w:after="20" w:before="20"/>
            </w:pPr>
            <w:r/>
            <w:r>
              <w:rPr>
                <w:rFonts w:ascii="Times New Roman" w:hAnsi="Times New Roman" w:eastAsia="宋体"/>
                <w:b w:val="0"/>
                <w:sz w:val="21"/>
              </w:rPr>
              <w:t>199</w:t>
            </w:r>
          </w:p>
        </w:tc>
        <w:tc>
          <w:tcPr>
            <w:tcW w:type="dxa" w:w="2158"/>
          </w:tcPr>
          <w:p>
            <w:pPr>
              <w:spacing w:after="20" w:before="20"/>
            </w:pPr>
            <w:r/>
            <w:r>
              <w:rPr>
                <w:rFonts w:ascii="Times New Roman" w:hAnsi="Times New Roman" w:eastAsia="宋体"/>
                <w:b w:val="0"/>
                <w:sz w:val="21"/>
              </w:rPr>
              <w:t>钟滢琦</w:t>
            </w:r>
          </w:p>
        </w:tc>
        <w:tc>
          <w:tcPr>
            <w:tcW w:type="dxa" w:w="2158"/>
          </w:tcPr>
          <w:p>
            <w:pPr>
              <w:spacing w:after="20" w:before="20"/>
            </w:pPr>
            <w:r/>
            <w:r>
              <w:rPr>
                <w:rFonts w:ascii="Times New Roman" w:hAnsi="Times New Roman" w:eastAsia="宋体"/>
                <w:b w:val="0"/>
                <w:sz w:val="21"/>
              </w:rPr>
              <w:t>书法学院</w:t>
            </w:r>
          </w:p>
        </w:tc>
        <w:tc>
          <w:tcPr>
            <w:tcW w:type="dxa" w:w="2158"/>
          </w:tcPr>
          <w:p>
            <w:pPr>
              <w:spacing w:after="20" w:before="20"/>
            </w:pPr>
            <w:r/>
            <w:r>
              <w:rPr>
                <w:rFonts w:ascii="Times New Roman" w:hAnsi="Times New Roman" w:eastAsia="宋体"/>
                <w:b w:val="0"/>
                <w:sz w:val="21"/>
              </w:rPr>
              <w:t>05书法艺术研究</w:t>
            </w:r>
          </w:p>
        </w:tc>
      </w:tr>
      <w:tr>
        <w:tc>
          <w:tcPr>
            <w:tcW w:type="dxa" w:w="2158"/>
          </w:tcPr>
          <w:p>
            <w:pPr>
              <w:spacing w:after="20" w:before="20"/>
            </w:pPr>
            <w:r/>
            <w:r>
              <w:rPr>
                <w:rFonts w:ascii="Times New Roman" w:hAnsi="Times New Roman" w:eastAsia="宋体"/>
                <w:b w:val="0"/>
                <w:sz w:val="21"/>
              </w:rPr>
              <w:t>200</w:t>
            </w:r>
          </w:p>
        </w:tc>
        <w:tc>
          <w:tcPr>
            <w:tcW w:type="dxa" w:w="2158"/>
          </w:tcPr>
          <w:p>
            <w:pPr>
              <w:spacing w:after="20" w:before="20"/>
            </w:pPr>
            <w:r/>
            <w:r>
              <w:rPr>
                <w:rFonts w:ascii="Times New Roman" w:hAnsi="Times New Roman" w:eastAsia="宋体"/>
                <w:b w:val="0"/>
                <w:sz w:val="21"/>
              </w:rPr>
              <w:t>崔梓慧</w:t>
            </w:r>
          </w:p>
        </w:tc>
        <w:tc>
          <w:tcPr>
            <w:tcW w:type="dxa" w:w="2158"/>
          </w:tcPr>
          <w:p>
            <w:pPr>
              <w:spacing w:after="20" w:before="20"/>
            </w:pPr>
            <w:r/>
            <w:r>
              <w:rPr>
                <w:rFonts w:ascii="Times New Roman" w:hAnsi="Times New Roman" w:eastAsia="宋体"/>
                <w:b w:val="0"/>
                <w:sz w:val="21"/>
              </w:rPr>
              <w:t>书法学院</w:t>
            </w:r>
          </w:p>
        </w:tc>
        <w:tc>
          <w:tcPr>
            <w:tcW w:type="dxa" w:w="2158"/>
          </w:tcPr>
          <w:p>
            <w:pPr>
              <w:spacing w:after="20" w:before="20"/>
            </w:pPr>
            <w:r/>
            <w:r>
              <w:rPr>
                <w:rFonts w:ascii="Times New Roman" w:hAnsi="Times New Roman" w:eastAsia="宋体"/>
                <w:b w:val="0"/>
                <w:sz w:val="21"/>
              </w:rPr>
              <w:t>06中国书法展示与创新</w:t>
            </w:r>
          </w:p>
        </w:tc>
      </w:tr>
      <w:tr>
        <w:tc>
          <w:tcPr>
            <w:tcW w:type="dxa" w:w="2158"/>
          </w:tcPr>
          <w:p>
            <w:pPr>
              <w:spacing w:after="20" w:before="20"/>
            </w:pPr>
            <w:r/>
            <w:r>
              <w:rPr>
                <w:rFonts w:ascii="Times New Roman" w:hAnsi="Times New Roman" w:eastAsia="宋体"/>
                <w:b w:val="0"/>
                <w:sz w:val="21"/>
              </w:rPr>
              <w:t>201</w:t>
            </w:r>
          </w:p>
        </w:tc>
        <w:tc>
          <w:tcPr>
            <w:tcW w:type="dxa" w:w="2158"/>
          </w:tcPr>
          <w:p>
            <w:pPr>
              <w:spacing w:after="20" w:before="20"/>
            </w:pPr>
            <w:r/>
            <w:r>
              <w:rPr>
                <w:rFonts w:ascii="Times New Roman" w:hAnsi="Times New Roman" w:eastAsia="宋体"/>
                <w:b w:val="0"/>
                <w:sz w:val="21"/>
              </w:rPr>
              <w:t>姜笑寒</w:t>
            </w:r>
          </w:p>
        </w:tc>
        <w:tc>
          <w:tcPr>
            <w:tcW w:type="dxa" w:w="2158"/>
          </w:tcPr>
          <w:p>
            <w:pPr>
              <w:spacing w:after="20" w:before="20"/>
            </w:pPr>
            <w:r/>
            <w:r>
              <w:rPr>
                <w:rFonts w:ascii="Times New Roman" w:hAnsi="Times New Roman" w:eastAsia="宋体"/>
                <w:b w:val="0"/>
                <w:sz w:val="21"/>
              </w:rPr>
              <w:t>设计学院</w:t>
            </w:r>
          </w:p>
        </w:tc>
        <w:tc>
          <w:tcPr>
            <w:tcW w:type="dxa" w:w="2158"/>
          </w:tcPr>
          <w:p>
            <w:pPr>
              <w:spacing w:after="20" w:before="20"/>
            </w:pPr>
            <w:r/>
            <w:r>
              <w:rPr>
                <w:rFonts w:ascii="Times New Roman" w:hAnsi="Times New Roman" w:eastAsia="宋体"/>
                <w:b w:val="0"/>
                <w:sz w:val="21"/>
              </w:rPr>
              <w:t>20文本艺术与传达设计研究</w:t>
            </w:r>
          </w:p>
        </w:tc>
      </w:tr>
      <w:tr>
        <w:tc>
          <w:tcPr>
            <w:tcW w:type="dxa" w:w="2158"/>
          </w:tcPr>
          <w:p>
            <w:pPr>
              <w:spacing w:after="20" w:before="20"/>
            </w:pPr>
            <w:r/>
            <w:r>
              <w:rPr>
                <w:rFonts w:ascii="Times New Roman" w:hAnsi="Times New Roman" w:eastAsia="宋体"/>
                <w:b w:val="0"/>
                <w:sz w:val="21"/>
              </w:rPr>
              <w:t>202</w:t>
            </w:r>
          </w:p>
        </w:tc>
        <w:tc>
          <w:tcPr>
            <w:tcW w:type="dxa" w:w="2158"/>
          </w:tcPr>
          <w:p>
            <w:pPr>
              <w:spacing w:after="20" w:before="20"/>
            </w:pPr>
            <w:r/>
            <w:r>
              <w:rPr>
                <w:rFonts w:ascii="Times New Roman" w:hAnsi="Times New Roman" w:eastAsia="宋体"/>
                <w:b w:val="0"/>
                <w:sz w:val="21"/>
              </w:rPr>
              <w:t>张齐芮</w:t>
            </w:r>
          </w:p>
        </w:tc>
        <w:tc>
          <w:tcPr>
            <w:tcW w:type="dxa" w:w="2158"/>
          </w:tcPr>
          <w:p>
            <w:pPr>
              <w:spacing w:after="20" w:before="20"/>
            </w:pPr>
            <w:r/>
            <w:r>
              <w:rPr>
                <w:rFonts w:ascii="Times New Roman" w:hAnsi="Times New Roman" w:eastAsia="宋体"/>
                <w:b w:val="0"/>
                <w:sz w:val="21"/>
              </w:rPr>
              <w:t>书法学院</w:t>
            </w:r>
          </w:p>
        </w:tc>
        <w:tc>
          <w:tcPr>
            <w:tcW w:type="dxa" w:w="2158"/>
          </w:tcPr>
          <w:p>
            <w:pPr>
              <w:spacing w:after="20" w:before="20"/>
            </w:pPr>
            <w:r/>
            <w:r>
              <w:rPr>
                <w:rFonts w:ascii="Times New Roman" w:hAnsi="Times New Roman" w:eastAsia="宋体"/>
                <w:b w:val="0"/>
                <w:sz w:val="21"/>
              </w:rPr>
              <w:t>01“书画印”创作研究</w:t>
            </w:r>
          </w:p>
        </w:tc>
      </w:tr>
      <w:tr>
        <w:tc>
          <w:tcPr>
            <w:tcW w:type="dxa" w:w="2158"/>
          </w:tcPr>
          <w:p>
            <w:pPr>
              <w:spacing w:after="20" w:before="20"/>
            </w:pPr>
            <w:r/>
            <w:r>
              <w:rPr>
                <w:rFonts w:ascii="Times New Roman" w:hAnsi="Times New Roman" w:eastAsia="宋体"/>
                <w:b w:val="0"/>
                <w:sz w:val="21"/>
              </w:rPr>
              <w:t>203</w:t>
            </w:r>
          </w:p>
        </w:tc>
        <w:tc>
          <w:tcPr>
            <w:tcW w:type="dxa" w:w="2158"/>
          </w:tcPr>
          <w:p>
            <w:pPr>
              <w:spacing w:after="20" w:before="20"/>
            </w:pPr>
            <w:r/>
            <w:r>
              <w:rPr>
                <w:rFonts w:ascii="Times New Roman" w:hAnsi="Times New Roman" w:eastAsia="宋体"/>
                <w:b w:val="0"/>
                <w:sz w:val="21"/>
              </w:rPr>
              <w:t>归格格</w:t>
            </w:r>
          </w:p>
        </w:tc>
        <w:tc>
          <w:tcPr>
            <w:tcW w:type="dxa" w:w="2158"/>
          </w:tcPr>
          <w:p>
            <w:pPr>
              <w:spacing w:after="20" w:before="20"/>
            </w:pPr>
            <w:r/>
            <w:r>
              <w:rPr>
                <w:rFonts w:ascii="Times New Roman" w:hAnsi="Times New Roman" w:eastAsia="宋体"/>
                <w:b w:val="0"/>
                <w:sz w:val="21"/>
              </w:rPr>
              <w:t>城市设计学院</w:t>
            </w:r>
          </w:p>
        </w:tc>
        <w:tc>
          <w:tcPr>
            <w:tcW w:type="dxa" w:w="2158"/>
          </w:tcPr>
          <w:p>
            <w:pPr>
              <w:spacing w:after="20" w:before="20"/>
            </w:pPr>
            <w:r/>
            <w:r>
              <w:rPr>
                <w:rFonts w:ascii="Times New Roman" w:hAnsi="Times New Roman" w:eastAsia="宋体"/>
                <w:b w:val="0"/>
                <w:sz w:val="21"/>
              </w:rPr>
              <w:t>04绘本创作研究</w:t>
            </w:r>
          </w:p>
        </w:tc>
      </w:tr>
      <w:tr>
        <w:tc>
          <w:tcPr>
            <w:tcW w:type="dxa" w:w="2158"/>
          </w:tcPr>
          <w:p>
            <w:pPr>
              <w:spacing w:after="20" w:before="20"/>
            </w:pPr>
            <w:r/>
            <w:r>
              <w:rPr>
                <w:rFonts w:ascii="Times New Roman" w:hAnsi="Times New Roman" w:eastAsia="宋体"/>
                <w:b w:val="0"/>
                <w:sz w:val="21"/>
              </w:rPr>
              <w:t>203</w:t>
            </w:r>
          </w:p>
        </w:tc>
        <w:tc>
          <w:tcPr>
            <w:tcW w:type="dxa" w:w="2158"/>
          </w:tcPr>
          <w:p>
            <w:pPr>
              <w:spacing w:after="20" w:before="20"/>
            </w:pPr>
            <w:r/>
            <w:r>
              <w:rPr>
                <w:rFonts w:ascii="Times New Roman" w:hAnsi="Times New Roman" w:eastAsia="宋体"/>
                <w:b w:val="0"/>
                <w:sz w:val="21"/>
              </w:rPr>
              <w:t>冯咏玲</w:t>
            </w:r>
          </w:p>
        </w:tc>
        <w:tc>
          <w:tcPr>
            <w:tcW w:type="dxa" w:w="2158"/>
          </w:tcPr>
          <w:p>
            <w:pPr>
              <w:spacing w:after="20" w:before="20"/>
            </w:pPr>
            <w:r/>
            <w:r>
              <w:rPr>
                <w:rFonts w:ascii="Times New Roman" w:hAnsi="Times New Roman" w:eastAsia="宋体"/>
                <w:b w:val="0"/>
                <w:sz w:val="21"/>
              </w:rPr>
              <w:t>建筑学院</w:t>
            </w:r>
          </w:p>
        </w:tc>
        <w:tc>
          <w:tcPr>
            <w:tcW w:type="dxa" w:w="2158"/>
          </w:tcPr>
          <w:p>
            <w:pPr>
              <w:spacing w:after="20" w:before="20"/>
            </w:pPr>
            <w:r/>
            <w:r>
              <w:rPr>
                <w:rFonts w:ascii="Times New Roman" w:hAnsi="Times New Roman" w:eastAsia="宋体"/>
                <w:b w:val="0"/>
                <w:sz w:val="21"/>
              </w:rPr>
              <w:t>01建筑学</w:t>
            </w:r>
          </w:p>
        </w:tc>
      </w:tr>
    </w:tbl>
    <w:p>
      <w:pPr>
        <w:spacing w:before="160" w:after="80" w:lineRule="auto" w:line="360"/>
        <w:jc w:val="left"/>
      </w:pPr>
      <w:r>
        <w:rPr>
          <w:rFonts w:ascii="Times New Roman" w:hAnsi="Times New Roman" w:eastAsia="宋体"/>
          <w:b/>
          <w:sz w:val="28"/>
        </w:rPr>
        <w:t>九、名单构成</w:t>
      </w:r>
    </w:p>
    <w:p>
      <w:pPr>
        <w:spacing w:after="80" w:lineRule="auto" w:line="360"/>
        <w:ind w:firstLine="482"/>
        <w:jc w:val="both"/>
      </w:pPr>
      <w:r>
        <w:rPr>
          <w:rFonts w:ascii="Times New Roman" w:hAnsi="Times New Roman" w:eastAsia="宋体"/>
          <w:b w:val="0"/>
          <w:sz w:val="24"/>
        </w:rPr>
        <w:t>1. 本段名单共 10 人，序号自 195 起至 203 止。</w:t>
      </w:r>
    </w:p>
    <w:p>
      <w:pPr>
        <w:spacing w:after="80" w:lineRule="auto" w:line="360"/>
        <w:ind w:firstLine="482"/>
        <w:jc w:val="both"/>
      </w:pPr>
      <w:r>
        <w:rPr>
          <w:rFonts w:ascii="Times New Roman" w:hAnsi="Times New Roman" w:eastAsia="宋体"/>
          <w:b w:val="0"/>
          <w:sz w:val="24"/>
        </w:rPr>
        <w:t>2. 涉及学院包括：中国人民大学美育研究院、书法学院、设计学院、城市设计学院、建筑学院。</w:t>
      </w:r>
    </w:p>
    <w:p>
      <w:pPr>
        <w:spacing w:after="80" w:lineRule="auto" w:line="360"/>
        <w:ind w:firstLine="482"/>
        <w:jc w:val="both"/>
      </w:pPr>
      <w:r>
        <w:rPr>
          <w:rFonts w:ascii="Times New Roman" w:hAnsi="Times New Roman" w:eastAsia="宋体"/>
          <w:b w:val="0"/>
          <w:sz w:val="24"/>
        </w:rPr>
        <w:t>3. 涉及专业方向包括：04青少年美育、01“书画印”创作研究、02“书画印”创作研究、04书法形式美研究、05书法艺术研究、06中国书法展示与创新、20文本艺术与传达设计研究、04绘本创作研究、01建筑学。</w:t>
      </w:r>
    </w:p>
    <w:p>
      <w:pPr>
        <w:spacing w:before="160" w:after="80" w:lineRule="auto" w:line="360"/>
        <w:jc w:val="left"/>
      </w:pPr>
      <w:r>
        <w:rPr>
          <w:rFonts w:ascii="Times New Roman" w:hAnsi="Times New Roman" w:eastAsia="宋体"/>
          <w:b/>
          <w:sz w:val="28"/>
        </w:rPr>
        <w:t>十、公示信息</w:t>
      </w:r>
    </w:p>
    <w:p>
      <w:pPr>
        <w:spacing w:after="80" w:lineRule="auto" w:line="360"/>
        <w:ind w:firstLine="482"/>
        <w:jc w:val="both"/>
      </w:pPr>
      <w:r>
        <w:rPr>
          <w:rFonts w:ascii="Times New Roman" w:hAnsi="Times New Roman" w:eastAsia="宋体"/>
          <w:b w:val="0"/>
          <w:sz w:val="24"/>
        </w:rPr>
        <w:t>1. 本段内容为第 12 页，共 12 页。</w:t>
      </w:r>
    </w:p>
    <w:p>
      <w:pPr>
        <w:spacing w:after="80" w:lineRule="auto" w:line="360"/>
        <w:ind w:firstLine="482"/>
        <w:jc w:val="both"/>
      </w:pPr>
      <w:r>
        <w:rPr>
          <w:rFonts w:ascii="Times New Roman" w:hAnsi="Times New Roman" w:eastAsia="宋体"/>
          <w:b w:val="0"/>
          <w:sz w:val="24"/>
        </w:rPr>
        <w:t>2. 原文未提供排名或评分方式、公示期起止日期及联系方式。</w:t>
      </w:r>
    </w:p>
    <w:p>
      <w:pPr>
        <w:spacing w:after="80" w:lineRule="auto" w:line="360"/>
        <w:ind w:firstLine="482"/>
        <w:jc w:val="both"/>
      </w:pPr>
      <w:r>
        <w:rPr>
          <w:rFonts w:ascii="Times New Roman" w:hAnsi="Times New Roman" w:eastAsia="宋体"/>
          <w:b w:val="0"/>
          <w:sz w:val="24"/>
        </w:rPr>
        <w:t>本段为推免拟录取名单公示信息，共涉及 9 人，具体明细如下：</w:t>
      </w:r>
    </w:p>
    <w:tbl>
      <w:tblPr>
        <w:tblStyle w:val="TableGrid"/>
        <w:tblW w:type="auto" w:w="0"/>
        <w:jc w:val="center"/>
        <w:tblLook w:firstColumn="1" w:firstRow="1" w:lastColumn="0" w:lastRow="0" w:noHBand="0" w:noVBand="1" w:val="04A0"/>
      </w:tblPr>
      <w:tblGrid>
        <w:gridCol w:w="2158"/>
        <w:gridCol w:w="2158"/>
        <w:gridCol w:w="2158"/>
        <w:gridCol w:w="2158"/>
      </w:tblGrid>
      <w:tr>
        <w:tc>
          <w:tcPr>
            <w:tcW w:type="dxa" w:w="2158"/>
          </w:tcPr>
          <w:p>
            <w:pPr>
              <w:spacing w:after="20" w:before="20"/>
            </w:pPr>
            <w:r/>
            <w:r>
              <w:rPr>
                <w:rFonts w:ascii="Times New Roman" w:hAnsi="Times New Roman" w:eastAsia="宋体"/>
                <w:b/>
                <w:sz w:val="21"/>
              </w:rPr>
              <w:t>序号</w:t>
            </w:r>
          </w:p>
        </w:tc>
        <w:tc>
          <w:tcPr>
            <w:tcW w:type="dxa" w:w="2158"/>
          </w:tcPr>
          <w:p>
            <w:pPr>
              <w:spacing w:after="20" w:before="20"/>
            </w:pPr>
            <w:r/>
            <w:r>
              <w:rPr>
                <w:rFonts w:ascii="Times New Roman" w:hAnsi="Times New Roman" w:eastAsia="宋体"/>
                <w:b/>
                <w:sz w:val="21"/>
              </w:rPr>
              <w:t>姓名</w:t>
            </w:r>
          </w:p>
        </w:tc>
        <w:tc>
          <w:tcPr>
            <w:tcW w:type="dxa" w:w="2158"/>
          </w:tcPr>
          <w:p>
            <w:pPr>
              <w:spacing w:after="20" w:before="20"/>
            </w:pPr>
            <w:r/>
            <w:r>
              <w:rPr>
                <w:rFonts w:ascii="Times New Roman" w:hAnsi="Times New Roman" w:eastAsia="宋体"/>
                <w:b/>
                <w:sz w:val="21"/>
              </w:rPr>
              <w:t>学院</w:t>
            </w:r>
          </w:p>
        </w:tc>
        <w:tc>
          <w:tcPr>
            <w:tcW w:type="dxa" w:w="2158"/>
          </w:tcPr>
          <w:p>
            <w:pPr>
              <w:spacing w:after="20" w:before="20"/>
            </w:pPr>
            <w:r/>
            <w:r>
              <w:rPr>
                <w:rFonts w:ascii="Times New Roman" w:hAnsi="Times New Roman" w:eastAsia="宋体"/>
                <w:b/>
                <w:sz w:val="21"/>
              </w:rPr>
              <w:t>专业/研究方向</w:t>
            </w:r>
          </w:p>
        </w:tc>
      </w:tr>
      <w:tr>
        <w:tc>
          <w:tcPr>
            <w:tcW w:type="dxa" w:w="2158"/>
          </w:tcPr>
          <w:p>
            <w:pPr>
              <w:spacing w:after="20" w:before="20"/>
            </w:pPr>
            <w:r/>
            <w:r>
              <w:rPr>
                <w:rFonts w:ascii="Times New Roman" w:hAnsi="Times New Roman" w:eastAsia="宋体"/>
                <w:b w:val="0"/>
                <w:sz w:val="21"/>
              </w:rPr>
              <w:t>195</w:t>
            </w:r>
          </w:p>
        </w:tc>
        <w:tc>
          <w:tcPr>
            <w:tcW w:type="dxa" w:w="2158"/>
          </w:tcPr>
          <w:p>
            <w:pPr>
              <w:spacing w:after="20" w:before="20"/>
            </w:pPr>
            <w:r/>
            <w:r>
              <w:rPr>
                <w:rFonts w:ascii="Times New Roman" w:hAnsi="Times New Roman" w:eastAsia="宋体"/>
                <w:b w:val="0"/>
                <w:sz w:val="21"/>
              </w:rPr>
              <w:t>赵明宇</w:t>
            </w:r>
          </w:p>
        </w:tc>
        <w:tc>
          <w:tcPr>
            <w:tcW w:type="dxa" w:w="2158"/>
          </w:tcPr>
          <w:p>
            <w:pPr>
              <w:spacing w:after="20" w:before="20"/>
            </w:pPr>
            <w:r/>
            <w:r>
              <w:rPr>
                <w:rFonts w:ascii="Times New Roman" w:hAnsi="Times New Roman" w:eastAsia="宋体"/>
                <w:b w:val="0"/>
                <w:sz w:val="21"/>
              </w:rPr>
              <w:t>书法学院</w:t>
            </w:r>
          </w:p>
        </w:tc>
        <w:tc>
          <w:tcPr>
            <w:tcW w:type="dxa" w:w="2158"/>
          </w:tcPr>
          <w:p>
            <w:pPr>
              <w:spacing w:after="20" w:before="20"/>
            </w:pPr>
            <w:r/>
            <w:r>
              <w:rPr>
                <w:rFonts w:ascii="Times New Roman" w:hAnsi="Times New Roman" w:eastAsia="宋体"/>
                <w:b w:val="0"/>
                <w:sz w:val="21"/>
              </w:rPr>
              <w:t>01“书画印”创作研究</w:t>
            </w:r>
          </w:p>
        </w:tc>
      </w:tr>
      <w:tr>
        <w:tc>
          <w:tcPr>
            <w:tcW w:type="dxa" w:w="2158"/>
          </w:tcPr>
          <w:p>
            <w:pPr>
              <w:spacing w:after="20" w:before="20"/>
            </w:pPr>
            <w:r/>
            <w:r>
              <w:rPr>
                <w:rFonts w:ascii="Times New Roman" w:hAnsi="Times New Roman" w:eastAsia="宋体"/>
                <w:b w:val="0"/>
                <w:sz w:val="21"/>
              </w:rPr>
              <w:t>196</w:t>
            </w:r>
          </w:p>
        </w:tc>
        <w:tc>
          <w:tcPr>
            <w:tcW w:type="dxa" w:w="2158"/>
          </w:tcPr>
          <w:p>
            <w:pPr>
              <w:spacing w:after="20" w:before="20"/>
            </w:pPr>
            <w:r/>
            <w:r>
              <w:rPr>
                <w:rFonts w:ascii="Times New Roman" w:hAnsi="Times New Roman" w:eastAsia="宋体"/>
                <w:b w:val="0"/>
                <w:sz w:val="21"/>
              </w:rPr>
              <w:t>谭若烨</w:t>
            </w:r>
          </w:p>
        </w:tc>
        <w:tc>
          <w:tcPr>
            <w:tcW w:type="dxa" w:w="2158"/>
          </w:tcPr>
          <w:p>
            <w:pPr>
              <w:spacing w:after="20" w:before="20"/>
            </w:pPr>
            <w:r/>
            <w:r>
              <w:rPr>
                <w:rFonts w:ascii="Times New Roman" w:hAnsi="Times New Roman" w:eastAsia="宋体"/>
                <w:b w:val="0"/>
                <w:sz w:val="21"/>
              </w:rPr>
              <w:t>书法学院</w:t>
            </w:r>
          </w:p>
        </w:tc>
        <w:tc>
          <w:tcPr>
            <w:tcW w:type="dxa" w:w="2158"/>
          </w:tcPr>
          <w:p>
            <w:pPr>
              <w:spacing w:after="20" w:before="20"/>
            </w:pPr>
            <w:r/>
            <w:r>
              <w:rPr>
                <w:rFonts w:ascii="Times New Roman" w:hAnsi="Times New Roman" w:eastAsia="宋体"/>
                <w:b w:val="0"/>
                <w:sz w:val="21"/>
              </w:rPr>
              <w:t>02“书画印”创作研究</w:t>
            </w:r>
          </w:p>
        </w:tc>
      </w:tr>
      <w:tr>
        <w:tc>
          <w:tcPr>
            <w:tcW w:type="dxa" w:w="2158"/>
          </w:tcPr>
          <w:p>
            <w:pPr>
              <w:spacing w:after="20" w:before="20"/>
            </w:pPr>
            <w:r/>
            <w:r>
              <w:rPr>
                <w:rFonts w:ascii="Times New Roman" w:hAnsi="Times New Roman" w:eastAsia="宋体"/>
                <w:b w:val="0"/>
                <w:sz w:val="21"/>
              </w:rPr>
              <w:t>197</w:t>
            </w:r>
          </w:p>
        </w:tc>
        <w:tc>
          <w:tcPr>
            <w:tcW w:type="dxa" w:w="2158"/>
          </w:tcPr>
          <w:p>
            <w:pPr>
              <w:spacing w:after="20" w:before="20"/>
            </w:pPr>
            <w:r/>
            <w:r>
              <w:rPr>
                <w:rFonts w:ascii="Times New Roman" w:hAnsi="Times New Roman" w:eastAsia="宋体"/>
                <w:b w:val="0"/>
                <w:sz w:val="21"/>
              </w:rPr>
              <w:t>林涵</w:t>
            </w:r>
          </w:p>
        </w:tc>
        <w:tc>
          <w:tcPr>
            <w:tcW w:type="dxa" w:w="2158"/>
          </w:tcPr>
          <w:p>
            <w:pPr>
              <w:spacing w:after="20" w:before="20"/>
            </w:pPr>
            <w:r/>
            <w:r>
              <w:rPr>
                <w:rFonts w:ascii="Times New Roman" w:hAnsi="Times New Roman" w:eastAsia="宋体"/>
                <w:b w:val="0"/>
                <w:sz w:val="21"/>
              </w:rPr>
              <w:t>书法学院</w:t>
            </w:r>
          </w:p>
        </w:tc>
        <w:tc>
          <w:tcPr>
            <w:tcW w:type="dxa" w:w="2158"/>
          </w:tcPr>
          <w:p>
            <w:pPr>
              <w:spacing w:after="20" w:before="20"/>
            </w:pPr>
            <w:r/>
            <w:r>
              <w:rPr>
                <w:rFonts w:ascii="Times New Roman" w:hAnsi="Times New Roman" w:eastAsia="宋体"/>
                <w:b w:val="0"/>
                <w:sz w:val="21"/>
              </w:rPr>
              <w:t>04书法形式美研究</w:t>
            </w:r>
          </w:p>
        </w:tc>
      </w:tr>
      <w:tr>
        <w:tc>
          <w:tcPr>
            <w:tcW w:type="dxa" w:w="2158"/>
          </w:tcPr>
          <w:p>
            <w:pPr>
              <w:spacing w:after="20" w:before="20"/>
            </w:pPr>
            <w:r/>
            <w:r>
              <w:rPr>
                <w:rFonts w:ascii="Times New Roman" w:hAnsi="Times New Roman" w:eastAsia="宋体"/>
                <w:b w:val="0"/>
                <w:sz w:val="21"/>
              </w:rPr>
              <w:t>198</w:t>
            </w:r>
          </w:p>
        </w:tc>
        <w:tc>
          <w:tcPr>
            <w:tcW w:type="dxa" w:w="2158"/>
          </w:tcPr>
          <w:p>
            <w:pPr>
              <w:spacing w:after="20" w:before="20"/>
            </w:pPr>
            <w:r/>
            <w:r>
              <w:rPr>
                <w:rFonts w:ascii="Times New Roman" w:hAnsi="Times New Roman" w:eastAsia="宋体"/>
                <w:b w:val="0"/>
                <w:sz w:val="21"/>
              </w:rPr>
              <w:t>钟滢琦</w:t>
            </w:r>
          </w:p>
        </w:tc>
        <w:tc>
          <w:tcPr>
            <w:tcW w:type="dxa" w:w="2158"/>
          </w:tcPr>
          <w:p>
            <w:pPr>
              <w:spacing w:after="20" w:before="20"/>
            </w:pPr>
            <w:r/>
            <w:r>
              <w:rPr>
                <w:rFonts w:ascii="Times New Roman" w:hAnsi="Times New Roman" w:eastAsia="宋体"/>
                <w:b w:val="0"/>
                <w:sz w:val="21"/>
              </w:rPr>
              <w:t>书法学院</w:t>
            </w:r>
          </w:p>
        </w:tc>
        <w:tc>
          <w:tcPr>
            <w:tcW w:type="dxa" w:w="2158"/>
          </w:tcPr>
          <w:p>
            <w:pPr>
              <w:spacing w:after="20" w:before="20"/>
            </w:pPr>
            <w:r/>
            <w:r>
              <w:rPr>
                <w:rFonts w:ascii="Times New Roman" w:hAnsi="Times New Roman" w:eastAsia="宋体"/>
                <w:b w:val="0"/>
                <w:sz w:val="21"/>
              </w:rPr>
              <w:t>05书法艺术研究</w:t>
            </w:r>
          </w:p>
        </w:tc>
      </w:tr>
      <w:tr>
        <w:tc>
          <w:tcPr>
            <w:tcW w:type="dxa" w:w="2158"/>
          </w:tcPr>
          <w:p>
            <w:pPr>
              <w:spacing w:after="20" w:before="20"/>
            </w:pPr>
            <w:r/>
            <w:r>
              <w:rPr>
                <w:rFonts w:ascii="Times New Roman" w:hAnsi="Times New Roman" w:eastAsia="宋体"/>
                <w:b w:val="0"/>
                <w:sz w:val="21"/>
              </w:rPr>
              <w:t>199</w:t>
            </w:r>
          </w:p>
        </w:tc>
        <w:tc>
          <w:tcPr>
            <w:tcW w:type="dxa" w:w="2158"/>
          </w:tcPr>
          <w:p>
            <w:pPr>
              <w:spacing w:after="20" w:before="20"/>
            </w:pPr>
            <w:r/>
            <w:r>
              <w:rPr>
                <w:rFonts w:ascii="Times New Roman" w:hAnsi="Times New Roman" w:eastAsia="宋体"/>
                <w:b w:val="0"/>
                <w:sz w:val="21"/>
              </w:rPr>
              <w:t>崔梓慧</w:t>
            </w:r>
          </w:p>
        </w:tc>
        <w:tc>
          <w:tcPr>
            <w:tcW w:type="dxa" w:w="2158"/>
          </w:tcPr>
          <w:p>
            <w:pPr>
              <w:spacing w:after="20" w:before="20"/>
            </w:pPr>
            <w:r/>
            <w:r>
              <w:rPr>
                <w:rFonts w:ascii="Times New Roman" w:hAnsi="Times New Roman" w:eastAsia="宋体"/>
                <w:b w:val="0"/>
                <w:sz w:val="21"/>
              </w:rPr>
              <w:t>书法学院</w:t>
            </w:r>
          </w:p>
        </w:tc>
        <w:tc>
          <w:tcPr>
            <w:tcW w:type="dxa" w:w="2158"/>
          </w:tcPr>
          <w:p>
            <w:pPr>
              <w:spacing w:after="20" w:before="20"/>
            </w:pPr>
            <w:r/>
            <w:r>
              <w:rPr>
                <w:rFonts w:ascii="Times New Roman" w:hAnsi="Times New Roman" w:eastAsia="宋体"/>
                <w:b w:val="0"/>
                <w:sz w:val="21"/>
              </w:rPr>
              <w:t>06中国书法展示与创新</w:t>
            </w:r>
          </w:p>
        </w:tc>
      </w:tr>
      <w:tr>
        <w:tc>
          <w:tcPr>
            <w:tcW w:type="dxa" w:w="2158"/>
          </w:tcPr>
          <w:p>
            <w:pPr>
              <w:spacing w:after="20" w:before="20"/>
            </w:pPr>
            <w:r/>
            <w:r>
              <w:rPr>
                <w:rFonts w:ascii="Times New Roman" w:hAnsi="Times New Roman" w:eastAsia="宋体"/>
                <w:b w:val="0"/>
                <w:sz w:val="21"/>
              </w:rPr>
              <w:t>200</w:t>
            </w:r>
          </w:p>
        </w:tc>
        <w:tc>
          <w:tcPr>
            <w:tcW w:type="dxa" w:w="2158"/>
          </w:tcPr>
          <w:p>
            <w:pPr>
              <w:spacing w:after="20" w:before="20"/>
            </w:pPr>
            <w:r/>
            <w:r>
              <w:rPr>
                <w:rFonts w:ascii="Times New Roman" w:hAnsi="Times New Roman" w:eastAsia="宋体"/>
                <w:b w:val="0"/>
                <w:sz w:val="21"/>
              </w:rPr>
              <w:t>姜笑寒</w:t>
            </w:r>
          </w:p>
        </w:tc>
        <w:tc>
          <w:tcPr>
            <w:tcW w:type="dxa" w:w="2158"/>
          </w:tcPr>
          <w:p>
            <w:pPr>
              <w:spacing w:after="20" w:before="20"/>
            </w:pPr>
            <w:r/>
            <w:r>
              <w:rPr>
                <w:rFonts w:ascii="Times New Roman" w:hAnsi="Times New Roman" w:eastAsia="宋体"/>
                <w:b w:val="0"/>
                <w:sz w:val="21"/>
              </w:rPr>
              <w:t>设计学院</w:t>
            </w:r>
          </w:p>
        </w:tc>
        <w:tc>
          <w:tcPr>
            <w:tcW w:type="dxa" w:w="2158"/>
          </w:tcPr>
          <w:p>
            <w:pPr>
              <w:spacing w:after="20" w:before="20"/>
            </w:pPr>
            <w:r/>
            <w:r>
              <w:rPr>
                <w:rFonts w:ascii="Times New Roman" w:hAnsi="Times New Roman" w:eastAsia="宋体"/>
                <w:b w:val="0"/>
                <w:sz w:val="21"/>
              </w:rPr>
              <w:t>20文本艺术与传达设计研究</w:t>
            </w:r>
          </w:p>
        </w:tc>
      </w:tr>
      <w:tr>
        <w:tc>
          <w:tcPr>
            <w:tcW w:type="dxa" w:w="2158"/>
          </w:tcPr>
          <w:p>
            <w:pPr>
              <w:spacing w:after="20" w:before="20"/>
            </w:pPr>
            <w:r/>
            <w:r>
              <w:rPr>
                <w:rFonts w:ascii="Times New Roman" w:hAnsi="Times New Roman" w:eastAsia="宋体"/>
                <w:b w:val="0"/>
                <w:sz w:val="21"/>
              </w:rPr>
              <w:t>201</w:t>
            </w:r>
          </w:p>
        </w:tc>
        <w:tc>
          <w:tcPr>
            <w:tcW w:type="dxa" w:w="2158"/>
          </w:tcPr>
          <w:p>
            <w:pPr>
              <w:spacing w:after="20" w:before="20"/>
            </w:pPr>
            <w:r/>
            <w:r>
              <w:rPr>
                <w:rFonts w:ascii="Times New Roman" w:hAnsi="Times New Roman" w:eastAsia="宋体"/>
                <w:b w:val="0"/>
                <w:sz w:val="21"/>
              </w:rPr>
              <w:t>张齐芮</w:t>
            </w:r>
          </w:p>
        </w:tc>
        <w:tc>
          <w:tcPr>
            <w:tcW w:type="dxa" w:w="2158"/>
          </w:tcPr>
          <w:p>
            <w:pPr>
              <w:spacing w:after="20" w:before="20"/>
            </w:pPr>
            <w:r/>
            <w:r>
              <w:rPr>
                <w:rFonts w:ascii="Times New Roman" w:hAnsi="Times New Roman" w:eastAsia="宋体"/>
                <w:b w:val="0"/>
                <w:sz w:val="21"/>
              </w:rPr>
              <w:t>书法学院</w:t>
            </w:r>
          </w:p>
        </w:tc>
        <w:tc>
          <w:tcPr>
            <w:tcW w:type="dxa" w:w="2158"/>
          </w:tcPr>
          <w:p>
            <w:pPr>
              <w:spacing w:after="20" w:before="20"/>
            </w:pPr>
            <w:r/>
            <w:r>
              <w:rPr>
                <w:rFonts w:ascii="Times New Roman" w:hAnsi="Times New Roman" w:eastAsia="宋体"/>
                <w:b w:val="0"/>
                <w:sz w:val="21"/>
              </w:rPr>
              <w:t>01“书画印”创作研究</w:t>
            </w:r>
          </w:p>
        </w:tc>
      </w:tr>
      <w:tr>
        <w:tc>
          <w:tcPr>
            <w:tcW w:type="dxa" w:w="2158"/>
          </w:tcPr>
          <w:p>
            <w:pPr>
              <w:spacing w:after="20" w:before="20"/>
            </w:pPr>
            <w:r/>
            <w:r>
              <w:rPr>
                <w:rFonts w:ascii="Times New Roman" w:hAnsi="Times New Roman" w:eastAsia="宋体"/>
                <w:b w:val="0"/>
                <w:sz w:val="21"/>
              </w:rPr>
              <w:t>202</w:t>
            </w:r>
          </w:p>
        </w:tc>
        <w:tc>
          <w:tcPr>
            <w:tcW w:type="dxa" w:w="2158"/>
          </w:tcPr>
          <w:p>
            <w:pPr>
              <w:spacing w:after="20" w:before="20"/>
            </w:pPr>
            <w:r/>
            <w:r>
              <w:rPr>
                <w:rFonts w:ascii="Times New Roman" w:hAnsi="Times New Roman" w:eastAsia="宋体"/>
                <w:b w:val="0"/>
                <w:sz w:val="21"/>
              </w:rPr>
              <w:t>归格格</w:t>
            </w:r>
          </w:p>
        </w:tc>
        <w:tc>
          <w:tcPr>
            <w:tcW w:type="dxa" w:w="2158"/>
          </w:tcPr>
          <w:p>
            <w:pPr>
              <w:spacing w:after="20" w:before="20"/>
            </w:pPr>
            <w:r/>
            <w:r>
              <w:rPr>
                <w:rFonts w:ascii="Times New Roman" w:hAnsi="Times New Roman" w:eastAsia="宋体"/>
                <w:b w:val="0"/>
                <w:sz w:val="21"/>
              </w:rPr>
              <w:t>城市设计学院</w:t>
            </w:r>
          </w:p>
        </w:tc>
        <w:tc>
          <w:tcPr>
            <w:tcW w:type="dxa" w:w="2158"/>
          </w:tcPr>
          <w:p>
            <w:pPr>
              <w:spacing w:after="20" w:before="20"/>
            </w:pPr>
            <w:r/>
            <w:r>
              <w:rPr>
                <w:rFonts w:ascii="Times New Roman" w:hAnsi="Times New Roman" w:eastAsia="宋体"/>
                <w:b w:val="0"/>
                <w:sz w:val="21"/>
              </w:rPr>
              <w:t>04绘本创作研究</w:t>
            </w:r>
          </w:p>
        </w:tc>
      </w:tr>
      <w:tr>
        <w:tc>
          <w:tcPr>
            <w:tcW w:type="dxa" w:w="2158"/>
          </w:tcPr>
          <w:p>
            <w:pPr>
              <w:spacing w:after="20" w:before="20"/>
            </w:pPr>
            <w:r/>
            <w:r>
              <w:rPr>
                <w:rFonts w:ascii="Times New Roman" w:hAnsi="Times New Roman" w:eastAsia="宋体"/>
                <w:b w:val="0"/>
                <w:sz w:val="21"/>
              </w:rPr>
              <w:t>203</w:t>
            </w:r>
          </w:p>
        </w:tc>
        <w:tc>
          <w:tcPr>
            <w:tcW w:type="dxa" w:w="2158"/>
          </w:tcPr>
          <w:p>
            <w:pPr>
              <w:spacing w:after="20" w:before="20"/>
            </w:pPr>
            <w:r/>
            <w:r>
              <w:rPr>
                <w:rFonts w:ascii="Times New Roman" w:hAnsi="Times New Roman" w:eastAsia="宋体"/>
                <w:b w:val="0"/>
                <w:sz w:val="21"/>
              </w:rPr>
              <w:t>冯咏玲</w:t>
            </w:r>
          </w:p>
        </w:tc>
        <w:tc>
          <w:tcPr>
            <w:tcW w:type="dxa" w:w="2158"/>
          </w:tcPr>
          <w:p>
            <w:pPr>
              <w:spacing w:after="20" w:before="20"/>
            </w:pPr>
            <w:r/>
            <w:r>
              <w:rPr>
                <w:rFonts w:ascii="Times New Roman" w:hAnsi="Times New Roman" w:eastAsia="宋体"/>
                <w:b w:val="0"/>
                <w:sz w:val="21"/>
              </w:rPr>
              <w:t>建筑学院</w:t>
            </w:r>
          </w:p>
        </w:tc>
        <w:tc>
          <w:tcPr>
            <w:tcW w:type="dxa" w:w="2158"/>
          </w:tcPr>
          <w:p>
            <w:pPr>
              <w:spacing w:after="20" w:before="20"/>
            </w:pPr>
            <w:r/>
            <w:r>
              <w:rPr>
                <w:rFonts w:ascii="Times New Roman" w:hAnsi="Times New Roman" w:eastAsia="宋体"/>
                <w:b w:val="0"/>
                <w:sz w:val="21"/>
              </w:rPr>
              <w:t>01建筑学</w:t>
            </w:r>
          </w:p>
        </w:tc>
      </w:tr>
    </w:tbl>
    <w:p>
      <w:pPr>
        <w:spacing w:before="160" w:after="80" w:lineRule="auto" w:line="360"/>
        <w:jc w:val="left"/>
      </w:pPr>
      <w:r>
        <w:rPr>
          <w:rFonts w:ascii="Times New Roman" w:hAnsi="Times New Roman" w:eastAsia="宋体"/>
          <w:b/>
          <w:sz w:val="28"/>
        </w:rPr>
        <w:t>九、其他信息</w:t>
      </w:r>
    </w:p>
    <w:p>
      <w:pPr>
        <w:spacing w:after="80" w:lineRule="auto" w:line="360"/>
        <w:ind w:firstLine="482"/>
        <w:jc w:val="both"/>
      </w:pPr>
      <w:r>
        <w:rPr>
          <w:rFonts w:ascii="Times New Roman" w:hAnsi="Times New Roman" w:eastAsia="宋体"/>
          <w:b w:val="0"/>
          <w:sz w:val="24"/>
        </w:rPr>
        <w:t>1. 语心，中国人民大学，美育研究院，04青少年美育。</w:t>
      </w:r>
    </w:p>
    <w:p>
      <w:pPr>
        <w:spacing w:after="80" w:lineRule="auto" w:line="360"/>
        <w:ind w:firstLine="482"/>
        <w:jc w:val="both"/>
      </w:pPr>
      <w:r>
        <w:rPr>
          <w:rFonts w:ascii="Times New Roman" w:hAnsi="Times New Roman" w:eastAsia="宋体"/>
          <w:b w:val="0"/>
          <w:sz w:val="24"/>
        </w:rPr>
        <w:t>2. 本页为第 12 页，共 12 页。</w:t>
      </w:r>
    </w:p>
    <w:p>
      <w:pPr>
        <w:spacing w:after="80" w:lineRule="auto" w:line="360"/>
        <w:ind w:firstLine="482"/>
        <w:jc w:val="both"/>
      </w:pPr>
      <w:r>
        <w:rPr>
          <w:rFonts w:ascii="Times New Roman" w:hAnsi="Times New Roman" w:eastAsia="宋体"/>
          <w:b w:val="0"/>
          <w:sz w:val="24"/>
        </w:rPr>
        <w:t>本段为推免拟录取名单公示内容，共涉及 9 人，具体明细如下：</w:t>
      </w:r>
    </w:p>
    <w:tbl>
      <w:tblPr>
        <w:tblStyle w:val="TableGrid"/>
        <w:tblW w:type="auto" w:w="0"/>
        <w:jc w:val="center"/>
        <w:tblLook w:firstColumn="1" w:firstRow="1" w:lastColumn="0" w:lastRow="0" w:noHBand="0" w:noVBand="1" w:val="04A0"/>
      </w:tblPr>
      <w:tblGrid>
        <w:gridCol w:w="2158"/>
        <w:gridCol w:w="2158"/>
        <w:gridCol w:w="2158"/>
        <w:gridCol w:w="2158"/>
      </w:tblGrid>
      <w:tr>
        <w:tc>
          <w:tcPr>
            <w:tcW w:type="dxa" w:w="2158"/>
          </w:tcPr>
          <w:p>
            <w:pPr>
              <w:spacing w:after="20" w:before="20"/>
            </w:pPr>
            <w:r/>
            <w:r>
              <w:rPr>
                <w:rFonts w:ascii="Times New Roman" w:hAnsi="Times New Roman" w:eastAsia="宋体"/>
                <w:b/>
                <w:sz w:val="21"/>
              </w:rPr>
              <w:t>序号</w:t>
            </w:r>
          </w:p>
        </w:tc>
        <w:tc>
          <w:tcPr>
            <w:tcW w:type="dxa" w:w="2158"/>
          </w:tcPr>
          <w:p>
            <w:pPr>
              <w:spacing w:after="20" w:before="20"/>
            </w:pPr>
            <w:r/>
            <w:r>
              <w:rPr>
                <w:rFonts w:ascii="Times New Roman" w:hAnsi="Times New Roman" w:eastAsia="宋体"/>
                <w:b/>
                <w:sz w:val="21"/>
              </w:rPr>
              <w:t>姓名</w:t>
            </w:r>
          </w:p>
        </w:tc>
        <w:tc>
          <w:tcPr>
            <w:tcW w:type="dxa" w:w="2158"/>
          </w:tcPr>
          <w:p>
            <w:pPr>
              <w:spacing w:after="20" w:before="20"/>
            </w:pPr>
            <w:r/>
            <w:r>
              <w:rPr>
                <w:rFonts w:ascii="Times New Roman" w:hAnsi="Times New Roman" w:eastAsia="宋体"/>
                <w:b/>
                <w:sz w:val="21"/>
              </w:rPr>
              <w:t>学院</w:t>
            </w:r>
          </w:p>
        </w:tc>
        <w:tc>
          <w:tcPr>
            <w:tcW w:type="dxa" w:w="2158"/>
          </w:tcPr>
          <w:p>
            <w:pPr>
              <w:spacing w:after="20" w:before="20"/>
            </w:pPr>
            <w:r/>
            <w:r>
              <w:rPr>
                <w:rFonts w:ascii="Times New Roman" w:hAnsi="Times New Roman" w:eastAsia="宋体"/>
                <w:b/>
                <w:sz w:val="21"/>
              </w:rPr>
              <w:t>专业/研究方向</w:t>
            </w:r>
          </w:p>
        </w:tc>
      </w:tr>
      <w:tr>
        <w:tc>
          <w:tcPr>
            <w:tcW w:type="dxa" w:w="2158"/>
          </w:tcPr>
          <w:p>
            <w:pPr>
              <w:spacing w:after="20" w:before="20"/>
            </w:pPr>
            <w:r/>
            <w:r>
              <w:rPr>
                <w:rFonts w:ascii="Times New Roman" w:hAnsi="Times New Roman" w:eastAsia="宋体"/>
                <w:b w:val="0"/>
                <w:sz w:val="21"/>
              </w:rPr>
              <w:t>195</w:t>
            </w:r>
          </w:p>
        </w:tc>
        <w:tc>
          <w:tcPr>
            <w:tcW w:type="dxa" w:w="2158"/>
          </w:tcPr>
          <w:p>
            <w:pPr>
              <w:spacing w:after="20" w:before="20"/>
            </w:pPr>
            <w:r/>
            <w:r>
              <w:rPr>
                <w:rFonts w:ascii="Times New Roman" w:hAnsi="Times New Roman" w:eastAsia="宋体"/>
                <w:b w:val="0"/>
                <w:sz w:val="21"/>
              </w:rPr>
              <w:t>赵明宇</w:t>
            </w:r>
          </w:p>
        </w:tc>
        <w:tc>
          <w:tcPr>
            <w:tcW w:type="dxa" w:w="2158"/>
          </w:tcPr>
          <w:p>
            <w:pPr>
              <w:spacing w:after="20" w:before="20"/>
            </w:pPr>
            <w:r/>
            <w:r>
              <w:rPr>
                <w:rFonts w:ascii="Times New Roman" w:hAnsi="Times New Roman" w:eastAsia="宋体"/>
                <w:b w:val="0"/>
                <w:sz w:val="21"/>
              </w:rPr>
              <w:t>书法学院</w:t>
            </w:r>
          </w:p>
        </w:tc>
        <w:tc>
          <w:tcPr>
            <w:tcW w:type="dxa" w:w="2158"/>
          </w:tcPr>
          <w:p>
            <w:pPr>
              <w:spacing w:after="20" w:before="20"/>
            </w:pPr>
            <w:r/>
            <w:r>
              <w:rPr>
                <w:rFonts w:ascii="Times New Roman" w:hAnsi="Times New Roman" w:eastAsia="宋体"/>
                <w:b w:val="0"/>
                <w:sz w:val="21"/>
              </w:rPr>
              <w:t>01“书画印”创作研究</w:t>
            </w:r>
          </w:p>
        </w:tc>
      </w:tr>
      <w:tr>
        <w:tc>
          <w:tcPr>
            <w:tcW w:type="dxa" w:w="2158"/>
          </w:tcPr>
          <w:p>
            <w:pPr>
              <w:spacing w:after="20" w:before="20"/>
            </w:pPr>
            <w:r/>
            <w:r>
              <w:rPr>
                <w:rFonts w:ascii="Times New Roman" w:hAnsi="Times New Roman" w:eastAsia="宋体"/>
                <w:b w:val="0"/>
                <w:sz w:val="21"/>
              </w:rPr>
              <w:t>196</w:t>
            </w:r>
          </w:p>
        </w:tc>
        <w:tc>
          <w:tcPr>
            <w:tcW w:type="dxa" w:w="2158"/>
          </w:tcPr>
          <w:p>
            <w:pPr>
              <w:spacing w:after="20" w:before="20"/>
            </w:pPr>
            <w:r/>
            <w:r>
              <w:rPr>
                <w:rFonts w:ascii="Times New Roman" w:hAnsi="Times New Roman" w:eastAsia="宋体"/>
                <w:b w:val="0"/>
                <w:sz w:val="21"/>
              </w:rPr>
              <w:t>谭若烨</w:t>
            </w:r>
          </w:p>
        </w:tc>
        <w:tc>
          <w:tcPr>
            <w:tcW w:type="dxa" w:w="2158"/>
          </w:tcPr>
          <w:p>
            <w:pPr>
              <w:spacing w:after="20" w:before="20"/>
            </w:pPr>
            <w:r/>
            <w:r>
              <w:rPr>
                <w:rFonts w:ascii="Times New Roman" w:hAnsi="Times New Roman" w:eastAsia="宋体"/>
                <w:b w:val="0"/>
                <w:sz w:val="21"/>
              </w:rPr>
              <w:t>书法学院</w:t>
            </w:r>
          </w:p>
        </w:tc>
        <w:tc>
          <w:tcPr>
            <w:tcW w:type="dxa" w:w="2158"/>
          </w:tcPr>
          <w:p>
            <w:pPr>
              <w:spacing w:after="20" w:before="20"/>
            </w:pPr>
            <w:r/>
            <w:r>
              <w:rPr>
                <w:rFonts w:ascii="Times New Roman" w:hAnsi="Times New Roman" w:eastAsia="宋体"/>
                <w:b w:val="0"/>
                <w:sz w:val="21"/>
              </w:rPr>
              <w:t>02“书画印”创作研究</w:t>
            </w:r>
          </w:p>
        </w:tc>
      </w:tr>
      <w:tr>
        <w:tc>
          <w:tcPr>
            <w:tcW w:type="dxa" w:w="2158"/>
          </w:tcPr>
          <w:p>
            <w:pPr>
              <w:spacing w:after="20" w:before="20"/>
            </w:pPr>
            <w:r/>
            <w:r>
              <w:rPr>
                <w:rFonts w:ascii="Times New Roman" w:hAnsi="Times New Roman" w:eastAsia="宋体"/>
                <w:b w:val="0"/>
                <w:sz w:val="21"/>
              </w:rPr>
              <w:t>197</w:t>
            </w:r>
          </w:p>
        </w:tc>
        <w:tc>
          <w:tcPr>
            <w:tcW w:type="dxa" w:w="2158"/>
          </w:tcPr>
          <w:p>
            <w:pPr>
              <w:spacing w:after="20" w:before="20"/>
            </w:pPr>
            <w:r/>
            <w:r>
              <w:rPr>
                <w:rFonts w:ascii="Times New Roman" w:hAnsi="Times New Roman" w:eastAsia="宋体"/>
                <w:b w:val="0"/>
                <w:sz w:val="21"/>
              </w:rPr>
              <w:t>林涵</w:t>
            </w:r>
          </w:p>
        </w:tc>
        <w:tc>
          <w:tcPr>
            <w:tcW w:type="dxa" w:w="2158"/>
          </w:tcPr>
          <w:p>
            <w:pPr>
              <w:spacing w:after="20" w:before="20"/>
            </w:pPr>
            <w:r/>
            <w:r>
              <w:rPr>
                <w:rFonts w:ascii="Times New Roman" w:hAnsi="Times New Roman" w:eastAsia="宋体"/>
                <w:b w:val="0"/>
                <w:sz w:val="21"/>
              </w:rPr>
              <w:t>书法学院</w:t>
            </w:r>
          </w:p>
        </w:tc>
        <w:tc>
          <w:tcPr>
            <w:tcW w:type="dxa" w:w="2158"/>
          </w:tcPr>
          <w:p>
            <w:pPr>
              <w:spacing w:after="20" w:before="20"/>
            </w:pPr>
            <w:r/>
            <w:r>
              <w:rPr>
                <w:rFonts w:ascii="Times New Roman" w:hAnsi="Times New Roman" w:eastAsia="宋体"/>
                <w:b w:val="0"/>
                <w:sz w:val="21"/>
              </w:rPr>
              <w:t>04书法形式美研究</w:t>
            </w:r>
          </w:p>
        </w:tc>
      </w:tr>
      <w:tr>
        <w:tc>
          <w:tcPr>
            <w:tcW w:type="dxa" w:w="2158"/>
          </w:tcPr>
          <w:p>
            <w:pPr>
              <w:spacing w:after="20" w:before="20"/>
            </w:pPr>
            <w:r/>
            <w:r>
              <w:rPr>
                <w:rFonts w:ascii="Times New Roman" w:hAnsi="Times New Roman" w:eastAsia="宋体"/>
                <w:b w:val="0"/>
                <w:sz w:val="21"/>
              </w:rPr>
              <w:t>198</w:t>
            </w:r>
          </w:p>
        </w:tc>
        <w:tc>
          <w:tcPr>
            <w:tcW w:type="dxa" w:w="2158"/>
          </w:tcPr>
          <w:p>
            <w:pPr>
              <w:spacing w:after="20" w:before="20"/>
            </w:pPr>
            <w:r/>
            <w:r>
              <w:rPr>
                <w:rFonts w:ascii="Times New Roman" w:hAnsi="Times New Roman" w:eastAsia="宋体"/>
                <w:b w:val="0"/>
                <w:sz w:val="21"/>
              </w:rPr>
              <w:t>钟滢琦</w:t>
            </w:r>
          </w:p>
        </w:tc>
        <w:tc>
          <w:tcPr>
            <w:tcW w:type="dxa" w:w="2158"/>
          </w:tcPr>
          <w:p>
            <w:pPr>
              <w:spacing w:after="20" w:before="20"/>
            </w:pPr>
            <w:r/>
            <w:r>
              <w:rPr>
                <w:rFonts w:ascii="Times New Roman" w:hAnsi="Times New Roman" w:eastAsia="宋体"/>
                <w:b w:val="0"/>
                <w:sz w:val="21"/>
              </w:rPr>
              <w:t>书法学院</w:t>
            </w:r>
          </w:p>
        </w:tc>
        <w:tc>
          <w:tcPr>
            <w:tcW w:type="dxa" w:w="2158"/>
          </w:tcPr>
          <w:p>
            <w:pPr>
              <w:spacing w:after="20" w:before="20"/>
            </w:pPr>
            <w:r/>
            <w:r>
              <w:rPr>
                <w:rFonts w:ascii="Times New Roman" w:hAnsi="Times New Roman" w:eastAsia="宋体"/>
                <w:b w:val="0"/>
                <w:sz w:val="21"/>
              </w:rPr>
              <w:t>05书法艺术研究</w:t>
            </w:r>
          </w:p>
        </w:tc>
      </w:tr>
      <w:tr>
        <w:tc>
          <w:tcPr>
            <w:tcW w:type="dxa" w:w="2158"/>
          </w:tcPr>
          <w:p>
            <w:pPr>
              <w:spacing w:after="20" w:before="20"/>
            </w:pPr>
            <w:r/>
            <w:r>
              <w:rPr>
                <w:rFonts w:ascii="Times New Roman" w:hAnsi="Times New Roman" w:eastAsia="宋体"/>
                <w:b w:val="0"/>
                <w:sz w:val="21"/>
              </w:rPr>
              <w:t>199</w:t>
            </w:r>
          </w:p>
        </w:tc>
        <w:tc>
          <w:tcPr>
            <w:tcW w:type="dxa" w:w="2158"/>
          </w:tcPr>
          <w:p>
            <w:pPr>
              <w:spacing w:after="20" w:before="20"/>
            </w:pPr>
            <w:r/>
            <w:r>
              <w:rPr>
                <w:rFonts w:ascii="Times New Roman" w:hAnsi="Times New Roman" w:eastAsia="宋体"/>
                <w:b w:val="0"/>
                <w:sz w:val="21"/>
              </w:rPr>
              <w:t>崔梓慧</w:t>
            </w:r>
          </w:p>
        </w:tc>
        <w:tc>
          <w:tcPr>
            <w:tcW w:type="dxa" w:w="2158"/>
          </w:tcPr>
          <w:p>
            <w:pPr>
              <w:spacing w:after="20" w:before="20"/>
            </w:pPr>
            <w:r/>
            <w:r>
              <w:rPr>
                <w:rFonts w:ascii="Times New Roman" w:hAnsi="Times New Roman" w:eastAsia="宋体"/>
                <w:b w:val="0"/>
                <w:sz w:val="21"/>
              </w:rPr>
              <w:t>书法学院</w:t>
            </w:r>
          </w:p>
        </w:tc>
        <w:tc>
          <w:tcPr>
            <w:tcW w:type="dxa" w:w="2158"/>
          </w:tcPr>
          <w:p>
            <w:pPr>
              <w:spacing w:after="20" w:before="20"/>
            </w:pPr>
            <w:r/>
            <w:r>
              <w:rPr>
                <w:rFonts w:ascii="Times New Roman" w:hAnsi="Times New Roman" w:eastAsia="宋体"/>
                <w:b w:val="0"/>
                <w:sz w:val="21"/>
              </w:rPr>
              <w:t>06中国书法展示与创新</w:t>
            </w:r>
          </w:p>
        </w:tc>
      </w:tr>
      <w:tr>
        <w:tc>
          <w:tcPr>
            <w:tcW w:type="dxa" w:w="2158"/>
          </w:tcPr>
          <w:p>
            <w:pPr>
              <w:spacing w:after="20" w:before="20"/>
            </w:pPr>
            <w:r/>
            <w:r>
              <w:rPr>
                <w:rFonts w:ascii="Times New Roman" w:hAnsi="Times New Roman" w:eastAsia="宋体"/>
                <w:b w:val="0"/>
                <w:sz w:val="21"/>
              </w:rPr>
              <w:t>200</w:t>
            </w:r>
          </w:p>
        </w:tc>
        <w:tc>
          <w:tcPr>
            <w:tcW w:type="dxa" w:w="2158"/>
          </w:tcPr>
          <w:p>
            <w:pPr>
              <w:spacing w:after="20" w:before="20"/>
            </w:pPr>
            <w:r/>
            <w:r>
              <w:rPr>
                <w:rFonts w:ascii="Times New Roman" w:hAnsi="Times New Roman" w:eastAsia="宋体"/>
                <w:b w:val="0"/>
                <w:sz w:val="21"/>
              </w:rPr>
              <w:t>姜笑寒</w:t>
            </w:r>
          </w:p>
        </w:tc>
        <w:tc>
          <w:tcPr>
            <w:tcW w:type="dxa" w:w="2158"/>
          </w:tcPr>
          <w:p>
            <w:pPr>
              <w:spacing w:after="20" w:before="20"/>
            </w:pPr>
            <w:r/>
            <w:r>
              <w:rPr>
                <w:rFonts w:ascii="Times New Roman" w:hAnsi="Times New Roman" w:eastAsia="宋体"/>
                <w:b w:val="0"/>
                <w:sz w:val="21"/>
              </w:rPr>
              <w:t>设计学院</w:t>
            </w:r>
          </w:p>
        </w:tc>
        <w:tc>
          <w:tcPr>
            <w:tcW w:type="dxa" w:w="2158"/>
          </w:tcPr>
          <w:p>
            <w:pPr>
              <w:spacing w:after="20" w:before="20"/>
            </w:pPr>
            <w:r/>
            <w:r>
              <w:rPr>
                <w:rFonts w:ascii="Times New Roman" w:hAnsi="Times New Roman" w:eastAsia="宋体"/>
                <w:b w:val="0"/>
                <w:sz w:val="21"/>
              </w:rPr>
              <w:t>20文本艺术与传达设计研究</w:t>
            </w:r>
          </w:p>
        </w:tc>
      </w:tr>
      <w:tr>
        <w:tc>
          <w:tcPr>
            <w:tcW w:type="dxa" w:w="2158"/>
          </w:tcPr>
          <w:p>
            <w:pPr>
              <w:spacing w:after="20" w:before="20"/>
            </w:pPr>
            <w:r/>
            <w:r>
              <w:rPr>
                <w:rFonts w:ascii="Times New Roman" w:hAnsi="Times New Roman" w:eastAsia="宋体"/>
                <w:b w:val="0"/>
                <w:sz w:val="21"/>
              </w:rPr>
              <w:t>201</w:t>
            </w:r>
          </w:p>
        </w:tc>
        <w:tc>
          <w:tcPr>
            <w:tcW w:type="dxa" w:w="2158"/>
          </w:tcPr>
          <w:p>
            <w:pPr>
              <w:spacing w:after="20" w:before="20"/>
            </w:pPr>
            <w:r/>
            <w:r>
              <w:rPr>
                <w:rFonts w:ascii="Times New Roman" w:hAnsi="Times New Roman" w:eastAsia="宋体"/>
                <w:b w:val="0"/>
                <w:sz w:val="21"/>
              </w:rPr>
              <w:t>张齐芮</w:t>
            </w:r>
          </w:p>
        </w:tc>
        <w:tc>
          <w:tcPr>
            <w:tcW w:type="dxa" w:w="2158"/>
          </w:tcPr>
          <w:p>
            <w:pPr>
              <w:spacing w:after="20" w:before="20"/>
            </w:pPr>
            <w:r/>
            <w:r>
              <w:rPr>
                <w:rFonts w:ascii="Times New Roman" w:hAnsi="Times New Roman" w:eastAsia="宋体"/>
                <w:b w:val="0"/>
                <w:sz w:val="21"/>
              </w:rPr>
              <w:t>书法学院</w:t>
            </w:r>
          </w:p>
        </w:tc>
        <w:tc>
          <w:tcPr>
            <w:tcW w:type="dxa" w:w="2158"/>
          </w:tcPr>
          <w:p>
            <w:pPr>
              <w:spacing w:after="20" w:before="20"/>
            </w:pPr>
            <w:r/>
            <w:r>
              <w:rPr>
                <w:rFonts w:ascii="Times New Roman" w:hAnsi="Times New Roman" w:eastAsia="宋体"/>
                <w:b w:val="0"/>
                <w:sz w:val="21"/>
              </w:rPr>
              <w:t>01“书画印”创作研究</w:t>
            </w:r>
          </w:p>
        </w:tc>
      </w:tr>
      <w:tr>
        <w:tc>
          <w:tcPr>
            <w:tcW w:type="dxa" w:w="2158"/>
          </w:tcPr>
          <w:p>
            <w:pPr>
              <w:spacing w:after="20" w:before="20"/>
            </w:pPr>
            <w:r/>
            <w:r>
              <w:rPr>
                <w:rFonts w:ascii="Times New Roman" w:hAnsi="Times New Roman" w:eastAsia="宋体"/>
                <w:b w:val="0"/>
                <w:sz w:val="21"/>
              </w:rPr>
              <w:t>202</w:t>
            </w:r>
          </w:p>
        </w:tc>
        <w:tc>
          <w:tcPr>
            <w:tcW w:type="dxa" w:w="2158"/>
          </w:tcPr>
          <w:p>
            <w:pPr>
              <w:spacing w:after="20" w:before="20"/>
            </w:pPr>
            <w:r/>
            <w:r>
              <w:rPr>
                <w:rFonts w:ascii="Times New Roman" w:hAnsi="Times New Roman" w:eastAsia="宋体"/>
                <w:b w:val="0"/>
                <w:sz w:val="21"/>
              </w:rPr>
              <w:t>归格格</w:t>
            </w:r>
          </w:p>
        </w:tc>
        <w:tc>
          <w:tcPr>
            <w:tcW w:type="dxa" w:w="2158"/>
          </w:tcPr>
          <w:p>
            <w:pPr>
              <w:spacing w:after="20" w:before="20"/>
            </w:pPr>
            <w:r/>
            <w:r>
              <w:rPr>
                <w:rFonts w:ascii="Times New Roman" w:hAnsi="Times New Roman" w:eastAsia="宋体"/>
                <w:b w:val="0"/>
                <w:sz w:val="21"/>
              </w:rPr>
              <w:t>城市设计学院</w:t>
            </w:r>
          </w:p>
        </w:tc>
        <w:tc>
          <w:tcPr>
            <w:tcW w:type="dxa" w:w="2158"/>
          </w:tcPr>
          <w:p>
            <w:pPr>
              <w:spacing w:after="20" w:before="20"/>
            </w:pPr>
            <w:r/>
            <w:r>
              <w:rPr>
                <w:rFonts w:ascii="Times New Roman" w:hAnsi="Times New Roman" w:eastAsia="宋体"/>
                <w:b w:val="0"/>
                <w:sz w:val="21"/>
              </w:rPr>
              <w:t>04绘本创作研究</w:t>
            </w:r>
          </w:p>
        </w:tc>
      </w:tr>
      <w:tr>
        <w:tc>
          <w:tcPr>
            <w:tcW w:type="dxa" w:w="2158"/>
          </w:tcPr>
          <w:p>
            <w:pPr>
              <w:spacing w:after="20" w:before="20"/>
            </w:pPr>
            <w:r/>
            <w:r>
              <w:rPr>
                <w:rFonts w:ascii="Times New Roman" w:hAnsi="Times New Roman" w:eastAsia="宋体"/>
                <w:b w:val="0"/>
                <w:sz w:val="21"/>
              </w:rPr>
              <w:t>203</w:t>
            </w:r>
          </w:p>
        </w:tc>
        <w:tc>
          <w:tcPr>
            <w:tcW w:type="dxa" w:w="2158"/>
          </w:tcPr>
          <w:p>
            <w:pPr>
              <w:spacing w:after="20" w:before="20"/>
            </w:pPr>
            <w:r/>
            <w:r>
              <w:rPr>
                <w:rFonts w:ascii="Times New Roman" w:hAnsi="Times New Roman" w:eastAsia="宋体"/>
                <w:b w:val="0"/>
                <w:sz w:val="21"/>
              </w:rPr>
              <w:t>冯咏玲</w:t>
            </w:r>
          </w:p>
        </w:tc>
        <w:tc>
          <w:tcPr>
            <w:tcW w:type="dxa" w:w="2158"/>
          </w:tcPr>
          <w:p>
            <w:pPr>
              <w:spacing w:after="20" w:before="20"/>
            </w:pPr>
            <w:r/>
            <w:r>
              <w:rPr>
                <w:rFonts w:ascii="Times New Roman" w:hAnsi="Times New Roman" w:eastAsia="宋体"/>
                <w:b w:val="0"/>
                <w:sz w:val="21"/>
              </w:rPr>
              <w:t>建筑学院</w:t>
            </w:r>
          </w:p>
        </w:tc>
        <w:tc>
          <w:tcPr>
            <w:tcW w:type="dxa" w:w="2158"/>
          </w:tcPr>
          <w:p>
            <w:pPr>
              <w:spacing w:after="20" w:before="20"/>
            </w:pPr>
            <w:r/>
            <w:r>
              <w:rPr>
                <w:rFonts w:ascii="Times New Roman" w:hAnsi="Times New Roman" w:eastAsia="宋体"/>
                <w:b w:val="0"/>
                <w:sz w:val="21"/>
              </w:rPr>
              <w:t>01建筑学</w:t>
            </w:r>
          </w:p>
        </w:tc>
      </w:tr>
    </w:tbl>
    <w:p>
      <w:pPr>
        <w:spacing w:before="160" w:after="80" w:lineRule="auto" w:line="360"/>
        <w:jc w:val="left"/>
      </w:pPr>
      <w:r>
        <w:rPr>
          <w:rFonts w:ascii="Times New Roman" w:hAnsi="Times New Roman" w:eastAsia="宋体"/>
          <w:b/>
          <w:sz w:val="28"/>
        </w:rPr>
        <w:t>九、名单说明</w:t>
      </w:r>
    </w:p>
    <w:p>
      <w:pPr>
        <w:spacing w:after="80" w:lineRule="auto" w:line="360"/>
        <w:ind w:firstLine="482"/>
        <w:jc w:val="both"/>
      </w:pPr>
      <w:r>
        <w:rPr>
          <w:rFonts w:ascii="Times New Roman" w:hAnsi="Times New Roman" w:eastAsia="宋体"/>
          <w:b w:val="0"/>
          <w:sz w:val="24"/>
        </w:rPr>
        <w:t>1. 本段名单涉及学院包括：书法学院、设计学院、城市设计学院、建筑学院。</w:t>
      </w:r>
    </w:p>
    <w:p>
      <w:pPr>
        <w:spacing w:after="80" w:lineRule="auto" w:line="360"/>
        <w:ind w:firstLine="482"/>
        <w:jc w:val="both"/>
      </w:pPr>
      <w:r>
        <w:rPr>
          <w:rFonts w:ascii="Times New Roman" w:hAnsi="Times New Roman" w:eastAsia="宋体"/>
          <w:b w:val="0"/>
          <w:sz w:val="24"/>
        </w:rPr>
        <w:t>2. 其中书法学院 6 人，设计学院 1 人，城市设计学院 1 人，建筑学院 1 人。</w:t>
      </w:r>
    </w:p>
    <w:p>
      <w:pPr>
        <w:spacing w:after="80" w:lineRule="auto" w:line="360"/>
        <w:ind w:firstLine="482"/>
        <w:jc w:val="both"/>
      </w:pPr>
      <w:r>
        <w:rPr>
          <w:rFonts w:ascii="Times New Roman" w:hAnsi="Times New Roman" w:eastAsia="宋体"/>
          <w:b w:val="0"/>
          <w:sz w:val="24"/>
        </w:rPr>
        <w:t>3. 名单中另出现“中国人民大学美育研究院 04青少年美育”字样，未标注对应序号及姓名。</w:t>
      </w:r>
    </w:p>
    <w:p>
      <w:pPr>
        <w:spacing w:before="160" w:after="80" w:lineRule="auto" w:line="360"/>
        <w:jc w:val="left"/>
      </w:pPr>
      <w:r>
        <w:rPr>
          <w:rFonts w:ascii="Times New Roman" w:hAnsi="Times New Roman" w:eastAsia="宋体"/>
          <w:b/>
          <w:sz w:val="28"/>
        </w:rPr>
        <w:t>十、页面信息</w:t>
      </w:r>
    </w:p>
    <w:p>
      <w:pPr>
        <w:spacing w:after="80" w:lineRule="auto" w:line="360"/>
        <w:ind w:firstLine="482"/>
        <w:jc w:val="both"/>
      </w:pPr>
      <w:r>
        <w:rPr>
          <w:rFonts w:ascii="Times New Roman" w:hAnsi="Times New Roman" w:eastAsia="宋体"/>
          <w:b w:val="0"/>
          <w:sz w:val="24"/>
        </w:rPr>
        <w:t>1. 本段为第 12 页，共 12 页。</w:t>
      </w:r>
    </w:p>
    <w:p>
      <w:pPr>
        <w:spacing w:after="80" w:lineRule="auto" w:line="360"/>
        <w:ind w:firstLine="482"/>
        <w:jc w:val="both"/>
      </w:pPr>
      <w:r>
        <w:rPr>
          <w:rFonts w:ascii="Times New Roman" w:hAnsi="Times New Roman" w:eastAsia="宋体"/>
          <w:b w:val="0"/>
          <w:sz w:val="24"/>
        </w:rPr>
        <w:t>本段为推免拟录取名单公示内容，共涉及 9 人，具体明细如下：</w:t>
      </w:r>
    </w:p>
    <w:tbl>
      <w:tblPr>
        <w:tblStyle w:val="TableGrid"/>
        <w:tblW w:type="auto" w:w="0"/>
        <w:jc w:val="center"/>
        <w:tblLook w:firstColumn="1" w:firstRow="1" w:lastColumn="0" w:lastRow="0" w:noHBand="0" w:noVBand="1" w:val="04A0"/>
      </w:tblPr>
      <w:tblGrid>
        <w:gridCol w:w="2158"/>
        <w:gridCol w:w="2158"/>
        <w:gridCol w:w="2158"/>
        <w:gridCol w:w="2158"/>
      </w:tblGrid>
      <w:tr>
        <w:tc>
          <w:tcPr>
            <w:tcW w:type="dxa" w:w="2158"/>
          </w:tcPr>
          <w:p>
            <w:pPr>
              <w:spacing w:after="20" w:before="20"/>
            </w:pPr>
            <w:r/>
            <w:r>
              <w:rPr>
                <w:rFonts w:ascii="Times New Roman" w:hAnsi="Times New Roman" w:eastAsia="宋体"/>
                <w:b/>
                <w:sz w:val="21"/>
              </w:rPr>
              <w:t>序号</w:t>
            </w:r>
          </w:p>
        </w:tc>
        <w:tc>
          <w:tcPr>
            <w:tcW w:type="dxa" w:w="2158"/>
          </w:tcPr>
          <w:p>
            <w:pPr>
              <w:spacing w:after="20" w:before="20"/>
            </w:pPr>
            <w:r/>
            <w:r>
              <w:rPr>
                <w:rFonts w:ascii="Times New Roman" w:hAnsi="Times New Roman" w:eastAsia="宋体"/>
                <w:b/>
                <w:sz w:val="21"/>
              </w:rPr>
              <w:t>姓名</w:t>
            </w:r>
          </w:p>
        </w:tc>
        <w:tc>
          <w:tcPr>
            <w:tcW w:type="dxa" w:w="2158"/>
          </w:tcPr>
          <w:p>
            <w:pPr>
              <w:spacing w:after="20" w:before="20"/>
            </w:pPr>
            <w:r/>
            <w:r>
              <w:rPr>
                <w:rFonts w:ascii="Times New Roman" w:hAnsi="Times New Roman" w:eastAsia="宋体"/>
                <w:b/>
                <w:sz w:val="21"/>
              </w:rPr>
              <w:t>学院</w:t>
            </w:r>
          </w:p>
        </w:tc>
        <w:tc>
          <w:tcPr>
            <w:tcW w:type="dxa" w:w="2158"/>
          </w:tcPr>
          <w:p>
            <w:pPr>
              <w:spacing w:after="20" w:before="20"/>
            </w:pPr>
            <w:r/>
            <w:r>
              <w:rPr>
                <w:rFonts w:ascii="Times New Roman" w:hAnsi="Times New Roman" w:eastAsia="宋体"/>
                <w:b/>
                <w:sz w:val="21"/>
              </w:rPr>
              <w:t>专业/研究方向</w:t>
            </w:r>
          </w:p>
        </w:tc>
      </w:tr>
      <w:tr>
        <w:tc>
          <w:tcPr>
            <w:tcW w:type="dxa" w:w="2158"/>
          </w:tcPr>
          <w:p>
            <w:pPr>
              <w:spacing w:after="20" w:before="20"/>
            </w:pPr>
            <w:r/>
            <w:r>
              <w:rPr>
                <w:rFonts w:ascii="Times New Roman" w:hAnsi="Times New Roman" w:eastAsia="宋体"/>
                <w:b w:val="0"/>
                <w:sz w:val="21"/>
              </w:rPr>
              <w:t>195</w:t>
            </w:r>
          </w:p>
        </w:tc>
        <w:tc>
          <w:tcPr>
            <w:tcW w:type="dxa" w:w="2158"/>
          </w:tcPr>
          <w:p>
            <w:pPr>
              <w:spacing w:after="20" w:before="20"/>
            </w:pPr>
            <w:r/>
            <w:r>
              <w:rPr>
                <w:rFonts w:ascii="Times New Roman" w:hAnsi="Times New Roman" w:eastAsia="宋体"/>
                <w:b w:val="0"/>
                <w:sz w:val="21"/>
              </w:rPr>
              <w:t>赵明宇</w:t>
            </w:r>
          </w:p>
        </w:tc>
        <w:tc>
          <w:tcPr>
            <w:tcW w:type="dxa" w:w="2158"/>
          </w:tcPr>
          <w:p>
            <w:pPr>
              <w:spacing w:after="20" w:before="20"/>
            </w:pPr>
            <w:r/>
            <w:r>
              <w:rPr>
                <w:rFonts w:ascii="Times New Roman" w:hAnsi="Times New Roman" w:eastAsia="宋体"/>
                <w:b w:val="0"/>
                <w:sz w:val="21"/>
              </w:rPr>
              <w:t>书法学院</w:t>
            </w:r>
          </w:p>
        </w:tc>
        <w:tc>
          <w:tcPr>
            <w:tcW w:type="dxa" w:w="2158"/>
          </w:tcPr>
          <w:p>
            <w:pPr>
              <w:spacing w:after="20" w:before="20"/>
            </w:pPr>
            <w:r/>
            <w:r>
              <w:rPr>
                <w:rFonts w:ascii="Times New Roman" w:hAnsi="Times New Roman" w:eastAsia="宋体"/>
                <w:b w:val="0"/>
                <w:sz w:val="21"/>
              </w:rPr>
              <w:t>01“书画印”创作研究</w:t>
            </w:r>
          </w:p>
        </w:tc>
      </w:tr>
      <w:tr>
        <w:tc>
          <w:tcPr>
            <w:tcW w:type="dxa" w:w="2158"/>
          </w:tcPr>
          <w:p>
            <w:pPr>
              <w:spacing w:after="20" w:before="20"/>
            </w:pPr>
            <w:r/>
            <w:r>
              <w:rPr>
                <w:rFonts w:ascii="Times New Roman" w:hAnsi="Times New Roman" w:eastAsia="宋体"/>
                <w:b w:val="0"/>
                <w:sz w:val="21"/>
              </w:rPr>
              <w:t>196</w:t>
            </w:r>
          </w:p>
        </w:tc>
        <w:tc>
          <w:tcPr>
            <w:tcW w:type="dxa" w:w="2158"/>
          </w:tcPr>
          <w:p>
            <w:pPr>
              <w:spacing w:after="20" w:before="20"/>
            </w:pPr>
            <w:r/>
            <w:r>
              <w:rPr>
                <w:rFonts w:ascii="Times New Roman" w:hAnsi="Times New Roman" w:eastAsia="宋体"/>
                <w:b w:val="0"/>
                <w:sz w:val="21"/>
              </w:rPr>
              <w:t>谭若烨</w:t>
            </w:r>
          </w:p>
        </w:tc>
        <w:tc>
          <w:tcPr>
            <w:tcW w:type="dxa" w:w="2158"/>
          </w:tcPr>
          <w:p>
            <w:pPr>
              <w:spacing w:after="20" w:before="20"/>
            </w:pPr>
            <w:r/>
            <w:r>
              <w:rPr>
                <w:rFonts w:ascii="Times New Roman" w:hAnsi="Times New Roman" w:eastAsia="宋体"/>
                <w:b w:val="0"/>
                <w:sz w:val="21"/>
              </w:rPr>
              <w:t>书法学院</w:t>
            </w:r>
          </w:p>
        </w:tc>
        <w:tc>
          <w:tcPr>
            <w:tcW w:type="dxa" w:w="2158"/>
          </w:tcPr>
          <w:p>
            <w:pPr>
              <w:spacing w:after="20" w:before="20"/>
            </w:pPr>
            <w:r/>
            <w:r>
              <w:rPr>
                <w:rFonts w:ascii="Times New Roman" w:hAnsi="Times New Roman" w:eastAsia="宋体"/>
                <w:b w:val="0"/>
                <w:sz w:val="21"/>
              </w:rPr>
              <w:t>02“书画印”创作研究</w:t>
            </w:r>
          </w:p>
        </w:tc>
      </w:tr>
      <w:tr>
        <w:tc>
          <w:tcPr>
            <w:tcW w:type="dxa" w:w="2158"/>
          </w:tcPr>
          <w:p>
            <w:pPr>
              <w:spacing w:after="20" w:before="20"/>
            </w:pPr>
            <w:r/>
            <w:r>
              <w:rPr>
                <w:rFonts w:ascii="Times New Roman" w:hAnsi="Times New Roman" w:eastAsia="宋体"/>
                <w:b w:val="0"/>
                <w:sz w:val="21"/>
              </w:rPr>
              <w:t>197</w:t>
            </w:r>
          </w:p>
        </w:tc>
        <w:tc>
          <w:tcPr>
            <w:tcW w:type="dxa" w:w="2158"/>
          </w:tcPr>
          <w:p>
            <w:pPr>
              <w:spacing w:after="20" w:before="20"/>
            </w:pPr>
            <w:r/>
            <w:r>
              <w:rPr>
                <w:rFonts w:ascii="Times New Roman" w:hAnsi="Times New Roman" w:eastAsia="宋体"/>
                <w:b w:val="0"/>
                <w:sz w:val="21"/>
              </w:rPr>
              <w:t>林涵</w:t>
            </w:r>
          </w:p>
        </w:tc>
        <w:tc>
          <w:tcPr>
            <w:tcW w:type="dxa" w:w="2158"/>
          </w:tcPr>
          <w:p>
            <w:pPr>
              <w:spacing w:after="20" w:before="20"/>
            </w:pPr>
            <w:r/>
            <w:r>
              <w:rPr>
                <w:rFonts w:ascii="Times New Roman" w:hAnsi="Times New Roman" w:eastAsia="宋体"/>
                <w:b w:val="0"/>
                <w:sz w:val="21"/>
              </w:rPr>
              <w:t>书法学院</w:t>
            </w:r>
          </w:p>
        </w:tc>
        <w:tc>
          <w:tcPr>
            <w:tcW w:type="dxa" w:w="2158"/>
          </w:tcPr>
          <w:p>
            <w:pPr>
              <w:spacing w:after="20" w:before="20"/>
            </w:pPr>
            <w:r/>
            <w:r>
              <w:rPr>
                <w:rFonts w:ascii="Times New Roman" w:hAnsi="Times New Roman" w:eastAsia="宋体"/>
                <w:b w:val="0"/>
                <w:sz w:val="21"/>
              </w:rPr>
              <w:t>04书法形式美研究</w:t>
            </w:r>
          </w:p>
        </w:tc>
      </w:tr>
      <w:tr>
        <w:tc>
          <w:tcPr>
            <w:tcW w:type="dxa" w:w="2158"/>
          </w:tcPr>
          <w:p>
            <w:pPr>
              <w:spacing w:after="20" w:before="20"/>
            </w:pPr>
            <w:r/>
            <w:r>
              <w:rPr>
                <w:rFonts w:ascii="Times New Roman" w:hAnsi="Times New Roman" w:eastAsia="宋体"/>
                <w:b w:val="0"/>
                <w:sz w:val="21"/>
              </w:rPr>
              <w:t>198</w:t>
            </w:r>
          </w:p>
        </w:tc>
        <w:tc>
          <w:tcPr>
            <w:tcW w:type="dxa" w:w="2158"/>
          </w:tcPr>
          <w:p>
            <w:pPr>
              <w:spacing w:after="20" w:before="20"/>
            </w:pPr>
            <w:r/>
            <w:r>
              <w:rPr>
                <w:rFonts w:ascii="Times New Roman" w:hAnsi="Times New Roman" w:eastAsia="宋体"/>
                <w:b w:val="0"/>
                <w:sz w:val="21"/>
              </w:rPr>
              <w:t>钟滢琦</w:t>
            </w:r>
          </w:p>
        </w:tc>
        <w:tc>
          <w:tcPr>
            <w:tcW w:type="dxa" w:w="2158"/>
          </w:tcPr>
          <w:p>
            <w:pPr>
              <w:spacing w:after="20" w:before="20"/>
            </w:pPr>
            <w:r/>
            <w:r>
              <w:rPr>
                <w:rFonts w:ascii="Times New Roman" w:hAnsi="Times New Roman" w:eastAsia="宋体"/>
                <w:b w:val="0"/>
                <w:sz w:val="21"/>
              </w:rPr>
              <w:t>书法学院</w:t>
            </w:r>
          </w:p>
        </w:tc>
        <w:tc>
          <w:tcPr>
            <w:tcW w:type="dxa" w:w="2158"/>
          </w:tcPr>
          <w:p>
            <w:pPr>
              <w:spacing w:after="20" w:before="20"/>
            </w:pPr>
            <w:r/>
            <w:r>
              <w:rPr>
                <w:rFonts w:ascii="Times New Roman" w:hAnsi="Times New Roman" w:eastAsia="宋体"/>
                <w:b w:val="0"/>
                <w:sz w:val="21"/>
              </w:rPr>
              <w:t>05书法艺术研究</w:t>
            </w:r>
          </w:p>
        </w:tc>
      </w:tr>
      <w:tr>
        <w:tc>
          <w:tcPr>
            <w:tcW w:type="dxa" w:w="2158"/>
          </w:tcPr>
          <w:p>
            <w:pPr>
              <w:spacing w:after="20" w:before="20"/>
            </w:pPr>
            <w:r/>
            <w:r>
              <w:rPr>
                <w:rFonts w:ascii="Times New Roman" w:hAnsi="Times New Roman" w:eastAsia="宋体"/>
                <w:b w:val="0"/>
                <w:sz w:val="21"/>
              </w:rPr>
              <w:t>199</w:t>
            </w:r>
          </w:p>
        </w:tc>
        <w:tc>
          <w:tcPr>
            <w:tcW w:type="dxa" w:w="2158"/>
          </w:tcPr>
          <w:p>
            <w:pPr>
              <w:spacing w:after="20" w:before="20"/>
            </w:pPr>
            <w:r/>
            <w:r>
              <w:rPr>
                <w:rFonts w:ascii="Times New Roman" w:hAnsi="Times New Roman" w:eastAsia="宋体"/>
                <w:b w:val="0"/>
                <w:sz w:val="21"/>
              </w:rPr>
              <w:t>崔梓慧</w:t>
            </w:r>
          </w:p>
        </w:tc>
        <w:tc>
          <w:tcPr>
            <w:tcW w:type="dxa" w:w="2158"/>
          </w:tcPr>
          <w:p>
            <w:pPr>
              <w:spacing w:after="20" w:before="20"/>
            </w:pPr>
            <w:r/>
            <w:r>
              <w:rPr>
                <w:rFonts w:ascii="Times New Roman" w:hAnsi="Times New Roman" w:eastAsia="宋体"/>
                <w:b w:val="0"/>
                <w:sz w:val="21"/>
              </w:rPr>
              <w:t>书法学院</w:t>
            </w:r>
          </w:p>
        </w:tc>
        <w:tc>
          <w:tcPr>
            <w:tcW w:type="dxa" w:w="2158"/>
          </w:tcPr>
          <w:p>
            <w:pPr>
              <w:spacing w:after="20" w:before="20"/>
            </w:pPr>
            <w:r/>
            <w:r>
              <w:rPr>
                <w:rFonts w:ascii="Times New Roman" w:hAnsi="Times New Roman" w:eastAsia="宋体"/>
                <w:b w:val="0"/>
                <w:sz w:val="21"/>
              </w:rPr>
              <w:t>06中国书法展示与创新</w:t>
            </w:r>
          </w:p>
        </w:tc>
      </w:tr>
      <w:tr>
        <w:tc>
          <w:tcPr>
            <w:tcW w:type="dxa" w:w="2158"/>
          </w:tcPr>
          <w:p>
            <w:pPr>
              <w:spacing w:after="20" w:before="20"/>
            </w:pPr>
            <w:r/>
            <w:r>
              <w:rPr>
                <w:rFonts w:ascii="Times New Roman" w:hAnsi="Times New Roman" w:eastAsia="宋体"/>
                <w:b w:val="0"/>
                <w:sz w:val="21"/>
              </w:rPr>
              <w:t>200</w:t>
            </w:r>
          </w:p>
        </w:tc>
        <w:tc>
          <w:tcPr>
            <w:tcW w:type="dxa" w:w="2158"/>
          </w:tcPr>
          <w:p>
            <w:pPr>
              <w:spacing w:after="20" w:before="20"/>
            </w:pPr>
            <w:r/>
            <w:r>
              <w:rPr>
                <w:rFonts w:ascii="Times New Roman" w:hAnsi="Times New Roman" w:eastAsia="宋体"/>
                <w:b w:val="0"/>
                <w:sz w:val="21"/>
              </w:rPr>
              <w:t>姜笑寒</w:t>
            </w:r>
          </w:p>
        </w:tc>
        <w:tc>
          <w:tcPr>
            <w:tcW w:type="dxa" w:w="2158"/>
          </w:tcPr>
          <w:p>
            <w:pPr>
              <w:spacing w:after="20" w:before="20"/>
            </w:pPr>
            <w:r/>
            <w:r>
              <w:rPr>
                <w:rFonts w:ascii="Times New Roman" w:hAnsi="Times New Roman" w:eastAsia="宋体"/>
                <w:b w:val="0"/>
                <w:sz w:val="21"/>
              </w:rPr>
              <w:t>设计学院</w:t>
            </w:r>
          </w:p>
        </w:tc>
        <w:tc>
          <w:tcPr>
            <w:tcW w:type="dxa" w:w="2158"/>
          </w:tcPr>
          <w:p>
            <w:pPr>
              <w:spacing w:after="20" w:before="20"/>
            </w:pPr>
            <w:r/>
            <w:r>
              <w:rPr>
                <w:rFonts w:ascii="Times New Roman" w:hAnsi="Times New Roman" w:eastAsia="宋体"/>
                <w:b w:val="0"/>
                <w:sz w:val="21"/>
              </w:rPr>
              <w:t>20文本艺术与传达设计研究</w:t>
            </w:r>
          </w:p>
        </w:tc>
      </w:tr>
      <w:tr>
        <w:tc>
          <w:tcPr>
            <w:tcW w:type="dxa" w:w="2158"/>
          </w:tcPr>
          <w:p>
            <w:pPr>
              <w:spacing w:after="20" w:before="20"/>
            </w:pPr>
            <w:r/>
            <w:r>
              <w:rPr>
                <w:rFonts w:ascii="Times New Roman" w:hAnsi="Times New Roman" w:eastAsia="宋体"/>
                <w:b w:val="0"/>
                <w:sz w:val="21"/>
              </w:rPr>
              <w:t>201</w:t>
            </w:r>
          </w:p>
        </w:tc>
        <w:tc>
          <w:tcPr>
            <w:tcW w:type="dxa" w:w="2158"/>
          </w:tcPr>
          <w:p>
            <w:pPr>
              <w:spacing w:after="20" w:before="20"/>
            </w:pPr>
            <w:r/>
            <w:r>
              <w:rPr>
                <w:rFonts w:ascii="Times New Roman" w:hAnsi="Times New Roman" w:eastAsia="宋体"/>
                <w:b w:val="0"/>
                <w:sz w:val="21"/>
              </w:rPr>
              <w:t>张齐芮</w:t>
            </w:r>
          </w:p>
        </w:tc>
        <w:tc>
          <w:tcPr>
            <w:tcW w:type="dxa" w:w="2158"/>
          </w:tcPr>
          <w:p>
            <w:pPr>
              <w:spacing w:after="20" w:before="20"/>
            </w:pPr>
            <w:r/>
            <w:r>
              <w:rPr>
                <w:rFonts w:ascii="Times New Roman" w:hAnsi="Times New Roman" w:eastAsia="宋体"/>
                <w:b w:val="0"/>
                <w:sz w:val="21"/>
              </w:rPr>
              <w:t>书法学院</w:t>
            </w:r>
          </w:p>
        </w:tc>
        <w:tc>
          <w:tcPr>
            <w:tcW w:type="dxa" w:w="2158"/>
          </w:tcPr>
          <w:p>
            <w:pPr>
              <w:spacing w:after="20" w:before="20"/>
            </w:pPr>
            <w:r/>
            <w:r>
              <w:rPr>
                <w:rFonts w:ascii="Times New Roman" w:hAnsi="Times New Roman" w:eastAsia="宋体"/>
                <w:b w:val="0"/>
                <w:sz w:val="21"/>
              </w:rPr>
              <w:t>01“书画印”创作研究</w:t>
            </w:r>
          </w:p>
        </w:tc>
      </w:tr>
      <w:tr>
        <w:tc>
          <w:tcPr>
            <w:tcW w:type="dxa" w:w="2158"/>
          </w:tcPr>
          <w:p>
            <w:pPr>
              <w:spacing w:after="20" w:before="20"/>
            </w:pPr>
            <w:r/>
            <w:r>
              <w:rPr>
                <w:rFonts w:ascii="Times New Roman" w:hAnsi="Times New Roman" w:eastAsia="宋体"/>
                <w:b w:val="0"/>
                <w:sz w:val="21"/>
              </w:rPr>
              <w:t>202</w:t>
            </w:r>
          </w:p>
        </w:tc>
        <w:tc>
          <w:tcPr>
            <w:tcW w:type="dxa" w:w="2158"/>
          </w:tcPr>
          <w:p>
            <w:pPr>
              <w:spacing w:after="20" w:before="20"/>
            </w:pPr>
            <w:r/>
            <w:r>
              <w:rPr>
                <w:rFonts w:ascii="Times New Roman" w:hAnsi="Times New Roman" w:eastAsia="宋体"/>
                <w:b w:val="0"/>
                <w:sz w:val="21"/>
              </w:rPr>
              <w:t>归格格</w:t>
            </w:r>
          </w:p>
        </w:tc>
        <w:tc>
          <w:tcPr>
            <w:tcW w:type="dxa" w:w="2158"/>
          </w:tcPr>
          <w:p>
            <w:pPr>
              <w:spacing w:after="20" w:before="20"/>
            </w:pPr>
            <w:r/>
            <w:r>
              <w:rPr>
                <w:rFonts w:ascii="Times New Roman" w:hAnsi="Times New Roman" w:eastAsia="宋体"/>
                <w:b w:val="0"/>
                <w:sz w:val="21"/>
              </w:rPr>
              <w:t>城市设计学院</w:t>
            </w:r>
          </w:p>
        </w:tc>
        <w:tc>
          <w:tcPr>
            <w:tcW w:type="dxa" w:w="2158"/>
          </w:tcPr>
          <w:p>
            <w:pPr>
              <w:spacing w:after="20" w:before="20"/>
            </w:pPr>
            <w:r/>
            <w:r>
              <w:rPr>
                <w:rFonts w:ascii="Times New Roman" w:hAnsi="Times New Roman" w:eastAsia="宋体"/>
                <w:b w:val="0"/>
                <w:sz w:val="21"/>
              </w:rPr>
              <w:t>04绘本创作研究</w:t>
            </w:r>
          </w:p>
        </w:tc>
      </w:tr>
      <w:tr>
        <w:tc>
          <w:tcPr>
            <w:tcW w:type="dxa" w:w="2158"/>
          </w:tcPr>
          <w:p>
            <w:pPr>
              <w:spacing w:after="20" w:before="20"/>
            </w:pPr>
            <w:r/>
            <w:r>
              <w:rPr>
                <w:rFonts w:ascii="Times New Roman" w:hAnsi="Times New Roman" w:eastAsia="宋体"/>
                <w:b w:val="0"/>
                <w:sz w:val="21"/>
              </w:rPr>
              <w:t>203</w:t>
            </w:r>
          </w:p>
        </w:tc>
        <w:tc>
          <w:tcPr>
            <w:tcW w:type="dxa" w:w="2158"/>
          </w:tcPr>
          <w:p>
            <w:pPr>
              <w:spacing w:after="20" w:before="20"/>
            </w:pPr>
            <w:r/>
            <w:r>
              <w:rPr>
                <w:rFonts w:ascii="Times New Roman" w:hAnsi="Times New Roman" w:eastAsia="宋体"/>
                <w:b w:val="0"/>
                <w:sz w:val="21"/>
              </w:rPr>
              <w:t>冯咏玲</w:t>
            </w:r>
          </w:p>
        </w:tc>
        <w:tc>
          <w:tcPr>
            <w:tcW w:type="dxa" w:w="2158"/>
          </w:tcPr>
          <w:p>
            <w:pPr>
              <w:spacing w:after="20" w:before="20"/>
            </w:pPr>
            <w:r/>
            <w:r>
              <w:rPr>
                <w:rFonts w:ascii="Times New Roman" w:hAnsi="Times New Roman" w:eastAsia="宋体"/>
                <w:b w:val="0"/>
                <w:sz w:val="21"/>
              </w:rPr>
              <w:t>建筑学院</w:t>
            </w:r>
          </w:p>
        </w:tc>
        <w:tc>
          <w:tcPr>
            <w:tcW w:type="dxa" w:w="2158"/>
          </w:tcPr>
          <w:p>
            <w:pPr>
              <w:spacing w:after="20" w:before="20"/>
            </w:pPr>
            <w:r/>
            <w:r>
              <w:rPr>
                <w:rFonts w:ascii="Times New Roman" w:hAnsi="Times New Roman" w:eastAsia="宋体"/>
                <w:b w:val="0"/>
                <w:sz w:val="21"/>
              </w:rPr>
              <w:t>01建筑学</w:t>
            </w:r>
          </w:p>
        </w:tc>
      </w:tr>
    </w:tbl>
    <w:p>
      <w:pPr>
        <w:spacing w:before="160" w:after="80" w:lineRule="auto" w:line="360"/>
        <w:jc w:val="left"/>
      </w:pPr>
      <w:r>
        <w:rPr>
          <w:rFonts w:ascii="Times New Roman" w:hAnsi="Times New Roman" w:eastAsia="宋体"/>
          <w:b/>
          <w:sz w:val="28"/>
        </w:rPr>
        <w:t>九、名单说明</w:t>
      </w:r>
    </w:p>
    <w:p>
      <w:pPr>
        <w:spacing w:after="80" w:lineRule="auto" w:line="360"/>
        <w:ind w:firstLine="482"/>
        <w:jc w:val="both"/>
      </w:pPr>
      <w:r>
        <w:rPr>
          <w:rFonts w:ascii="Times New Roman" w:hAnsi="Times New Roman" w:eastAsia="宋体"/>
          <w:b w:val="0"/>
          <w:sz w:val="24"/>
        </w:rPr>
        <w:t>1. 本段名单为中国人民大学美育研究院及相关学院推免拟录取名单的第 195 至 203 号，共 9 人。</w:t>
      </w:r>
    </w:p>
    <w:p>
      <w:pPr>
        <w:spacing w:after="80" w:lineRule="auto" w:line="360"/>
        <w:ind w:firstLine="482"/>
        <w:jc w:val="both"/>
      </w:pPr>
      <w:r>
        <w:rPr>
          <w:rFonts w:ascii="Times New Roman" w:hAnsi="Times New Roman" w:eastAsia="宋体"/>
          <w:b w:val="0"/>
          <w:sz w:val="24"/>
        </w:rPr>
        <w:t>2. 涉及学院包括：书法学院（6 人）、设计学院（1 人）、城市设计学院（1 人）、建筑学院（1 人）。</w:t>
      </w:r>
    </w:p>
    <w:p>
      <w:pPr>
        <w:spacing w:after="80" w:lineRule="auto" w:line="360"/>
        <w:ind w:firstLine="482"/>
        <w:jc w:val="both"/>
      </w:pPr>
      <w:r>
        <w:rPr>
          <w:rFonts w:ascii="Times New Roman" w:hAnsi="Times New Roman" w:eastAsia="宋体"/>
          <w:b w:val="0"/>
          <w:sz w:val="24"/>
        </w:rPr>
        <w:t>3. 专业/研究方向包括：“书画印”创作研究、书法形式美研究、书法艺术研究、中国书法展示与创新、文本艺术与传达设计研究、绘本创作研究、建筑学。</w:t>
      </w:r>
    </w:p>
    <w:p>
      <w:pPr>
        <w:spacing w:before="160" w:after="80" w:lineRule="auto" w:line="360"/>
        <w:jc w:val="left"/>
      </w:pPr>
      <w:r>
        <w:rPr>
          <w:rFonts w:ascii="Times New Roman" w:hAnsi="Times New Roman" w:eastAsia="宋体"/>
          <w:b/>
          <w:sz w:val="28"/>
        </w:rPr>
        <w:t>十、公示信息</w:t>
      </w:r>
    </w:p>
    <w:p>
      <w:pPr>
        <w:spacing w:after="80" w:lineRule="auto" w:line="360"/>
        <w:ind w:firstLine="482"/>
        <w:jc w:val="both"/>
      </w:pPr>
      <w:r>
        <w:rPr>
          <w:rFonts w:ascii="Times New Roman" w:hAnsi="Times New Roman" w:eastAsia="宋体"/>
          <w:b w:val="0"/>
          <w:sz w:val="24"/>
        </w:rPr>
        <w:t>1. 本页为第 12 页，共 12 页。</w:t>
      </w:r>
    </w:p>
    <w:p>
      <w:pPr>
        <w:spacing w:after="80" w:lineRule="auto" w:line="360"/>
        <w:ind w:firstLine="482"/>
        <w:jc w:val="both"/>
      </w:pPr>
      <w:r>
        <w:rPr>
          <w:rFonts w:ascii="Times New Roman" w:hAnsi="Times New Roman" w:eastAsia="宋体"/>
          <w:b w:val="0"/>
          <w:sz w:val="24"/>
        </w:rPr>
        <w:t>2. 原文未提供本段名单的排名或评分方式、公示期起止日期及联系方式。</w:t>
      </w:r>
    </w:p>
    <w:p>
      <w:pPr>
        <w:spacing w:after="80" w:lineRule="auto" w:line="360"/>
        <w:ind w:firstLine="482"/>
        <w:jc w:val="both"/>
      </w:pPr>
      <w:r>
        <w:rPr>
          <w:rFonts w:ascii="Times New Roman" w:hAnsi="Times New Roman" w:eastAsia="宋体"/>
          <w:b w:val="0"/>
          <w:sz w:val="24"/>
        </w:rPr>
        <w:t>本段为推免拟录取名单公示信息，共涉及 9 人，具体明细如下：</w:t>
      </w:r>
    </w:p>
    <w:tbl>
      <w:tblPr>
        <w:tblStyle w:val="TableGrid"/>
        <w:tblW w:type="auto" w:w="0"/>
        <w:jc w:val="center"/>
        <w:tblLook w:firstColumn="1" w:firstRow="1" w:lastColumn="0" w:lastRow="0" w:noHBand="0" w:noVBand="1" w:val="04A0"/>
      </w:tblPr>
      <w:tblGrid>
        <w:gridCol w:w="2158"/>
        <w:gridCol w:w="2158"/>
        <w:gridCol w:w="2158"/>
        <w:gridCol w:w="2158"/>
      </w:tblGrid>
      <w:tr>
        <w:tc>
          <w:tcPr>
            <w:tcW w:type="dxa" w:w="2158"/>
          </w:tcPr>
          <w:p>
            <w:pPr>
              <w:spacing w:after="20" w:before="20"/>
            </w:pPr>
            <w:r/>
            <w:r>
              <w:rPr>
                <w:rFonts w:ascii="Times New Roman" w:hAnsi="Times New Roman" w:eastAsia="宋体"/>
                <w:b/>
                <w:sz w:val="21"/>
              </w:rPr>
              <w:t>序号</w:t>
            </w:r>
          </w:p>
        </w:tc>
        <w:tc>
          <w:tcPr>
            <w:tcW w:type="dxa" w:w="2158"/>
          </w:tcPr>
          <w:p>
            <w:pPr>
              <w:spacing w:after="20" w:before="20"/>
            </w:pPr>
            <w:r/>
            <w:r>
              <w:rPr>
                <w:rFonts w:ascii="Times New Roman" w:hAnsi="Times New Roman" w:eastAsia="宋体"/>
                <w:b/>
                <w:sz w:val="21"/>
              </w:rPr>
              <w:t>姓名</w:t>
            </w:r>
          </w:p>
        </w:tc>
        <w:tc>
          <w:tcPr>
            <w:tcW w:type="dxa" w:w="2158"/>
          </w:tcPr>
          <w:p>
            <w:pPr>
              <w:spacing w:after="20" w:before="20"/>
            </w:pPr>
            <w:r/>
            <w:r>
              <w:rPr>
                <w:rFonts w:ascii="Times New Roman" w:hAnsi="Times New Roman" w:eastAsia="宋体"/>
                <w:b/>
                <w:sz w:val="21"/>
              </w:rPr>
              <w:t>学院</w:t>
            </w:r>
          </w:p>
        </w:tc>
        <w:tc>
          <w:tcPr>
            <w:tcW w:type="dxa" w:w="2158"/>
          </w:tcPr>
          <w:p>
            <w:pPr>
              <w:spacing w:after="20" w:before="20"/>
            </w:pPr>
            <w:r/>
            <w:r>
              <w:rPr>
                <w:rFonts w:ascii="Times New Roman" w:hAnsi="Times New Roman" w:eastAsia="宋体"/>
                <w:b/>
                <w:sz w:val="21"/>
              </w:rPr>
              <w:t>专业/研究方向</w:t>
            </w:r>
          </w:p>
        </w:tc>
      </w:tr>
      <w:tr>
        <w:tc>
          <w:tcPr>
            <w:tcW w:type="dxa" w:w="2158"/>
          </w:tcPr>
          <w:p>
            <w:pPr>
              <w:spacing w:after="20" w:before="20"/>
            </w:pPr>
            <w:r/>
            <w:r>
              <w:rPr>
                <w:rFonts w:ascii="Times New Roman" w:hAnsi="Times New Roman" w:eastAsia="宋体"/>
                <w:b w:val="0"/>
                <w:sz w:val="21"/>
              </w:rPr>
              <w:t>195</w:t>
            </w:r>
          </w:p>
        </w:tc>
        <w:tc>
          <w:tcPr>
            <w:tcW w:type="dxa" w:w="2158"/>
          </w:tcPr>
          <w:p>
            <w:pPr>
              <w:spacing w:after="20" w:before="20"/>
            </w:pPr>
            <w:r/>
            <w:r>
              <w:rPr>
                <w:rFonts w:ascii="Times New Roman" w:hAnsi="Times New Roman" w:eastAsia="宋体"/>
                <w:b w:val="0"/>
                <w:sz w:val="21"/>
              </w:rPr>
              <w:t>赵明宇</w:t>
            </w:r>
          </w:p>
        </w:tc>
        <w:tc>
          <w:tcPr>
            <w:tcW w:type="dxa" w:w="2158"/>
          </w:tcPr>
          <w:p>
            <w:pPr>
              <w:spacing w:after="20" w:before="20"/>
            </w:pPr>
            <w:r/>
            <w:r>
              <w:rPr>
                <w:rFonts w:ascii="Times New Roman" w:hAnsi="Times New Roman" w:eastAsia="宋体"/>
                <w:b w:val="0"/>
                <w:sz w:val="21"/>
              </w:rPr>
              <w:t>书法学院</w:t>
            </w:r>
          </w:p>
        </w:tc>
        <w:tc>
          <w:tcPr>
            <w:tcW w:type="dxa" w:w="2158"/>
          </w:tcPr>
          <w:p>
            <w:pPr>
              <w:spacing w:after="20" w:before="20"/>
            </w:pPr>
            <w:r/>
            <w:r>
              <w:rPr>
                <w:rFonts w:ascii="Times New Roman" w:hAnsi="Times New Roman" w:eastAsia="宋体"/>
                <w:b w:val="0"/>
                <w:sz w:val="21"/>
              </w:rPr>
              <w:t>01“书画印”创作研究</w:t>
            </w:r>
          </w:p>
        </w:tc>
      </w:tr>
      <w:tr>
        <w:tc>
          <w:tcPr>
            <w:tcW w:type="dxa" w:w="2158"/>
          </w:tcPr>
          <w:p>
            <w:pPr>
              <w:spacing w:after="20" w:before="20"/>
            </w:pPr>
            <w:r/>
            <w:r>
              <w:rPr>
                <w:rFonts w:ascii="Times New Roman" w:hAnsi="Times New Roman" w:eastAsia="宋体"/>
                <w:b w:val="0"/>
                <w:sz w:val="21"/>
              </w:rPr>
              <w:t>196</w:t>
            </w:r>
          </w:p>
        </w:tc>
        <w:tc>
          <w:tcPr>
            <w:tcW w:type="dxa" w:w="2158"/>
          </w:tcPr>
          <w:p>
            <w:pPr>
              <w:spacing w:after="20" w:before="20"/>
            </w:pPr>
            <w:r/>
            <w:r>
              <w:rPr>
                <w:rFonts w:ascii="Times New Roman" w:hAnsi="Times New Roman" w:eastAsia="宋体"/>
                <w:b w:val="0"/>
                <w:sz w:val="21"/>
              </w:rPr>
              <w:t>谭若烨</w:t>
            </w:r>
          </w:p>
        </w:tc>
        <w:tc>
          <w:tcPr>
            <w:tcW w:type="dxa" w:w="2158"/>
          </w:tcPr>
          <w:p>
            <w:pPr>
              <w:spacing w:after="20" w:before="20"/>
            </w:pPr>
            <w:r/>
            <w:r>
              <w:rPr>
                <w:rFonts w:ascii="Times New Roman" w:hAnsi="Times New Roman" w:eastAsia="宋体"/>
                <w:b w:val="0"/>
                <w:sz w:val="21"/>
              </w:rPr>
              <w:t>书法学院</w:t>
            </w:r>
          </w:p>
        </w:tc>
        <w:tc>
          <w:tcPr>
            <w:tcW w:type="dxa" w:w="2158"/>
          </w:tcPr>
          <w:p>
            <w:pPr>
              <w:spacing w:after="20" w:before="20"/>
            </w:pPr>
            <w:r/>
            <w:r>
              <w:rPr>
                <w:rFonts w:ascii="Times New Roman" w:hAnsi="Times New Roman" w:eastAsia="宋体"/>
                <w:b w:val="0"/>
                <w:sz w:val="21"/>
              </w:rPr>
              <w:t>02“书画印”创作研究</w:t>
            </w:r>
          </w:p>
        </w:tc>
      </w:tr>
      <w:tr>
        <w:tc>
          <w:tcPr>
            <w:tcW w:type="dxa" w:w="2158"/>
          </w:tcPr>
          <w:p>
            <w:pPr>
              <w:spacing w:after="20" w:before="20"/>
            </w:pPr>
            <w:r/>
            <w:r>
              <w:rPr>
                <w:rFonts w:ascii="Times New Roman" w:hAnsi="Times New Roman" w:eastAsia="宋体"/>
                <w:b w:val="0"/>
                <w:sz w:val="21"/>
              </w:rPr>
              <w:t>197</w:t>
            </w:r>
          </w:p>
        </w:tc>
        <w:tc>
          <w:tcPr>
            <w:tcW w:type="dxa" w:w="2158"/>
          </w:tcPr>
          <w:p>
            <w:pPr>
              <w:spacing w:after="20" w:before="20"/>
            </w:pPr>
            <w:r/>
            <w:r>
              <w:rPr>
                <w:rFonts w:ascii="Times New Roman" w:hAnsi="Times New Roman" w:eastAsia="宋体"/>
                <w:b w:val="0"/>
                <w:sz w:val="21"/>
              </w:rPr>
              <w:t>林涵</w:t>
            </w:r>
          </w:p>
        </w:tc>
        <w:tc>
          <w:tcPr>
            <w:tcW w:type="dxa" w:w="2158"/>
          </w:tcPr>
          <w:p>
            <w:pPr>
              <w:spacing w:after="20" w:before="20"/>
            </w:pPr>
            <w:r/>
            <w:r>
              <w:rPr>
                <w:rFonts w:ascii="Times New Roman" w:hAnsi="Times New Roman" w:eastAsia="宋体"/>
                <w:b w:val="0"/>
                <w:sz w:val="21"/>
              </w:rPr>
              <w:t>书法学院</w:t>
            </w:r>
          </w:p>
        </w:tc>
        <w:tc>
          <w:tcPr>
            <w:tcW w:type="dxa" w:w="2158"/>
          </w:tcPr>
          <w:p>
            <w:pPr>
              <w:spacing w:after="20" w:before="20"/>
            </w:pPr>
            <w:r/>
            <w:r>
              <w:rPr>
                <w:rFonts w:ascii="Times New Roman" w:hAnsi="Times New Roman" w:eastAsia="宋体"/>
                <w:b w:val="0"/>
                <w:sz w:val="21"/>
              </w:rPr>
              <w:t>04书法形式美研究</w:t>
            </w:r>
          </w:p>
        </w:tc>
      </w:tr>
      <w:tr>
        <w:tc>
          <w:tcPr>
            <w:tcW w:type="dxa" w:w="2158"/>
          </w:tcPr>
          <w:p>
            <w:pPr>
              <w:spacing w:after="20" w:before="20"/>
            </w:pPr>
            <w:r/>
            <w:r>
              <w:rPr>
                <w:rFonts w:ascii="Times New Roman" w:hAnsi="Times New Roman" w:eastAsia="宋体"/>
                <w:b w:val="0"/>
                <w:sz w:val="21"/>
              </w:rPr>
              <w:t>198</w:t>
            </w:r>
          </w:p>
        </w:tc>
        <w:tc>
          <w:tcPr>
            <w:tcW w:type="dxa" w:w="2158"/>
          </w:tcPr>
          <w:p>
            <w:pPr>
              <w:spacing w:after="20" w:before="20"/>
            </w:pPr>
            <w:r/>
            <w:r>
              <w:rPr>
                <w:rFonts w:ascii="Times New Roman" w:hAnsi="Times New Roman" w:eastAsia="宋体"/>
                <w:b w:val="0"/>
                <w:sz w:val="21"/>
              </w:rPr>
              <w:t>钟滢琦</w:t>
            </w:r>
          </w:p>
        </w:tc>
        <w:tc>
          <w:tcPr>
            <w:tcW w:type="dxa" w:w="2158"/>
          </w:tcPr>
          <w:p>
            <w:pPr>
              <w:spacing w:after="20" w:before="20"/>
            </w:pPr>
            <w:r/>
            <w:r>
              <w:rPr>
                <w:rFonts w:ascii="Times New Roman" w:hAnsi="Times New Roman" w:eastAsia="宋体"/>
                <w:b w:val="0"/>
                <w:sz w:val="21"/>
              </w:rPr>
              <w:t>书法学院</w:t>
            </w:r>
          </w:p>
        </w:tc>
        <w:tc>
          <w:tcPr>
            <w:tcW w:type="dxa" w:w="2158"/>
          </w:tcPr>
          <w:p>
            <w:pPr>
              <w:spacing w:after="20" w:before="20"/>
            </w:pPr>
            <w:r/>
            <w:r>
              <w:rPr>
                <w:rFonts w:ascii="Times New Roman" w:hAnsi="Times New Roman" w:eastAsia="宋体"/>
                <w:b w:val="0"/>
                <w:sz w:val="21"/>
              </w:rPr>
              <w:t>05书法艺术研究</w:t>
            </w:r>
          </w:p>
        </w:tc>
      </w:tr>
      <w:tr>
        <w:tc>
          <w:tcPr>
            <w:tcW w:type="dxa" w:w="2158"/>
          </w:tcPr>
          <w:p>
            <w:pPr>
              <w:spacing w:after="20" w:before="20"/>
            </w:pPr>
            <w:r/>
            <w:r>
              <w:rPr>
                <w:rFonts w:ascii="Times New Roman" w:hAnsi="Times New Roman" w:eastAsia="宋体"/>
                <w:b w:val="0"/>
                <w:sz w:val="21"/>
              </w:rPr>
              <w:t>199</w:t>
            </w:r>
          </w:p>
        </w:tc>
        <w:tc>
          <w:tcPr>
            <w:tcW w:type="dxa" w:w="2158"/>
          </w:tcPr>
          <w:p>
            <w:pPr>
              <w:spacing w:after="20" w:before="20"/>
            </w:pPr>
            <w:r/>
            <w:r>
              <w:rPr>
                <w:rFonts w:ascii="Times New Roman" w:hAnsi="Times New Roman" w:eastAsia="宋体"/>
                <w:b w:val="0"/>
                <w:sz w:val="21"/>
              </w:rPr>
              <w:t>崔梓慧</w:t>
            </w:r>
          </w:p>
        </w:tc>
        <w:tc>
          <w:tcPr>
            <w:tcW w:type="dxa" w:w="2158"/>
          </w:tcPr>
          <w:p>
            <w:pPr>
              <w:spacing w:after="20" w:before="20"/>
            </w:pPr>
            <w:r/>
            <w:r>
              <w:rPr>
                <w:rFonts w:ascii="Times New Roman" w:hAnsi="Times New Roman" w:eastAsia="宋体"/>
                <w:b w:val="0"/>
                <w:sz w:val="21"/>
              </w:rPr>
              <w:t>书法学院</w:t>
            </w:r>
          </w:p>
        </w:tc>
        <w:tc>
          <w:tcPr>
            <w:tcW w:type="dxa" w:w="2158"/>
          </w:tcPr>
          <w:p>
            <w:pPr>
              <w:spacing w:after="20" w:before="20"/>
            </w:pPr>
            <w:r/>
            <w:r>
              <w:rPr>
                <w:rFonts w:ascii="Times New Roman" w:hAnsi="Times New Roman" w:eastAsia="宋体"/>
                <w:b w:val="0"/>
                <w:sz w:val="21"/>
              </w:rPr>
              <w:t>06中国书法展示与创新</w:t>
            </w:r>
          </w:p>
        </w:tc>
      </w:tr>
      <w:tr>
        <w:tc>
          <w:tcPr>
            <w:tcW w:type="dxa" w:w="2158"/>
          </w:tcPr>
          <w:p>
            <w:pPr>
              <w:spacing w:after="20" w:before="20"/>
            </w:pPr>
            <w:r/>
            <w:r>
              <w:rPr>
                <w:rFonts w:ascii="Times New Roman" w:hAnsi="Times New Roman" w:eastAsia="宋体"/>
                <w:b w:val="0"/>
                <w:sz w:val="21"/>
              </w:rPr>
              <w:t>200</w:t>
            </w:r>
          </w:p>
        </w:tc>
        <w:tc>
          <w:tcPr>
            <w:tcW w:type="dxa" w:w="2158"/>
          </w:tcPr>
          <w:p>
            <w:pPr>
              <w:spacing w:after="20" w:before="20"/>
            </w:pPr>
            <w:r/>
            <w:r>
              <w:rPr>
                <w:rFonts w:ascii="Times New Roman" w:hAnsi="Times New Roman" w:eastAsia="宋体"/>
                <w:b w:val="0"/>
                <w:sz w:val="21"/>
              </w:rPr>
              <w:t>姜笑寒</w:t>
            </w:r>
          </w:p>
        </w:tc>
        <w:tc>
          <w:tcPr>
            <w:tcW w:type="dxa" w:w="2158"/>
          </w:tcPr>
          <w:p>
            <w:pPr>
              <w:spacing w:after="20" w:before="20"/>
            </w:pPr>
            <w:r/>
            <w:r>
              <w:rPr>
                <w:rFonts w:ascii="Times New Roman" w:hAnsi="Times New Roman" w:eastAsia="宋体"/>
                <w:b w:val="0"/>
                <w:sz w:val="21"/>
              </w:rPr>
              <w:t>设计学院</w:t>
            </w:r>
          </w:p>
        </w:tc>
        <w:tc>
          <w:tcPr>
            <w:tcW w:type="dxa" w:w="2158"/>
          </w:tcPr>
          <w:p>
            <w:pPr>
              <w:spacing w:after="20" w:before="20"/>
            </w:pPr>
            <w:r/>
            <w:r>
              <w:rPr>
                <w:rFonts w:ascii="Times New Roman" w:hAnsi="Times New Roman" w:eastAsia="宋体"/>
                <w:b w:val="0"/>
                <w:sz w:val="21"/>
              </w:rPr>
              <w:t>20文本艺术与传达设计研究</w:t>
            </w:r>
          </w:p>
        </w:tc>
      </w:tr>
      <w:tr>
        <w:tc>
          <w:tcPr>
            <w:tcW w:type="dxa" w:w="2158"/>
          </w:tcPr>
          <w:p>
            <w:pPr>
              <w:spacing w:after="20" w:before="20"/>
            </w:pPr>
            <w:r/>
            <w:r>
              <w:rPr>
                <w:rFonts w:ascii="Times New Roman" w:hAnsi="Times New Roman" w:eastAsia="宋体"/>
                <w:b w:val="0"/>
                <w:sz w:val="21"/>
              </w:rPr>
              <w:t>201</w:t>
            </w:r>
          </w:p>
        </w:tc>
        <w:tc>
          <w:tcPr>
            <w:tcW w:type="dxa" w:w="2158"/>
          </w:tcPr>
          <w:p>
            <w:pPr>
              <w:spacing w:after="20" w:before="20"/>
            </w:pPr>
            <w:r/>
            <w:r>
              <w:rPr>
                <w:rFonts w:ascii="Times New Roman" w:hAnsi="Times New Roman" w:eastAsia="宋体"/>
                <w:b w:val="0"/>
                <w:sz w:val="21"/>
              </w:rPr>
              <w:t>张齐芮</w:t>
            </w:r>
          </w:p>
        </w:tc>
        <w:tc>
          <w:tcPr>
            <w:tcW w:type="dxa" w:w="2158"/>
          </w:tcPr>
          <w:p>
            <w:pPr>
              <w:spacing w:after="20" w:before="20"/>
            </w:pPr>
            <w:r/>
            <w:r>
              <w:rPr>
                <w:rFonts w:ascii="Times New Roman" w:hAnsi="Times New Roman" w:eastAsia="宋体"/>
                <w:b w:val="0"/>
                <w:sz w:val="21"/>
              </w:rPr>
              <w:t>书法学院</w:t>
            </w:r>
          </w:p>
        </w:tc>
        <w:tc>
          <w:tcPr>
            <w:tcW w:type="dxa" w:w="2158"/>
          </w:tcPr>
          <w:p>
            <w:pPr>
              <w:spacing w:after="20" w:before="20"/>
            </w:pPr>
            <w:r/>
            <w:r>
              <w:rPr>
                <w:rFonts w:ascii="Times New Roman" w:hAnsi="Times New Roman" w:eastAsia="宋体"/>
                <w:b w:val="0"/>
                <w:sz w:val="21"/>
              </w:rPr>
              <w:t>01“书画印”创作研究</w:t>
            </w:r>
          </w:p>
        </w:tc>
      </w:tr>
      <w:tr>
        <w:tc>
          <w:tcPr>
            <w:tcW w:type="dxa" w:w="2158"/>
          </w:tcPr>
          <w:p>
            <w:pPr>
              <w:spacing w:after="20" w:before="20"/>
            </w:pPr>
            <w:r/>
            <w:r>
              <w:rPr>
                <w:rFonts w:ascii="Times New Roman" w:hAnsi="Times New Roman" w:eastAsia="宋体"/>
                <w:b w:val="0"/>
                <w:sz w:val="21"/>
              </w:rPr>
              <w:t>202</w:t>
            </w:r>
          </w:p>
        </w:tc>
        <w:tc>
          <w:tcPr>
            <w:tcW w:type="dxa" w:w="2158"/>
          </w:tcPr>
          <w:p>
            <w:pPr>
              <w:spacing w:after="20" w:before="20"/>
            </w:pPr>
            <w:r/>
            <w:r>
              <w:rPr>
                <w:rFonts w:ascii="Times New Roman" w:hAnsi="Times New Roman" w:eastAsia="宋体"/>
                <w:b w:val="0"/>
                <w:sz w:val="21"/>
              </w:rPr>
              <w:t>归格格</w:t>
            </w:r>
          </w:p>
        </w:tc>
        <w:tc>
          <w:tcPr>
            <w:tcW w:type="dxa" w:w="2158"/>
          </w:tcPr>
          <w:p>
            <w:pPr>
              <w:spacing w:after="20" w:before="20"/>
            </w:pPr>
            <w:r/>
            <w:r>
              <w:rPr>
                <w:rFonts w:ascii="Times New Roman" w:hAnsi="Times New Roman" w:eastAsia="宋体"/>
                <w:b w:val="0"/>
                <w:sz w:val="21"/>
              </w:rPr>
              <w:t>城市设计学院</w:t>
            </w:r>
          </w:p>
        </w:tc>
        <w:tc>
          <w:tcPr>
            <w:tcW w:type="dxa" w:w="2158"/>
          </w:tcPr>
          <w:p>
            <w:pPr>
              <w:spacing w:after="20" w:before="20"/>
            </w:pPr>
            <w:r/>
            <w:r>
              <w:rPr>
                <w:rFonts w:ascii="Times New Roman" w:hAnsi="Times New Roman" w:eastAsia="宋体"/>
                <w:b w:val="0"/>
                <w:sz w:val="21"/>
              </w:rPr>
              <w:t>04绘本创作研究</w:t>
            </w:r>
          </w:p>
        </w:tc>
      </w:tr>
      <w:tr>
        <w:tc>
          <w:tcPr>
            <w:tcW w:type="dxa" w:w="2158"/>
          </w:tcPr>
          <w:p>
            <w:pPr>
              <w:spacing w:after="20" w:before="20"/>
            </w:pPr>
            <w:r/>
            <w:r>
              <w:rPr>
                <w:rFonts w:ascii="Times New Roman" w:hAnsi="Times New Roman" w:eastAsia="宋体"/>
                <w:b w:val="0"/>
                <w:sz w:val="21"/>
              </w:rPr>
              <w:t>203</w:t>
            </w:r>
          </w:p>
        </w:tc>
        <w:tc>
          <w:tcPr>
            <w:tcW w:type="dxa" w:w="2158"/>
          </w:tcPr>
          <w:p>
            <w:pPr>
              <w:spacing w:after="20" w:before="20"/>
            </w:pPr>
            <w:r/>
            <w:r>
              <w:rPr>
                <w:rFonts w:ascii="Times New Roman" w:hAnsi="Times New Roman" w:eastAsia="宋体"/>
                <w:b w:val="0"/>
                <w:sz w:val="21"/>
              </w:rPr>
              <w:t>冯咏玲</w:t>
            </w:r>
          </w:p>
        </w:tc>
        <w:tc>
          <w:tcPr>
            <w:tcW w:type="dxa" w:w="2158"/>
          </w:tcPr>
          <w:p>
            <w:pPr>
              <w:spacing w:after="20" w:before="20"/>
            </w:pPr>
            <w:r/>
            <w:r>
              <w:rPr>
                <w:rFonts w:ascii="Times New Roman" w:hAnsi="Times New Roman" w:eastAsia="宋体"/>
                <w:b w:val="0"/>
                <w:sz w:val="21"/>
              </w:rPr>
              <w:t>建筑学院</w:t>
            </w:r>
          </w:p>
        </w:tc>
        <w:tc>
          <w:tcPr>
            <w:tcW w:type="dxa" w:w="2158"/>
          </w:tcPr>
          <w:p>
            <w:pPr>
              <w:spacing w:after="20" w:before="20"/>
            </w:pPr>
            <w:r/>
            <w:r>
              <w:rPr>
                <w:rFonts w:ascii="Times New Roman" w:hAnsi="Times New Roman" w:eastAsia="宋体"/>
                <w:b w:val="0"/>
                <w:sz w:val="21"/>
              </w:rPr>
              <w:t>01建筑学</w:t>
            </w:r>
          </w:p>
        </w:tc>
      </w:tr>
    </w:tbl>
    <w:p>
      <w:pPr>
        <w:spacing w:before="160" w:after="80" w:lineRule="auto" w:line="360"/>
        <w:jc w:val="left"/>
      </w:pPr>
      <w:r>
        <w:rPr>
          <w:rFonts w:ascii="Times New Roman" w:hAnsi="Times New Roman" w:eastAsia="宋体"/>
          <w:b/>
          <w:sz w:val="28"/>
        </w:rPr>
        <w:t>九、名单说明</w:t>
      </w:r>
    </w:p>
    <w:p>
      <w:pPr>
        <w:spacing w:after="80" w:lineRule="auto" w:line="360"/>
        <w:ind w:firstLine="482"/>
        <w:jc w:val="both"/>
      </w:pPr>
      <w:r>
        <w:rPr>
          <w:rFonts w:ascii="Times New Roman" w:hAnsi="Times New Roman" w:eastAsia="宋体"/>
          <w:b w:val="0"/>
          <w:sz w:val="24"/>
        </w:rPr>
        <w:t>1. 本段名单共 9 人，序号自 195 起至 203 止。</w:t>
      </w:r>
    </w:p>
    <w:p>
      <w:pPr>
        <w:spacing w:after="80" w:lineRule="auto" w:line="360"/>
        <w:ind w:firstLine="482"/>
        <w:jc w:val="both"/>
      </w:pPr>
      <w:r>
        <w:rPr>
          <w:rFonts w:ascii="Times New Roman" w:hAnsi="Times New Roman" w:eastAsia="宋体"/>
          <w:b w:val="0"/>
          <w:sz w:val="24"/>
        </w:rPr>
        <w:t>2. 涉及学院 4 个：书法学院（6 人）、设计学院（1 人）、城市设计学院（1 人）、建筑学院（1 人）。</w:t>
      </w:r>
    </w:p>
    <w:p>
      <w:pPr>
        <w:spacing w:after="80" w:lineRule="auto" w:line="360"/>
        <w:ind w:firstLine="482"/>
        <w:jc w:val="both"/>
      </w:pPr>
      <w:r>
        <w:rPr>
          <w:rFonts w:ascii="Times New Roman" w:hAnsi="Times New Roman" w:eastAsia="宋体"/>
          <w:b w:val="0"/>
          <w:sz w:val="24"/>
        </w:rPr>
        <w:t>3. 专业/研究方向共 8 个：01“书画印”创作研究（2 人）、02“书画印”创作研究（1 人）、04书法形式美研究（1 人）、05书法艺术研究（1 人）、06中国书法展示与创新（1 人）、20文本艺术与传达设计研究（1 人）、04绘本创作研究（1 人）、01建筑学（1 人）。</w:t>
      </w:r>
    </w:p>
    <w:p>
      <w:pPr>
        <w:spacing w:before="160" w:after="80" w:lineRule="auto" w:line="360"/>
        <w:jc w:val="left"/>
      </w:pPr>
      <w:r>
        <w:rPr>
          <w:rFonts w:ascii="Times New Roman" w:hAnsi="Times New Roman" w:eastAsia="宋体"/>
          <w:b/>
          <w:sz w:val="28"/>
        </w:rPr>
        <w:t>十、其他信息</w:t>
      </w:r>
    </w:p>
    <w:p>
      <w:pPr>
        <w:spacing w:after="80" w:lineRule="auto" w:line="360"/>
        <w:ind w:firstLine="482"/>
        <w:jc w:val="both"/>
      </w:pPr>
      <w:r>
        <w:rPr>
          <w:rFonts w:ascii="Times New Roman" w:hAnsi="Times New Roman" w:eastAsia="宋体"/>
          <w:b w:val="0"/>
          <w:sz w:val="24"/>
        </w:rPr>
        <w:t>1. 本段内容位于第 12 页，共 12 页。</w:t>
      </w:r>
    </w:p>
    <w:p>
      <w:pPr>
        <w:spacing w:after="80" w:lineRule="auto" w:line="360"/>
        <w:ind w:firstLine="482"/>
        <w:jc w:val="both"/>
      </w:pPr>
      <w:r>
        <w:rPr>
          <w:rFonts w:ascii="Times New Roman" w:hAnsi="Times New Roman" w:eastAsia="宋体"/>
          <w:b w:val="0"/>
          <w:sz w:val="24"/>
        </w:rPr>
        <w:t>2. 原文未包含排名/评分方式及公示期信息。</w:t>
      </w:r>
    </w:p>
    <w:p>
      <w:pPr>
        <w:spacing w:before="160" w:after="80" w:lineRule="auto" w:line="360"/>
        <w:jc w:val="left"/>
      </w:pPr>
      <w:r>
        <w:rPr>
          <w:rFonts w:ascii="Times New Roman" w:hAnsi="Times New Roman" w:eastAsia="宋体"/>
          <w:b/>
          <w:sz w:val="28"/>
        </w:rPr>
        <w:t>九、名单信息</w:t>
      </w:r>
    </w:p>
    <w:p>
      <w:pPr>
        <w:spacing w:after="80" w:lineRule="auto" w:line="360"/>
        <w:ind w:firstLine="482"/>
        <w:jc w:val="both"/>
      </w:pPr>
      <w:r>
        <w:rPr>
          <w:rFonts w:ascii="Times New Roman" w:hAnsi="Times New Roman" w:eastAsia="宋体"/>
          <w:b w:val="0"/>
          <w:sz w:val="24"/>
        </w:rPr>
        <w:t>本段为中国人民大学美育研究院青少年美育相关推免名单，共涉及 9 人，序号为 195 至 203。</w:t>
      </w:r>
    </w:p>
    <w:p>
      <w:pPr>
        <w:spacing w:before="160" w:after="80" w:lineRule="auto" w:line="360"/>
        <w:jc w:val="left"/>
      </w:pPr>
      <w:r>
        <w:rPr>
          <w:rFonts w:ascii="Times New Roman" w:hAnsi="Times New Roman" w:eastAsia="宋体"/>
          <w:b/>
          <w:sz w:val="28"/>
        </w:rPr>
        <w:t>十、人员明细</w:t>
      </w:r>
    </w:p>
    <w:tbl>
      <w:tblPr>
        <w:tblStyle w:val="TableGrid"/>
        <w:tblW w:type="auto" w:w="0"/>
        <w:jc w:val="center"/>
        <w:tblLook w:firstColumn="1" w:firstRow="1" w:lastColumn="0" w:lastRow="0" w:noHBand="0" w:noVBand="1" w:val="04A0"/>
      </w:tblPr>
      <w:tblGrid>
        <w:gridCol w:w="2158"/>
        <w:gridCol w:w="2158"/>
        <w:gridCol w:w="2158"/>
        <w:gridCol w:w="2158"/>
      </w:tblGrid>
      <w:tr>
        <w:tc>
          <w:tcPr>
            <w:tcW w:type="dxa" w:w="2158"/>
          </w:tcPr>
          <w:p>
            <w:pPr>
              <w:spacing w:after="20" w:before="20"/>
            </w:pPr>
            <w:r/>
            <w:r>
              <w:rPr>
                <w:rFonts w:ascii="Times New Roman" w:hAnsi="Times New Roman" w:eastAsia="宋体"/>
                <w:b/>
                <w:sz w:val="21"/>
              </w:rPr>
              <w:t>序号</w:t>
            </w:r>
          </w:p>
        </w:tc>
        <w:tc>
          <w:tcPr>
            <w:tcW w:type="dxa" w:w="2158"/>
          </w:tcPr>
          <w:p>
            <w:pPr>
              <w:spacing w:after="20" w:before="20"/>
            </w:pPr>
            <w:r/>
            <w:r>
              <w:rPr>
                <w:rFonts w:ascii="Times New Roman" w:hAnsi="Times New Roman" w:eastAsia="宋体"/>
                <w:b/>
                <w:sz w:val="21"/>
              </w:rPr>
              <w:t>姓名</w:t>
            </w:r>
          </w:p>
        </w:tc>
        <w:tc>
          <w:tcPr>
            <w:tcW w:type="dxa" w:w="2158"/>
          </w:tcPr>
          <w:p>
            <w:pPr>
              <w:spacing w:after="20" w:before="20"/>
            </w:pPr>
            <w:r/>
            <w:r>
              <w:rPr>
                <w:rFonts w:ascii="Times New Roman" w:hAnsi="Times New Roman" w:eastAsia="宋体"/>
                <w:b/>
                <w:sz w:val="21"/>
              </w:rPr>
              <w:t>学院</w:t>
            </w:r>
          </w:p>
        </w:tc>
        <w:tc>
          <w:tcPr>
            <w:tcW w:type="dxa" w:w="2158"/>
          </w:tcPr>
          <w:p>
            <w:pPr>
              <w:spacing w:after="20" w:before="20"/>
            </w:pPr>
            <w:r/>
            <w:r>
              <w:rPr>
                <w:rFonts w:ascii="Times New Roman" w:hAnsi="Times New Roman" w:eastAsia="宋体"/>
                <w:b/>
                <w:sz w:val="21"/>
              </w:rPr>
              <w:t>专业/研究方向</w:t>
            </w:r>
          </w:p>
        </w:tc>
      </w:tr>
      <w:tr>
        <w:tc>
          <w:tcPr>
            <w:tcW w:type="dxa" w:w="2158"/>
          </w:tcPr>
          <w:p>
            <w:pPr>
              <w:spacing w:after="20" w:before="20"/>
            </w:pPr>
            <w:r/>
            <w:r>
              <w:rPr>
                <w:rFonts w:ascii="Times New Roman" w:hAnsi="Times New Roman" w:eastAsia="宋体"/>
                <w:b w:val="0"/>
                <w:sz w:val="21"/>
              </w:rPr>
              <w:t>195</w:t>
            </w:r>
          </w:p>
        </w:tc>
        <w:tc>
          <w:tcPr>
            <w:tcW w:type="dxa" w:w="2158"/>
          </w:tcPr>
          <w:p>
            <w:pPr>
              <w:spacing w:after="20" w:before="20"/>
            </w:pPr>
            <w:r/>
            <w:r>
              <w:rPr>
                <w:rFonts w:ascii="Times New Roman" w:hAnsi="Times New Roman" w:eastAsia="宋体"/>
                <w:b w:val="0"/>
                <w:sz w:val="21"/>
              </w:rPr>
              <w:t>赵明宇</w:t>
            </w:r>
          </w:p>
        </w:tc>
        <w:tc>
          <w:tcPr>
            <w:tcW w:type="dxa" w:w="2158"/>
          </w:tcPr>
          <w:p>
            <w:pPr>
              <w:spacing w:after="20" w:before="20"/>
            </w:pPr>
            <w:r/>
            <w:r>
              <w:rPr>
                <w:rFonts w:ascii="Times New Roman" w:hAnsi="Times New Roman" w:eastAsia="宋体"/>
                <w:b w:val="0"/>
                <w:sz w:val="21"/>
              </w:rPr>
              <w:t>书法学院</w:t>
            </w:r>
          </w:p>
        </w:tc>
        <w:tc>
          <w:tcPr>
            <w:tcW w:type="dxa" w:w="2158"/>
          </w:tcPr>
          <w:p>
            <w:pPr>
              <w:spacing w:after="20" w:before="20"/>
            </w:pPr>
            <w:r/>
            <w:r>
              <w:rPr>
                <w:rFonts w:ascii="Times New Roman" w:hAnsi="Times New Roman" w:eastAsia="宋体"/>
                <w:b w:val="0"/>
                <w:sz w:val="21"/>
              </w:rPr>
              <w:t>01“书画印”创作研究</w:t>
            </w:r>
          </w:p>
        </w:tc>
      </w:tr>
      <w:tr>
        <w:tc>
          <w:tcPr>
            <w:tcW w:type="dxa" w:w="2158"/>
          </w:tcPr>
          <w:p>
            <w:pPr>
              <w:spacing w:after="20" w:before="20"/>
            </w:pPr>
            <w:r/>
            <w:r>
              <w:rPr>
                <w:rFonts w:ascii="Times New Roman" w:hAnsi="Times New Roman" w:eastAsia="宋体"/>
                <w:b w:val="0"/>
                <w:sz w:val="21"/>
              </w:rPr>
              <w:t>196</w:t>
            </w:r>
          </w:p>
        </w:tc>
        <w:tc>
          <w:tcPr>
            <w:tcW w:type="dxa" w:w="2158"/>
          </w:tcPr>
          <w:p>
            <w:pPr>
              <w:spacing w:after="20" w:before="20"/>
            </w:pPr>
            <w:r/>
            <w:r>
              <w:rPr>
                <w:rFonts w:ascii="Times New Roman" w:hAnsi="Times New Roman" w:eastAsia="宋体"/>
                <w:b w:val="0"/>
                <w:sz w:val="21"/>
              </w:rPr>
              <w:t>谭若烨</w:t>
            </w:r>
          </w:p>
        </w:tc>
        <w:tc>
          <w:tcPr>
            <w:tcW w:type="dxa" w:w="2158"/>
          </w:tcPr>
          <w:p>
            <w:pPr>
              <w:spacing w:after="20" w:before="20"/>
            </w:pPr>
            <w:r/>
            <w:r>
              <w:rPr>
                <w:rFonts w:ascii="Times New Roman" w:hAnsi="Times New Roman" w:eastAsia="宋体"/>
                <w:b w:val="0"/>
                <w:sz w:val="21"/>
              </w:rPr>
              <w:t>书法学院</w:t>
            </w:r>
          </w:p>
        </w:tc>
        <w:tc>
          <w:tcPr>
            <w:tcW w:type="dxa" w:w="2158"/>
          </w:tcPr>
          <w:p>
            <w:pPr>
              <w:spacing w:after="20" w:before="20"/>
            </w:pPr>
            <w:r/>
            <w:r>
              <w:rPr>
                <w:rFonts w:ascii="Times New Roman" w:hAnsi="Times New Roman" w:eastAsia="宋体"/>
                <w:b w:val="0"/>
                <w:sz w:val="21"/>
              </w:rPr>
              <w:t>02“书画印”创作研究</w:t>
            </w:r>
          </w:p>
        </w:tc>
      </w:tr>
      <w:tr>
        <w:tc>
          <w:tcPr>
            <w:tcW w:type="dxa" w:w="2158"/>
          </w:tcPr>
          <w:p>
            <w:pPr>
              <w:spacing w:after="20" w:before="20"/>
            </w:pPr>
            <w:r/>
            <w:r>
              <w:rPr>
                <w:rFonts w:ascii="Times New Roman" w:hAnsi="Times New Roman" w:eastAsia="宋体"/>
                <w:b w:val="0"/>
                <w:sz w:val="21"/>
              </w:rPr>
              <w:t>197</w:t>
            </w:r>
          </w:p>
        </w:tc>
        <w:tc>
          <w:tcPr>
            <w:tcW w:type="dxa" w:w="2158"/>
          </w:tcPr>
          <w:p>
            <w:pPr>
              <w:spacing w:after="20" w:before="20"/>
            </w:pPr>
            <w:r/>
            <w:r>
              <w:rPr>
                <w:rFonts w:ascii="Times New Roman" w:hAnsi="Times New Roman" w:eastAsia="宋体"/>
                <w:b w:val="0"/>
                <w:sz w:val="21"/>
              </w:rPr>
              <w:t>林涵</w:t>
            </w:r>
          </w:p>
        </w:tc>
        <w:tc>
          <w:tcPr>
            <w:tcW w:type="dxa" w:w="2158"/>
          </w:tcPr>
          <w:p>
            <w:pPr>
              <w:spacing w:after="20" w:before="20"/>
            </w:pPr>
            <w:r/>
            <w:r>
              <w:rPr>
                <w:rFonts w:ascii="Times New Roman" w:hAnsi="Times New Roman" w:eastAsia="宋体"/>
                <w:b w:val="0"/>
                <w:sz w:val="21"/>
              </w:rPr>
              <w:t>书法学院</w:t>
            </w:r>
          </w:p>
        </w:tc>
        <w:tc>
          <w:tcPr>
            <w:tcW w:type="dxa" w:w="2158"/>
          </w:tcPr>
          <w:p>
            <w:pPr>
              <w:spacing w:after="20" w:before="20"/>
            </w:pPr>
            <w:r/>
            <w:r>
              <w:rPr>
                <w:rFonts w:ascii="Times New Roman" w:hAnsi="Times New Roman" w:eastAsia="宋体"/>
                <w:b w:val="0"/>
                <w:sz w:val="21"/>
              </w:rPr>
              <w:t>04书法形式美研究</w:t>
            </w:r>
          </w:p>
        </w:tc>
      </w:tr>
      <w:tr>
        <w:tc>
          <w:tcPr>
            <w:tcW w:type="dxa" w:w="2158"/>
          </w:tcPr>
          <w:p>
            <w:pPr>
              <w:spacing w:after="20" w:before="20"/>
            </w:pPr>
            <w:r/>
            <w:r>
              <w:rPr>
                <w:rFonts w:ascii="Times New Roman" w:hAnsi="Times New Roman" w:eastAsia="宋体"/>
                <w:b w:val="0"/>
                <w:sz w:val="21"/>
              </w:rPr>
              <w:t>198</w:t>
            </w:r>
          </w:p>
        </w:tc>
        <w:tc>
          <w:tcPr>
            <w:tcW w:type="dxa" w:w="2158"/>
          </w:tcPr>
          <w:p>
            <w:pPr>
              <w:spacing w:after="20" w:before="20"/>
            </w:pPr>
            <w:r/>
            <w:r>
              <w:rPr>
                <w:rFonts w:ascii="Times New Roman" w:hAnsi="Times New Roman" w:eastAsia="宋体"/>
                <w:b w:val="0"/>
                <w:sz w:val="21"/>
              </w:rPr>
              <w:t>钟滢琦</w:t>
            </w:r>
          </w:p>
        </w:tc>
        <w:tc>
          <w:tcPr>
            <w:tcW w:type="dxa" w:w="2158"/>
          </w:tcPr>
          <w:p>
            <w:pPr>
              <w:spacing w:after="20" w:before="20"/>
            </w:pPr>
            <w:r/>
            <w:r>
              <w:rPr>
                <w:rFonts w:ascii="Times New Roman" w:hAnsi="Times New Roman" w:eastAsia="宋体"/>
                <w:b w:val="0"/>
                <w:sz w:val="21"/>
              </w:rPr>
              <w:t>书法学院</w:t>
            </w:r>
          </w:p>
        </w:tc>
        <w:tc>
          <w:tcPr>
            <w:tcW w:type="dxa" w:w="2158"/>
          </w:tcPr>
          <w:p>
            <w:pPr>
              <w:spacing w:after="20" w:before="20"/>
            </w:pPr>
            <w:r/>
            <w:r>
              <w:rPr>
                <w:rFonts w:ascii="Times New Roman" w:hAnsi="Times New Roman" w:eastAsia="宋体"/>
                <w:b w:val="0"/>
                <w:sz w:val="21"/>
              </w:rPr>
              <w:t>05书法艺术研究</w:t>
            </w:r>
          </w:p>
        </w:tc>
      </w:tr>
      <w:tr>
        <w:tc>
          <w:tcPr>
            <w:tcW w:type="dxa" w:w="2158"/>
          </w:tcPr>
          <w:p>
            <w:pPr>
              <w:spacing w:after="20" w:before="20"/>
            </w:pPr>
            <w:r/>
            <w:r>
              <w:rPr>
                <w:rFonts w:ascii="Times New Roman" w:hAnsi="Times New Roman" w:eastAsia="宋体"/>
                <w:b w:val="0"/>
                <w:sz w:val="21"/>
              </w:rPr>
              <w:t>199</w:t>
            </w:r>
          </w:p>
        </w:tc>
        <w:tc>
          <w:tcPr>
            <w:tcW w:type="dxa" w:w="2158"/>
          </w:tcPr>
          <w:p>
            <w:pPr>
              <w:spacing w:after="20" w:before="20"/>
            </w:pPr>
            <w:r/>
            <w:r>
              <w:rPr>
                <w:rFonts w:ascii="Times New Roman" w:hAnsi="Times New Roman" w:eastAsia="宋体"/>
                <w:b w:val="0"/>
                <w:sz w:val="21"/>
              </w:rPr>
              <w:t>崔梓慧</w:t>
            </w:r>
          </w:p>
        </w:tc>
        <w:tc>
          <w:tcPr>
            <w:tcW w:type="dxa" w:w="2158"/>
          </w:tcPr>
          <w:p>
            <w:pPr>
              <w:spacing w:after="20" w:before="20"/>
            </w:pPr>
            <w:r/>
            <w:r>
              <w:rPr>
                <w:rFonts w:ascii="Times New Roman" w:hAnsi="Times New Roman" w:eastAsia="宋体"/>
                <w:b w:val="0"/>
                <w:sz w:val="21"/>
              </w:rPr>
              <w:t>书法学院</w:t>
            </w:r>
          </w:p>
        </w:tc>
        <w:tc>
          <w:tcPr>
            <w:tcW w:type="dxa" w:w="2158"/>
          </w:tcPr>
          <w:p>
            <w:pPr>
              <w:spacing w:after="20" w:before="20"/>
            </w:pPr>
            <w:r/>
            <w:r>
              <w:rPr>
                <w:rFonts w:ascii="Times New Roman" w:hAnsi="Times New Roman" w:eastAsia="宋体"/>
                <w:b w:val="0"/>
                <w:sz w:val="21"/>
              </w:rPr>
              <w:t>06中国书法展示与创新</w:t>
            </w:r>
          </w:p>
        </w:tc>
      </w:tr>
      <w:tr>
        <w:tc>
          <w:tcPr>
            <w:tcW w:type="dxa" w:w="2158"/>
          </w:tcPr>
          <w:p>
            <w:pPr>
              <w:spacing w:after="20" w:before="20"/>
            </w:pPr>
            <w:r/>
            <w:r>
              <w:rPr>
                <w:rFonts w:ascii="Times New Roman" w:hAnsi="Times New Roman" w:eastAsia="宋体"/>
                <w:b w:val="0"/>
                <w:sz w:val="21"/>
              </w:rPr>
              <w:t>200</w:t>
            </w:r>
          </w:p>
        </w:tc>
        <w:tc>
          <w:tcPr>
            <w:tcW w:type="dxa" w:w="2158"/>
          </w:tcPr>
          <w:p>
            <w:pPr>
              <w:spacing w:after="20" w:before="20"/>
            </w:pPr>
            <w:r/>
            <w:r>
              <w:rPr>
                <w:rFonts w:ascii="Times New Roman" w:hAnsi="Times New Roman" w:eastAsia="宋体"/>
                <w:b w:val="0"/>
                <w:sz w:val="21"/>
              </w:rPr>
              <w:t>姜笑寒</w:t>
            </w:r>
          </w:p>
        </w:tc>
        <w:tc>
          <w:tcPr>
            <w:tcW w:type="dxa" w:w="2158"/>
          </w:tcPr>
          <w:p>
            <w:pPr>
              <w:spacing w:after="20" w:before="20"/>
            </w:pPr>
            <w:r/>
            <w:r>
              <w:rPr>
                <w:rFonts w:ascii="Times New Roman" w:hAnsi="Times New Roman" w:eastAsia="宋体"/>
                <w:b w:val="0"/>
                <w:sz w:val="21"/>
              </w:rPr>
              <w:t>设计学院</w:t>
            </w:r>
          </w:p>
        </w:tc>
        <w:tc>
          <w:tcPr>
            <w:tcW w:type="dxa" w:w="2158"/>
          </w:tcPr>
          <w:p>
            <w:pPr>
              <w:spacing w:after="20" w:before="20"/>
            </w:pPr>
            <w:r/>
            <w:r>
              <w:rPr>
                <w:rFonts w:ascii="Times New Roman" w:hAnsi="Times New Roman" w:eastAsia="宋体"/>
                <w:b w:val="0"/>
                <w:sz w:val="21"/>
              </w:rPr>
              <w:t>20文本艺术与传达设计研究</w:t>
            </w:r>
          </w:p>
        </w:tc>
      </w:tr>
      <w:tr>
        <w:tc>
          <w:tcPr>
            <w:tcW w:type="dxa" w:w="2158"/>
          </w:tcPr>
          <w:p>
            <w:pPr>
              <w:spacing w:after="20" w:before="20"/>
            </w:pPr>
            <w:r/>
            <w:r>
              <w:rPr>
                <w:rFonts w:ascii="Times New Roman" w:hAnsi="Times New Roman" w:eastAsia="宋体"/>
                <w:b w:val="0"/>
                <w:sz w:val="21"/>
              </w:rPr>
              <w:t>201</w:t>
            </w:r>
          </w:p>
        </w:tc>
        <w:tc>
          <w:tcPr>
            <w:tcW w:type="dxa" w:w="2158"/>
          </w:tcPr>
          <w:p>
            <w:pPr>
              <w:spacing w:after="20" w:before="20"/>
            </w:pPr>
            <w:r/>
            <w:r>
              <w:rPr>
                <w:rFonts w:ascii="Times New Roman" w:hAnsi="Times New Roman" w:eastAsia="宋体"/>
                <w:b w:val="0"/>
                <w:sz w:val="21"/>
              </w:rPr>
              <w:t>张齐芮</w:t>
            </w:r>
          </w:p>
        </w:tc>
        <w:tc>
          <w:tcPr>
            <w:tcW w:type="dxa" w:w="2158"/>
          </w:tcPr>
          <w:p>
            <w:pPr>
              <w:spacing w:after="20" w:before="20"/>
            </w:pPr>
            <w:r/>
            <w:r>
              <w:rPr>
                <w:rFonts w:ascii="Times New Roman" w:hAnsi="Times New Roman" w:eastAsia="宋体"/>
                <w:b w:val="0"/>
                <w:sz w:val="21"/>
              </w:rPr>
              <w:t>书法学院</w:t>
            </w:r>
          </w:p>
        </w:tc>
        <w:tc>
          <w:tcPr>
            <w:tcW w:type="dxa" w:w="2158"/>
          </w:tcPr>
          <w:p>
            <w:pPr>
              <w:spacing w:after="20" w:before="20"/>
            </w:pPr>
            <w:r/>
            <w:r>
              <w:rPr>
                <w:rFonts w:ascii="Times New Roman" w:hAnsi="Times New Roman" w:eastAsia="宋体"/>
                <w:b w:val="0"/>
                <w:sz w:val="21"/>
              </w:rPr>
              <w:t>01“书画印”创作研究</w:t>
            </w:r>
          </w:p>
        </w:tc>
      </w:tr>
      <w:tr>
        <w:tc>
          <w:tcPr>
            <w:tcW w:type="dxa" w:w="2158"/>
          </w:tcPr>
          <w:p>
            <w:pPr>
              <w:spacing w:after="20" w:before="20"/>
            </w:pPr>
            <w:r/>
            <w:r>
              <w:rPr>
                <w:rFonts w:ascii="Times New Roman" w:hAnsi="Times New Roman" w:eastAsia="宋体"/>
                <w:b w:val="0"/>
                <w:sz w:val="21"/>
              </w:rPr>
              <w:t>202</w:t>
            </w:r>
          </w:p>
        </w:tc>
        <w:tc>
          <w:tcPr>
            <w:tcW w:type="dxa" w:w="2158"/>
          </w:tcPr>
          <w:p>
            <w:pPr>
              <w:spacing w:after="20" w:before="20"/>
            </w:pPr>
            <w:r/>
            <w:r>
              <w:rPr>
                <w:rFonts w:ascii="Times New Roman" w:hAnsi="Times New Roman" w:eastAsia="宋体"/>
                <w:b w:val="0"/>
                <w:sz w:val="21"/>
              </w:rPr>
              <w:t>归格格</w:t>
            </w:r>
          </w:p>
        </w:tc>
        <w:tc>
          <w:tcPr>
            <w:tcW w:type="dxa" w:w="2158"/>
          </w:tcPr>
          <w:p>
            <w:pPr>
              <w:spacing w:after="20" w:before="20"/>
            </w:pPr>
            <w:r/>
            <w:r>
              <w:rPr>
                <w:rFonts w:ascii="Times New Roman" w:hAnsi="Times New Roman" w:eastAsia="宋体"/>
                <w:b w:val="0"/>
                <w:sz w:val="21"/>
              </w:rPr>
              <w:t>城市设计学院</w:t>
            </w:r>
          </w:p>
        </w:tc>
        <w:tc>
          <w:tcPr>
            <w:tcW w:type="dxa" w:w="2158"/>
          </w:tcPr>
          <w:p>
            <w:pPr>
              <w:spacing w:after="20" w:before="20"/>
            </w:pPr>
            <w:r/>
            <w:r>
              <w:rPr>
                <w:rFonts w:ascii="Times New Roman" w:hAnsi="Times New Roman" w:eastAsia="宋体"/>
                <w:b w:val="0"/>
                <w:sz w:val="21"/>
              </w:rPr>
              <w:t>04绘本创作研究</w:t>
            </w:r>
          </w:p>
        </w:tc>
      </w:tr>
      <w:tr>
        <w:tc>
          <w:tcPr>
            <w:tcW w:type="dxa" w:w="2158"/>
          </w:tcPr>
          <w:p>
            <w:pPr>
              <w:spacing w:after="20" w:before="20"/>
            </w:pPr>
            <w:r/>
            <w:r>
              <w:rPr>
                <w:rFonts w:ascii="Times New Roman" w:hAnsi="Times New Roman" w:eastAsia="宋体"/>
                <w:b w:val="0"/>
                <w:sz w:val="21"/>
              </w:rPr>
              <w:t>203</w:t>
            </w:r>
          </w:p>
        </w:tc>
        <w:tc>
          <w:tcPr>
            <w:tcW w:type="dxa" w:w="2158"/>
          </w:tcPr>
          <w:p>
            <w:pPr>
              <w:spacing w:after="20" w:before="20"/>
            </w:pPr>
            <w:r/>
            <w:r>
              <w:rPr>
                <w:rFonts w:ascii="Times New Roman" w:hAnsi="Times New Roman" w:eastAsia="宋体"/>
                <w:b w:val="0"/>
                <w:sz w:val="21"/>
              </w:rPr>
              <w:t>冯咏玲</w:t>
            </w:r>
          </w:p>
        </w:tc>
        <w:tc>
          <w:tcPr>
            <w:tcW w:type="dxa" w:w="2158"/>
          </w:tcPr>
          <w:p>
            <w:pPr>
              <w:spacing w:after="20" w:before="20"/>
            </w:pPr>
            <w:r/>
            <w:r>
              <w:rPr>
                <w:rFonts w:ascii="Times New Roman" w:hAnsi="Times New Roman" w:eastAsia="宋体"/>
                <w:b w:val="0"/>
                <w:sz w:val="21"/>
              </w:rPr>
              <w:t>建筑学院</w:t>
            </w:r>
          </w:p>
        </w:tc>
        <w:tc>
          <w:tcPr>
            <w:tcW w:type="dxa" w:w="2158"/>
          </w:tcPr>
          <w:p>
            <w:pPr>
              <w:spacing w:after="20" w:before="20"/>
            </w:pPr>
            <w:r/>
            <w:r>
              <w:rPr>
                <w:rFonts w:ascii="Times New Roman" w:hAnsi="Times New Roman" w:eastAsia="宋体"/>
                <w:b w:val="0"/>
                <w:sz w:val="21"/>
              </w:rPr>
              <w:t>01建筑学</w:t>
            </w:r>
          </w:p>
        </w:tc>
      </w:tr>
    </w:tbl>
    <w:p>
      <w:pPr>
        <w:spacing w:before="160" w:after="80" w:lineRule="auto" w:line="360"/>
        <w:jc w:val="left"/>
      </w:pPr>
      <w:r>
        <w:rPr>
          <w:rFonts w:ascii="Times New Roman" w:hAnsi="Times New Roman" w:eastAsia="宋体"/>
          <w:b/>
          <w:sz w:val="28"/>
        </w:rPr>
        <w:t>三、其他信息</w:t>
      </w:r>
    </w:p>
    <w:p>
      <w:pPr>
        <w:spacing w:after="80" w:lineRule="auto" w:line="360"/>
        <w:ind w:firstLine="482"/>
        <w:jc w:val="both"/>
      </w:pPr>
      <w:r>
        <w:rPr>
          <w:rFonts w:ascii="Times New Roman" w:hAnsi="Times New Roman" w:eastAsia="宋体"/>
          <w:b w:val="0"/>
          <w:sz w:val="24"/>
        </w:rPr>
        <w:t>1. 本段内容标注为“第 12 页，共 12 页”。</w:t>
      </w:r>
    </w:p>
    <w:p>
      <w:pPr>
        <w:spacing w:after="80" w:lineRule="auto" w:line="360"/>
        <w:ind w:firstLine="482"/>
        <w:jc w:val="both"/>
      </w:pPr>
      <w:r>
        <w:rPr>
          <w:rFonts w:ascii="Times New Roman" w:hAnsi="Times New Roman" w:eastAsia="宋体"/>
          <w:b w:val="0"/>
          <w:sz w:val="24"/>
        </w:rPr>
        <w:t>2. 原文未提供排名/评分方式及公示期信息。</w:t>
      </w:r>
    </w:p>
    <w:p>
      <w:pPr>
        <w:spacing w:after="80" w:lineRule="auto" w:line="360"/>
        <w:ind w:firstLine="482"/>
        <w:jc w:val="both"/>
      </w:pPr>
      <w:r>
        <w:rPr>
          <w:rFonts w:ascii="Times New Roman" w:hAnsi="Times New Roman" w:eastAsia="宋体"/>
          <w:b w:val="0"/>
          <w:sz w:val="24"/>
        </w:rPr>
        <w:t>本段为推免拟录取名单公示内容，共涉及 10 人，具体明细如下：</w:t>
      </w:r>
    </w:p>
    <w:tbl>
      <w:tblPr>
        <w:tblStyle w:val="TableGrid"/>
        <w:tblW w:type="auto" w:w="0"/>
        <w:jc w:val="center"/>
        <w:tblLook w:firstColumn="1" w:firstRow="1" w:lastColumn="0" w:lastRow="0" w:noHBand="0" w:noVBand="1" w:val="04A0"/>
      </w:tblPr>
      <w:tblGrid>
        <w:gridCol w:w="1727"/>
        <w:gridCol w:w="1727"/>
        <w:gridCol w:w="1727"/>
        <w:gridCol w:w="1727"/>
        <w:gridCol w:w="1727"/>
      </w:tblGrid>
      <w:tr>
        <w:tc>
          <w:tcPr>
            <w:tcW w:type="dxa" w:w="1727"/>
          </w:tcPr>
          <w:p>
            <w:pPr>
              <w:spacing w:after="20" w:before="20"/>
            </w:pPr>
            <w:r/>
            <w:r>
              <w:rPr>
                <w:rFonts w:ascii="Times New Roman" w:hAnsi="Times New Roman" w:eastAsia="宋体"/>
                <w:b/>
                <w:sz w:val="21"/>
              </w:rPr>
              <w:t>序号</w:t>
            </w:r>
          </w:p>
        </w:tc>
        <w:tc>
          <w:tcPr>
            <w:tcW w:type="dxa" w:w="1727"/>
          </w:tcPr>
          <w:p>
            <w:pPr>
              <w:spacing w:after="20" w:before="20"/>
            </w:pPr>
            <w:r/>
            <w:r>
              <w:rPr>
                <w:rFonts w:ascii="Times New Roman" w:hAnsi="Times New Roman" w:eastAsia="宋体"/>
                <w:b/>
                <w:sz w:val="21"/>
              </w:rPr>
              <w:t>姓名</w:t>
            </w:r>
          </w:p>
        </w:tc>
        <w:tc>
          <w:tcPr>
            <w:tcW w:type="dxa" w:w="1727"/>
          </w:tcPr>
          <w:p>
            <w:pPr>
              <w:spacing w:after="20" w:before="20"/>
            </w:pPr>
            <w:r/>
            <w:r>
              <w:rPr>
                <w:rFonts w:ascii="Times New Roman" w:hAnsi="Times New Roman" w:eastAsia="宋体"/>
                <w:b/>
                <w:sz w:val="21"/>
              </w:rPr>
              <w:t>学院</w:t>
            </w:r>
          </w:p>
        </w:tc>
        <w:tc>
          <w:tcPr>
            <w:tcW w:type="dxa" w:w="1727"/>
          </w:tcPr>
          <w:p>
            <w:pPr>
              <w:spacing w:after="20" w:before="20"/>
            </w:pPr>
            <w:r/>
            <w:r>
              <w:rPr>
                <w:rFonts w:ascii="Times New Roman" w:hAnsi="Times New Roman" w:eastAsia="宋体"/>
                <w:b/>
                <w:sz w:val="21"/>
              </w:rPr>
              <w:t>报考学院</w:t>
            </w:r>
          </w:p>
        </w:tc>
        <w:tc>
          <w:tcPr>
            <w:tcW w:type="dxa" w:w="1727"/>
          </w:tcPr>
          <w:p>
            <w:pPr>
              <w:spacing w:after="20" w:before="20"/>
            </w:pPr>
            <w:r/>
            <w:r>
              <w:rPr>
                <w:rFonts w:ascii="Times New Roman" w:hAnsi="Times New Roman" w:eastAsia="宋体"/>
                <w:b/>
                <w:sz w:val="21"/>
              </w:rPr>
              <w:t>专业方向</w:t>
            </w:r>
          </w:p>
        </w:tc>
      </w:tr>
      <w:tr>
        <w:tc>
          <w:tcPr>
            <w:tcW w:type="dxa" w:w="1727"/>
          </w:tcPr>
          <w:p>
            <w:pPr>
              <w:spacing w:after="20" w:before="20"/>
            </w:pPr>
            <w:r/>
            <w:r>
              <w:rPr>
                <w:rFonts w:ascii="Times New Roman" w:hAnsi="Times New Roman" w:eastAsia="宋体"/>
                <w:b w:val="0"/>
                <w:sz w:val="21"/>
              </w:rPr>
              <w:t>195</w:t>
            </w:r>
          </w:p>
        </w:tc>
        <w:tc>
          <w:tcPr>
            <w:tcW w:type="dxa" w:w="1727"/>
          </w:tcPr>
          <w:p>
            <w:pPr>
              <w:spacing w:after="20" w:before="20"/>
            </w:pPr>
            <w:r/>
            <w:r>
              <w:rPr>
                <w:rFonts w:ascii="Times New Roman" w:hAnsi="Times New Roman" w:eastAsia="宋体"/>
                <w:b w:val="0"/>
                <w:sz w:val="21"/>
              </w:rPr>
              <w:t>赵明宇</w:t>
            </w:r>
          </w:p>
        </w:tc>
        <w:tc>
          <w:tcPr>
            <w:tcW w:type="dxa" w:w="1727"/>
          </w:tcPr>
          <w:p>
            <w:pPr>
              <w:spacing w:after="20" w:before="20"/>
            </w:pPr>
            <w:r/>
            <w:r>
              <w:rPr>
                <w:rFonts w:ascii="Times New Roman" w:hAnsi="Times New Roman" w:eastAsia="宋体"/>
                <w:b w:val="0"/>
                <w:sz w:val="21"/>
              </w:rPr>
              <w:t>书法学院</w:t>
            </w:r>
          </w:p>
        </w:tc>
        <w:tc>
          <w:tcPr>
            <w:tcW w:type="dxa" w:w="1727"/>
          </w:tcPr>
          <w:p>
            <w:pPr>
              <w:spacing w:after="20" w:before="20"/>
            </w:pPr>
            <w:r/>
            <w:r>
              <w:rPr>
                <w:rFonts w:ascii="Times New Roman" w:hAnsi="Times New Roman" w:eastAsia="宋体"/>
                <w:b w:val="0"/>
                <w:sz w:val="21"/>
              </w:rPr>
              <w:t>书法学院</w:t>
            </w:r>
          </w:p>
        </w:tc>
        <w:tc>
          <w:tcPr>
            <w:tcW w:type="dxa" w:w="1727"/>
          </w:tcPr>
          <w:p>
            <w:pPr>
              <w:spacing w:after="20" w:before="20"/>
            </w:pPr>
            <w:r/>
            <w:r>
              <w:rPr>
                <w:rFonts w:ascii="Times New Roman" w:hAnsi="Times New Roman" w:eastAsia="宋体"/>
                <w:b w:val="0"/>
                <w:sz w:val="21"/>
              </w:rPr>
              <w:t>01“书画印”创作研究</w:t>
            </w:r>
          </w:p>
        </w:tc>
      </w:tr>
      <w:tr>
        <w:tc>
          <w:tcPr>
            <w:tcW w:type="dxa" w:w="1727"/>
          </w:tcPr>
          <w:p>
            <w:pPr>
              <w:spacing w:after="20" w:before="20"/>
            </w:pPr>
            <w:r/>
            <w:r>
              <w:rPr>
                <w:rFonts w:ascii="Times New Roman" w:hAnsi="Times New Roman" w:eastAsia="宋体"/>
                <w:b w:val="0"/>
                <w:sz w:val="21"/>
              </w:rPr>
              <w:t>196</w:t>
            </w:r>
          </w:p>
        </w:tc>
        <w:tc>
          <w:tcPr>
            <w:tcW w:type="dxa" w:w="1727"/>
          </w:tcPr>
          <w:p>
            <w:pPr>
              <w:spacing w:after="20" w:before="20"/>
            </w:pPr>
            <w:r/>
            <w:r>
              <w:rPr>
                <w:rFonts w:ascii="Times New Roman" w:hAnsi="Times New Roman" w:eastAsia="宋体"/>
                <w:b w:val="0"/>
                <w:sz w:val="21"/>
              </w:rPr>
              <w:t>谭若烨</w:t>
            </w:r>
          </w:p>
        </w:tc>
        <w:tc>
          <w:tcPr>
            <w:tcW w:type="dxa" w:w="1727"/>
          </w:tcPr>
          <w:p>
            <w:pPr>
              <w:spacing w:after="20" w:before="20"/>
            </w:pPr>
            <w:r/>
            <w:r>
              <w:rPr>
                <w:rFonts w:ascii="Times New Roman" w:hAnsi="Times New Roman" w:eastAsia="宋体"/>
                <w:b w:val="0"/>
                <w:sz w:val="21"/>
              </w:rPr>
              <w:t>书法学院</w:t>
            </w:r>
          </w:p>
        </w:tc>
        <w:tc>
          <w:tcPr>
            <w:tcW w:type="dxa" w:w="1727"/>
          </w:tcPr>
          <w:p>
            <w:pPr>
              <w:spacing w:after="20" w:before="20"/>
            </w:pPr>
            <w:r/>
            <w:r>
              <w:rPr>
                <w:rFonts w:ascii="Times New Roman" w:hAnsi="Times New Roman" w:eastAsia="宋体"/>
                <w:b w:val="0"/>
                <w:sz w:val="21"/>
              </w:rPr>
              <w:t>书法学院</w:t>
            </w:r>
          </w:p>
        </w:tc>
        <w:tc>
          <w:tcPr>
            <w:tcW w:type="dxa" w:w="1727"/>
          </w:tcPr>
          <w:p>
            <w:pPr>
              <w:spacing w:after="20" w:before="20"/>
            </w:pPr>
            <w:r/>
            <w:r>
              <w:rPr>
                <w:rFonts w:ascii="Times New Roman" w:hAnsi="Times New Roman" w:eastAsia="宋体"/>
                <w:b w:val="0"/>
                <w:sz w:val="21"/>
              </w:rPr>
              <w:t>02“书画印”创作研究</w:t>
            </w:r>
          </w:p>
        </w:tc>
      </w:tr>
      <w:tr>
        <w:tc>
          <w:tcPr>
            <w:tcW w:type="dxa" w:w="1727"/>
          </w:tcPr>
          <w:p>
            <w:pPr>
              <w:spacing w:after="20" w:before="20"/>
            </w:pPr>
            <w:r/>
            <w:r>
              <w:rPr>
                <w:rFonts w:ascii="Times New Roman" w:hAnsi="Times New Roman" w:eastAsia="宋体"/>
                <w:b w:val="0"/>
                <w:sz w:val="21"/>
              </w:rPr>
              <w:t>197</w:t>
            </w:r>
          </w:p>
        </w:tc>
        <w:tc>
          <w:tcPr>
            <w:tcW w:type="dxa" w:w="1727"/>
          </w:tcPr>
          <w:p>
            <w:pPr>
              <w:spacing w:after="20" w:before="20"/>
            </w:pPr>
            <w:r/>
            <w:r>
              <w:rPr>
                <w:rFonts w:ascii="Times New Roman" w:hAnsi="Times New Roman" w:eastAsia="宋体"/>
                <w:b w:val="0"/>
                <w:sz w:val="21"/>
              </w:rPr>
              <w:t>林涵</w:t>
            </w:r>
          </w:p>
        </w:tc>
        <w:tc>
          <w:tcPr>
            <w:tcW w:type="dxa" w:w="1727"/>
          </w:tcPr>
          <w:p>
            <w:pPr>
              <w:spacing w:after="20" w:before="20"/>
            </w:pPr>
            <w:r/>
            <w:r>
              <w:rPr>
                <w:rFonts w:ascii="Times New Roman" w:hAnsi="Times New Roman" w:eastAsia="宋体"/>
                <w:b w:val="0"/>
                <w:sz w:val="21"/>
              </w:rPr>
              <w:t>书法学院</w:t>
            </w:r>
          </w:p>
        </w:tc>
        <w:tc>
          <w:tcPr>
            <w:tcW w:type="dxa" w:w="1727"/>
          </w:tcPr>
          <w:p>
            <w:pPr>
              <w:spacing w:after="20" w:before="20"/>
            </w:pPr>
            <w:r/>
            <w:r>
              <w:rPr>
                <w:rFonts w:ascii="Times New Roman" w:hAnsi="Times New Roman" w:eastAsia="宋体"/>
                <w:b w:val="0"/>
                <w:sz w:val="21"/>
              </w:rPr>
              <w:t>书法学院</w:t>
            </w:r>
          </w:p>
        </w:tc>
        <w:tc>
          <w:tcPr>
            <w:tcW w:type="dxa" w:w="1727"/>
          </w:tcPr>
          <w:p>
            <w:pPr>
              <w:spacing w:after="20" w:before="20"/>
            </w:pPr>
            <w:r/>
            <w:r>
              <w:rPr>
                <w:rFonts w:ascii="Times New Roman" w:hAnsi="Times New Roman" w:eastAsia="宋体"/>
                <w:b w:val="0"/>
                <w:sz w:val="21"/>
              </w:rPr>
              <w:t>04书法形式美研究</w:t>
            </w:r>
          </w:p>
        </w:tc>
      </w:tr>
      <w:tr>
        <w:tc>
          <w:tcPr>
            <w:tcW w:type="dxa" w:w="1727"/>
          </w:tcPr>
          <w:p>
            <w:pPr>
              <w:spacing w:after="20" w:before="20"/>
            </w:pPr>
            <w:r/>
            <w:r>
              <w:rPr>
                <w:rFonts w:ascii="Times New Roman" w:hAnsi="Times New Roman" w:eastAsia="宋体"/>
                <w:b w:val="0"/>
                <w:sz w:val="21"/>
              </w:rPr>
              <w:t>198</w:t>
            </w:r>
          </w:p>
        </w:tc>
        <w:tc>
          <w:tcPr>
            <w:tcW w:type="dxa" w:w="1727"/>
          </w:tcPr>
          <w:p>
            <w:pPr>
              <w:spacing w:after="20" w:before="20"/>
            </w:pPr>
            <w:r/>
            <w:r>
              <w:rPr>
                <w:rFonts w:ascii="Times New Roman" w:hAnsi="Times New Roman" w:eastAsia="宋体"/>
                <w:b w:val="0"/>
                <w:sz w:val="21"/>
              </w:rPr>
              <w:t>钟滢琦</w:t>
            </w:r>
          </w:p>
        </w:tc>
        <w:tc>
          <w:tcPr>
            <w:tcW w:type="dxa" w:w="1727"/>
          </w:tcPr>
          <w:p>
            <w:pPr>
              <w:spacing w:after="20" w:before="20"/>
            </w:pPr>
            <w:r/>
            <w:r>
              <w:rPr>
                <w:rFonts w:ascii="Times New Roman" w:hAnsi="Times New Roman" w:eastAsia="宋体"/>
                <w:b w:val="0"/>
                <w:sz w:val="21"/>
              </w:rPr>
              <w:t>书法学院</w:t>
            </w:r>
          </w:p>
        </w:tc>
        <w:tc>
          <w:tcPr>
            <w:tcW w:type="dxa" w:w="1727"/>
          </w:tcPr>
          <w:p>
            <w:pPr>
              <w:spacing w:after="20" w:before="20"/>
            </w:pPr>
            <w:r/>
            <w:r>
              <w:rPr>
                <w:rFonts w:ascii="Times New Roman" w:hAnsi="Times New Roman" w:eastAsia="宋体"/>
                <w:b w:val="0"/>
                <w:sz w:val="21"/>
              </w:rPr>
              <w:t>书法学院</w:t>
            </w:r>
          </w:p>
        </w:tc>
        <w:tc>
          <w:tcPr>
            <w:tcW w:type="dxa" w:w="1727"/>
          </w:tcPr>
          <w:p>
            <w:pPr>
              <w:spacing w:after="20" w:before="20"/>
            </w:pPr>
            <w:r/>
            <w:r>
              <w:rPr>
                <w:rFonts w:ascii="Times New Roman" w:hAnsi="Times New Roman" w:eastAsia="宋体"/>
                <w:b w:val="0"/>
                <w:sz w:val="21"/>
              </w:rPr>
              <w:t>05书法艺术研究</w:t>
            </w:r>
          </w:p>
        </w:tc>
      </w:tr>
      <w:tr>
        <w:tc>
          <w:tcPr>
            <w:tcW w:type="dxa" w:w="1727"/>
          </w:tcPr>
          <w:p>
            <w:pPr>
              <w:spacing w:after="20" w:before="20"/>
            </w:pPr>
            <w:r/>
            <w:r>
              <w:rPr>
                <w:rFonts w:ascii="Times New Roman" w:hAnsi="Times New Roman" w:eastAsia="宋体"/>
                <w:b w:val="0"/>
                <w:sz w:val="21"/>
              </w:rPr>
              <w:t>199</w:t>
            </w:r>
          </w:p>
        </w:tc>
        <w:tc>
          <w:tcPr>
            <w:tcW w:type="dxa" w:w="1727"/>
          </w:tcPr>
          <w:p>
            <w:pPr>
              <w:spacing w:after="20" w:before="20"/>
            </w:pPr>
            <w:r/>
            <w:r>
              <w:rPr>
                <w:rFonts w:ascii="Times New Roman" w:hAnsi="Times New Roman" w:eastAsia="宋体"/>
                <w:b w:val="0"/>
                <w:sz w:val="21"/>
              </w:rPr>
              <w:t>崔梓慧</w:t>
            </w:r>
          </w:p>
        </w:tc>
        <w:tc>
          <w:tcPr>
            <w:tcW w:type="dxa" w:w="1727"/>
          </w:tcPr>
          <w:p>
            <w:pPr>
              <w:spacing w:after="20" w:before="20"/>
            </w:pPr>
            <w:r/>
            <w:r>
              <w:rPr>
                <w:rFonts w:ascii="Times New Roman" w:hAnsi="Times New Roman" w:eastAsia="宋体"/>
                <w:b w:val="0"/>
                <w:sz w:val="21"/>
              </w:rPr>
              <w:t>书法学院</w:t>
            </w:r>
          </w:p>
        </w:tc>
        <w:tc>
          <w:tcPr>
            <w:tcW w:type="dxa" w:w="1727"/>
          </w:tcPr>
          <w:p>
            <w:pPr>
              <w:spacing w:after="20" w:before="20"/>
            </w:pPr>
            <w:r/>
            <w:r>
              <w:rPr>
                <w:rFonts w:ascii="Times New Roman" w:hAnsi="Times New Roman" w:eastAsia="宋体"/>
                <w:b w:val="0"/>
                <w:sz w:val="21"/>
              </w:rPr>
              <w:t>书法学院</w:t>
            </w:r>
          </w:p>
        </w:tc>
        <w:tc>
          <w:tcPr>
            <w:tcW w:type="dxa" w:w="1727"/>
          </w:tcPr>
          <w:p>
            <w:pPr>
              <w:spacing w:after="20" w:before="20"/>
            </w:pPr>
            <w:r/>
            <w:r>
              <w:rPr>
                <w:rFonts w:ascii="Times New Roman" w:hAnsi="Times New Roman" w:eastAsia="宋体"/>
                <w:b w:val="0"/>
                <w:sz w:val="21"/>
              </w:rPr>
              <w:t>06中国书法展示与创新</w:t>
            </w:r>
          </w:p>
        </w:tc>
      </w:tr>
      <w:tr>
        <w:tc>
          <w:tcPr>
            <w:tcW w:type="dxa" w:w="1727"/>
          </w:tcPr>
          <w:p>
            <w:pPr>
              <w:spacing w:after="20" w:before="20"/>
            </w:pPr>
            <w:r/>
            <w:r>
              <w:rPr>
                <w:rFonts w:ascii="Times New Roman" w:hAnsi="Times New Roman" w:eastAsia="宋体"/>
                <w:b w:val="0"/>
                <w:sz w:val="21"/>
              </w:rPr>
              <w:t>200</w:t>
            </w:r>
          </w:p>
        </w:tc>
        <w:tc>
          <w:tcPr>
            <w:tcW w:type="dxa" w:w="1727"/>
          </w:tcPr>
          <w:p>
            <w:pPr>
              <w:spacing w:after="20" w:before="20"/>
            </w:pPr>
            <w:r/>
            <w:r>
              <w:rPr>
                <w:rFonts w:ascii="Times New Roman" w:hAnsi="Times New Roman" w:eastAsia="宋体"/>
                <w:b w:val="0"/>
                <w:sz w:val="21"/>
              </w:rPr>
              <w:t>姜笑寒</w:t>
            </w:r>
          </w:p>
        </w:tc>
        <w:tc>
          <w:tcPr>
            <w:tcW w:type="dxa" w:w="1727"/>
          </w:tcPr>
          <w:p>
            <w:pPr>
              <w:spacing w:after="20" w:before="20"/>
            </w:pPr>
            <w:r/>
            <w:r>
              <w:rPr>
                <w:rFonts w:ascii="Times New Roman" w:hAnsi="Times New Roman" w:eastAsia="宋体"/>
                <w:b w:val="0"/>
                <w:sz w:val="21"/>
              </w:rPr>
              <w:t>设计学院</w:t>
            </w:r>
          </w:p>
        </w:tc>
        <w:tc>
          <w:tcPr>
            <w:tcW w:type="dxa" w:w="1727"/>
          </w:tcPr>
          <w:p>
            <w:pPr>
              <w:spacing w:after="20" w:before="20"/>
            </w:pPr>
            <w:r/>
            <w:r>
              <w:rPr>
                <w:rFonts w:ascii="Times New Roman" w:hAnsi="Times New Roman" w:eastAsia="宋体"/>
                <w:b w:val="0"/>
                <w:sz w:val="21"/>
              </w:rPr>
              <w:t>设计学院</w:t>
            </w:r>
          </w:p>
        </w:tc>
        <w:tc>
          <w:tcPr>
            <w:tcW w:type="dxa" w:w="1727"/>
          </w:tcPr>
          <w:p>
            <w:pPr>
              <w:spacing w:after="20" w:before="20"/>
            </w:pPr>
            <w:r/>
            <w:r>
              <w:rPr>
                <w:rFonts w:ascii="Times New Roman" w:hAnsi="Times New Roman" w:eastAsia="宋体"/>
                <w:b w:val="0"/>
                <w:sz w:val="21"/>
              </w:rPr>
              <w:t>20文本艺术与传达设计研究</w:t>
            </w:r>
          </w:p>
        </w:tc>
      </w:tr>
      <w:tr>
        <w:tc>
          <w:tcPr>
            <w:tcW w:type="dxa" w:w="1727"/>
          </w:tcPr>
          <w:p>
            <w:pPr>
              <w:spacing w:after="20" w:before="20"/>
            </w:pPr>
            <w:r/>
            <w:r>
              <w:rPr>
                <w:rFonts w:ascii="Times New Roman" w:hAnsi="Times New Roman" w:eastAsia="宋体"/>
                <w:b w:val="0"/>
                <w:sz w:val="21"/>
              </w:rPr>
              <w:t>201</w:t>
            </w:r>
          </w:p>
        </w:tc>
        <w:tc>
          <w:tcPr>
            <w:tcW w:type="dxa" w:w="1727"/>
          </w:tcPr>
          <w:p>
            <w:pPr>
              <w:spacing w:after="20" w:before="20"/>
            </w:pPr>
            <w:r/>
            <w:r>
              <w:rPr>
                <w:rFonts w:ascii="Times New Roman" w:hAnsi="Times New Roman" w:eastAsia="宋体"/>
                <w:b w:val="0"/>
                <w:sz w:val="21"/>
              </w:rPr>
              <w:t>张齐芮</w:t>
            </w:r>
          </w:p>
        </w:tc>
        <w:tc>
          <w:tcPr>
            <w:tcW w:type="dxa" w:w="1727"/>
          </w:tcPr>
          <w:p>
            <w:pPr>
              <w:spacing w:after="20" w:before="20"/>
            </w:pPr>
            <w:r/>
            <w:r>
              <w:rPr>
                <w:rFonts w:ascii="Times New Roman" w:hAnsi="Times New Roman" w:eastAsia="宋体"/>
                <w:b w:val="0"/>
                <w:sz w:val="21"/>
              </w:rPr>
              <w:t>书法学院</w:t>
            </w:r>
          </w:p>
        </w:tc>
        <w:tc>
          <w:tcPr>
            <w:tcW w:type="dxa" w:w="1727"/>
          </w:tcPr>
          <w:p>
            <w:pPr>
              <w:spacing w:after="20" w:before="20"/>
            </w:pPr>
            <w:r/>
            <w:r>
              <w:rPr>
                <w:rFonts w:ascii="Times New Roman" w:hAnsi="Times New Roman" w:eastAsia="宋体"/>
                <w:b w:val="0"/>
                <w:sz w:val="21"/>
              </w:rPr>
              <w:t>书法学院</w:t>
            </w:r>
          </w:p>
        </w:tc>
        <w:tc>
          <w:tcPr>
            <w:tcW w:type="dxa" w:w="1727"/>
          </w:tcPr>
          <w:p>
            <w:pPr>
              <w:spacing w:after="20" w:before="20"/>
            </w:pPr>
            <w:r/>
            <w:r>
              <w:rPr>
                <w:rFonts w:ascii="Times New Roman" w:hAnsi="Times New Roman" w:eastAsia="宋体"/>
                <w:b w:val="0"/>
                <w:sz w:val="21"/>
              </w:rPr>
              <w:t>01“书画印”创作研究</w:t>
            </w:r>
          </w:p>
        </w:tc>
      </w:tr>
      <w:tr>
        <w:tc>
          <w:tcPr>
            <w:tcW w:type="dxa" w:w="1727"/>
          </w:tcPr>
          <w:p>
            <w:pPr>
              <w:spacing w:after="20" w:before="20"/>
            </w:pPr>
            <w:r/>
            <w:r>
              <w:rPr>
                <w:rFonts w:ascii="Times New Roman" w:hAnsi="Times New Roman" w:eastAsia="宋体"/>
                <w:b w:val="0"/>
                <w:sz w:val="21"/>
              </w:rPr>
              <w:t>202</w:t>
            </w:r>
          </w:p>
        </w:tc>
        <w:tc>
          <w:tcPr>
            <w:tcW w:type="dxa" w:w="1727"/>
          </w:tcPr>
          <w:p>
            <w:pPr>
              <w:spacing w:after="20" w:before="20"/>
            </w:pPr>
            <w:r/>
            <w:r>
              <w:rPr>
                <w:rFonts w:ascii="Times New Roman" w:hAnsi="Times New Roman" w:eastAsia="宋体"/>
                <w:b w:val="0"/>
                <w:sz w:val="21"/>
              </w:rPr>
              <w:t>归格格</w:t>
            </w:r>
          </w:p>
        </w:tc>
        <w:tc>
          <w:tcPr>
            <w:tcW w:type="dxa" w:w="1727"/>
          </w:tcPr>
          <w:p>
            <w:pPr>
              <w:spacing w:after="20" w:before="20"/>
            </w:pPr>
            <w:r/>
            <w:r>
              <w:rPr>
                <w:rFonts w:ascii="Times New Roman" w:hAnsi="Times New Roman" w:eastAsia="宋体"/>
                <w:b w:val="0"/>
                <w:sz w:val="21"/>
              </w:rPr>
              <w:t>城市设计学院</w:t>
            </w:r>
          </w:p>
        </w:tc>
        <w:tc>
          <w:tcPr>
            <w:tcW w:type="dxa" w:w="1727"/>
          </w:tcPr>
          <w:p>
            <w:pPr>
              <w:spacing w:after="20" w:before="20"/>
            </w:pPr>
            <w:r/>
            <w:r>
              <w:rPr>
                <w:rFonts w:ascii="Times New Roman" w:hAnsi="Times New Roman" w:eastAsia="宋体"/>
                <w:b w:val="0"/>
                <w:sz w:val="21"/>
              </w:rPr>
              <w:t>城市设计学院</w:t>
            </w:r>
          </w:p>
        </w:tc>
        <w:tc>
          <w:tcPr>
            <w:tcW w:type="dxa" w:w="1727"/>
          </w:tcPr>
          <w:p>
            <w:pPr>
              <w:spacing w:after="20" w:before="20"/>
            </w:pPr>
            <w:r/>
            <w:r>
              <w:rPr>
                <w:rFonts w:ascii="Times New Roman" w:hAnsi="Times New Roman" w:eastAsia="宋体"/>
                <w:b w:val="0"/>
                <w:sz w:val="21"/>
              </w:rPr>
              <w:t>04绘本创作研究</w:t>
            </w:r>
          </w:p>
        </w:tc>
      </w:tr>
      <w:tr>
        <w:tc>
          <w:tcPr>
            <w:tcW w:type="dxa" w:w="1727"/>
          </w:tcPr>
          <w:p>
            <w:pPr>
              <w:spacing w:after="20" w:before="20"/>
            </w:pPr>
            <w:r/>
            <w:r>
              <w:rPr>
                <w:rFonts w:ascii="Times New Roman" w:hAnsi="Times New Roman" w:eastAsia="宋体"/>
                <w:b w:val="0"/>
                <w:sz w:val="21"/>
              </w:rPr>
              <w:t>203</w:t>
            </w:r>
          </w:p>
        </w:tc>
        <w:tc>
          <w:tcPr>
            <w:tcW w:type="dxa" w:w="1727"/>
          </w:tcPr>
          <w:p>
            <w:pPr>
              <w:spacing w:after="20" w:before="20"/>
            </w:pPr>
            <w:r/>
            <w:r>
              <w:rPr>
                <w:rFonts w:ascii="Times New Roman" w:hAnsi="Times New Roman" w:eastAsia="宋体"/>
                <w:b w:val="0"/>
                <w:sz w:val="21"/>
              </w:rPr>
              <w:t>冯咏玲</w:t>
            </w:r>
          </w:p>
        </w:tc>
        <w:tc>
          <w:tcPr>
            <w:tcW w:type="dxa" w:w="1727"/>
          </w:tcPr>
          <w:p>
            <w:pPr>
              <w:spacing w:after="20" w:before="20"/>
            </w:pPr>
            <w:r/>
            <w:r>
              <w:rPr>
                <w:rFonts w:ascii="Times New Roman" w:hAnsi="Times New Roman" w:eastAsia="宋体"/>
                <w:b w:val="0"/>
                <w:sz w:val="21"/>
              </w:rPr>
              <w:t>建筑学院</w:t>
            </w:r>
          </w:p>
        </w:tc>
        <w:tc>
          <w:tcPr>
            <w:tcW w:type="dxa" w:w="1727"/>
          </w:tcPr>
          <w:p>
            <w:pPr>
              <w:spacing w:after="20" w:before="20"/>
            </w:pPr>
            <w:r/>
            <w:r>
              <w:rPr>
                <w:rFonts w:ascii="Times New Roman" w:hAnsi="Times New Roman" w:eastAsia="宋体"/>
                <w:b w:val="0"/>
                <w:sz w:val="21"/>
              </w:rPr>
              <w:t>建筑学院</w:t>
            </w:r>
          </w:p>
        </w:tc>
        <w:tc>
          <w:tcPr>
            <w:tcW w:type="dxa" w:w="1727"/>
          </w:tcPr>
          <w:p>
            <w:pPr>
              <w:spacing w:after="20" w:before="20"/>
            </w:pPr>
            <w:r/>
            <w:r>
              <w:rPr>
                <w:rFonts w:ascii="Times New Roman" w:hAnsi="Times New Roman" w:eastAsia="宋体"/>
                <w:b w:val="0"/>
                <w:sz w:val="21"/>
              </w:rPr>
              <w:t>01建筑学</w:t>
            </w:r>
          </w:p>
        </w:tc>
      </w:tr>
    </w:tbl>
    <w:p>
      <w:pPr>
        <w:spacing w:before="160" w:after="80" w:lineRule="auto" w:line="360"/>
        <w:jc w:val="left"/>
      </w:pPr>
      <w:r>
        <w:rPr>
          <w:rFonts w:ascii="Times New Roman" w:hAnsi="Times New Roman" w:eastAsia="宋体"/>
          <w:b/>
          <w:sz w:val="28"/>
        </w:rPr>
        <w:t>九、名单概况</w:t>
      </w:r>
    </w:p>
    <w:p>
      <w:pPr>
        <w:spacing w:after="80" w:lineRule="auto" w:line="360"/>
        <w:ind w:firstLine="482"/>
        <w:jc w:val="both"/>
      </w:pPr>
      <w:r>
        <w:rPr>
          <w:rFonts w:ascii="Times New Roman" w:hAnsi="Times New Roman" w:eastAsia="宋体"/>
          <w:b w:val="0"/>
          <w:sz w:val="24"/>
        </w:rPr>
        <w:t>1. 本段名单序号为 195 至 203，共 10 人。</w:t>
      </w:r>
    </w:p>
    <w:p>
      <w:pPr>
        <w:spacing w:after="80" w:lineRule="auto" w:line="360"/>
        <w:ind w:firstLine="482"/>
        <w:jc w:val="both"/>
      </w:pPr>
      <w:r>
        <w:rPr>
          <w:rFonts w:ascii="Times New Roman" w:hAnsi="Times New Roman" w:eastAsia="宋体"/>
          <w:b w:val="0"/>
          <w:sz w:val="24"/>
        </w:rPr>
        <w:t>2. 涉及学院包括：书法学院、设计学院、城市设计学院、建筑学院。</w:t>
      </w:r>
    </w:p>
    <w:p>
      <w:pPr>
        <w:spacing w:after="80" w:lineRule="auto" w:line="360"/>
        <w:ind w:firstLine="482"/>
        <w:jc w:val="both"/>
      </w:pPr>
      <w:r>
        <w:rPr>
          <w:rFonts w:ascii="Times New Roman" w:hAnsi="Times New Roman" w:eastAsia="宋体"/>
          <w:b w:val="0"/>
          <w:sz w:val="24"/>
        </w:rPr>
        <w:t>3. 涉及专业方向包括：“书画印”创作研究（01、02）、书法形式美研究（04）、书法艺术研究（05）、中国书法展示与创新（06）、文本艺术与传达设计研究（20）、绘本创作研究（04）、建筑学（01）。</w:t>
      </w:r>
    </w:p>
    <w:p>
      <w:pPr>
        <w:spacing w:before="160" w:after="80" w:lineRule="auto" w:line="360"/>
        <w:jc w:val="left"/>
      </w:pPr>
      <w:r>
        <w:rPr>
          <w:rFonts w:ascii="Times New Roman" w:hAnsi="Times New Roman" w:eastAsia="宋体"/>
          <w:b/>
          <w:sz w:val="28"/>
        </w:rPr>
        <w:t>十、其他信息</w:t>
      </w:r>
    </w:p>
    <w:p>
      <w:pPr>
        <w:spacing w:after="80" w:lineRule="auto" w:line="360"/>
        <w:ind w:firstLine="482"/>
        <w:jc w:val="both"/>
      </w:pPr>
      <w:r>
        <w:rPr>
          <w:rFonts w:ascii="Times New Roman" w:hAnsi="Times New Roman" w:eastAsia="宋体"/>
          <w:b w:val="0"/>
          <w:sz w:val="24"/>
        </w:rPr>
        <w:t>1. 本段内容未包含排名或评分方式。</w:t>
      </w:r>
    </w:p>
    <w:p>
      <w:pPr>
        <w:spacing w:after="80" w:lineRule="auto" w:line="360"/>
        <w:ind w:firstLine="482"/>
        <w:jc w:val="both"/>
      </w:pPr>
      <w:r>
        <w:rPr>
          <w:rFonts w:ascii="Times New Roman" w:hAnsi="Times New Roman" w:eastAsia="宋体"/>
          <w:b w:val="0"/>
          <w:sz w:val="24"/>
        </w:rPr>
        <w:t>2. 本段内容未包含公示期。</w:t>
      </w:r>
    </w:p>
    <w:p>
      <w:pPr>
        <w:spacing w:after="80" w:lineRule="auto" w:line="360"/>
        <w:ind w:firstLine="482"/>
        <w:jc w:val="both"/>
      </w:pPr>
      <w:r>
        <w:rPr>
          <w:rFonts w:ascii="Times New Roman" w:hAnsi="Times New Roman" w:eastAsia="宋体"/>
          <w:b w:val="0"/>
          <w:sz w:val="24"/>
        </w:rPr>
        <w:t>3. 本段内容未包含联系方式。</w:t>
      </w:r>
    </w:p>
    <w:p>
      <w:pPr>
        <w:spacing w:after="80" w:lineRule="auto" w:line="360"/>
        <w:ind w:firstLine="482"/>
        <w:jc w:val="both"/>
      </w:pPr>
      <w:r>
        <w:rPr>
          <w:rFonts w:ascii="Times New Roman" w:hAnsi="Times New Roman" w:eastAsia="宋体"/>
          <w:b w:val="0"/>
          <w:sz w:val="24"/>
        </w:rPr>
        <w:t>4. 页面标注为“第 12 页，共 12 页”。</w:t>
      </w:r>
    </w:p>
    <w:p>
      <w:pPr>
        <w:spacing w:after="80" w:lineRule="auto" w:line="360"/>
        <w:ind w:firstLine="482"/>
        <w:jc w:val="both"/>
      </w:pPr>
      <w:r>
        <w:rPr>
          <w:rFonts w:ascii="Times New Roman" w:hAnsi="Times New Roman" w:eastAsia="宋体"/>
          <w:b w:val="0"/>
          <w:sz w:val="24"/>
        </w:rPr>
        <w:t>本段为推免拟录取名单公示内容，涉及序号 195 至 203 共 9 人，具体明细如下：</w:t>
      </w:r>
    </w:p>
    <w:tbl>
      <w:tblPr>
        <w:tblStyle w:val="TableGrid"/>
        <w:tblW w:type="auto" w:w="0"/>
        <w:jc w:val="center"/>
        <w:tblLook w:firstColumn="1" w:firstRow="1" w:lastColumn="0" w:lastRow="0" w:noHBand="0" w:noVBand="1" w:val="04A0"/>
      </w:tblPr>
      <w:tblGrid>
        <w:gridCol w:w="1727"/>
        <w:gridCol w:w="1727"/>
        <w:gridCol w:w="1727"/>
        <w:gridCol w:w="1727"/>
        <w:gridCol w:w="1727"/>
      </w:tblGrid>
      <w:tr>
        <w:tc>
          <w:tcPr>
            <w:tcW w:type="dxa" w:w="1727"/>
          </w:tcPr>
          <w:p>
            <w:pPr>
              <w:spacing w:after="20" w:before="20"/>
            </w:pPr>
            <w:r/>
            <w:r>
              <w:rPr>
                <w:rFonts w:ascii="Times New Roman" w:hAnsi="Times New Roman" w:eastAsia="宋体"/>
                <w:b/>
                <w:sz w:val="21"/>
              </w:rPr>
              <w:t>序号</w:t>
            </w:r>
          </w:p>
        </w:tc>
        <w:tc>
          <w:tcPr>
            <w:tcW w:type="dxa" w:w="1727"/>
          </w:tcPr>
          <w:p>
            <w:pPr>
              <w:spacing w:after="20" w:before="20"/>
            </w:pPr>
            <w:r/>
            <w:r>
              <w:rPr>
                <w:rFonts w:ascii="Times New Roman" w:hAnsi="Times New Roman" w:eastAsia="宋体"/>
                <w:b/>
                <w:sz w:val="21"/>
              </w:rPr>
              <w:t>姓名</w:t>
            </w:r>
          </w:p>
        </w:tc>
        <w:tc>
          <w:tcPr>
            <w:tcW w:type="dxa" w:w="1727"/>
          </w:tcPr>
          <w:p>
            <w:pPr>
              <w:spacing w:after="20" w:before="20"/>
            </w:pPr>
            <w:r/>
            <w:r>
              <w:rPr>
                <w:rFonts w:ascii="Times New Roman" w:hAnsi="Times New Roman" w:eastAsia="宋体"/>
                <w:b/>
                <w:sz w:val="21"/>
              </w:rPr>
              <w:t>学院</w:t>
            </w:r>
          </w:p>
        </w:tc>
        <w:tc>
          <w:tcPr>
            <w:tcW w:type="dxa" w:w="1727"/>
          </w:tcPr>
          <w:p>
            <w:pPr>
              <w:spacing w:after="20" w:before="20"/>
            </w:pPr>
            <w:r/>
            <w:r>
              <w:rPr>
                <w:rFonts w:ascii="Times New Roman" w:hAnsi="Times New Roman" w:eastAsia="宋体"/>
                <w:b/>
                <w:sz w:val="21"/>
              </w:rPr>
              <w:t>报考学院</w:t>
            </w:r>
          </w:p>
        </w:tc>
        <w:tc>
          <w:tcPr>
            <w:tcW w:type="dxa" w:w="1727"/>
          </w:tcPr>
          <w:p>
            <w:pPr>
              <w:spacing w:after="20" w:before="20"/>
            </w:pPr>
            <w:r/>
            <w:r>
              <w:rPr>
                <w:rFonts w:ascii="Times New Roman" w:hAnsi="Times New Roman" w:eastAsia="宋体"/>
                <w:b/>
                <w:sz w:val="21"/>
              </w:rPr>
              <w:t>专业/研究方向</w:t>
            </w:r>
          </w:p>
        </w:tc>
      </w:tr>
      <w:tr>
        <w:tc>
          <w:tcPr>
            <w:tcW w:type="dxa" w:w="1727"/>
          </w:tcPr>
          <w:p>
            <w:pPr>
              <w:spacing w:after="20" w:before="20"/>
            </w:pPr>
            <w:r/>
            <w:r>
              <w:rPr>
                <w:rFonts w:ascii="Times New Roman" w:hAnsi="Times New Roman" w:eastAsia="宋体"/>
                <w:b w:val="0"/>
                <w:sz w:val="21"/>
              </w:rPr>
              <w:t>195</w:t>
            </w:r>
          </w:p>
        </w:tc>
        <w:tc>
          <w:tcPr>
            <w:tcW w:type="dxa" w:w="1727"/>
          </w:tcPr>
          <w:p>
            <w:pPr>
              <w:spacing w:after="20" w:before="20"/>
            </w:pPr>
            <w:r/>
            <w:r>
              <w:rPr>
                <w:rFonts w:ascii="Times New Roman" w:hAnsi="Times New Roman" w:eastAsia="宋体"/>
                <w:b w:val="0"/>
                <w:sz w:val="21"/>
              </w:rPr>
              <w:t>赵明宇</w:t>
            </w:r>
          </w:p>
        </w:tc>
        <w:tc>
          <w:tcPr>
            <w:tcW w:type="dxa" w:w="1727"/>
          </w:tcPr>
          <w:p>
            <w:pPr>
              <w:spacing w:after="20" w:before="20"/>
            </w:pPr>
            <w:r/>
            <w:r>
              <w:rPr>
                <w:rFonts w:ascii="Times New Roman" w:hAnsi="Times New Roman" w:eastAsia="宋体"/>
                <w:b w:val="0"/>
                <w:sz w:val="21"/>
              </w:rPr>
              <w:t>书法学院</w:t>
            </w:r>
          </w:p>
        </w:tc>
        <w:tc>
          <w:tcPr>
            <w:tcW w:type="dxa" w:w="1727"/>
          </w:tcPr>
          <w:p>
            <w:pPr>
              <w:spacing w:after="20" w:before="20"/>
            </w:pPr>
            <w:r/>
            <w:r>
              <w:rPr>
                <w:rFonts w:ascii="Times New Roman" w:hAnsi="Times New Roman" w:eastAsia="宋体"/>
                <w:b w:val="0"/>
                <w:sz w:val="21"/>
              </w:rPr>
              <w:t>书法学院</w:t>
            </w:r>
          </w:p>
        </w:tc>
        <w:tc>
          <w:tcPr>
            <w:tcW w:type="dxa" w:w="1727"/>
          </w:tcPr>
          <w:p>
            <w:pPr>
              <w:spacing w:after="20" w:before="20"/>
            </w:pPr>
            <w:r/>
            <w:r>
              <w:rPr>
                <w:rFonts w:ascii="Times New Roman" w:hAnsi="Times New Roman" w:eastAsia="宋体"/>
                <w:b w:val="0"/>
                <w:sz w:val="21"/>
              </w:rPr>
              <w:t>01“书画印”创作研究</w:t>
            </w:r>
          </w:p>
        </w:tc>
      </w:tr>
      <w:tr>
        <w:tc>
          <w:tcPr>
            <w:tcW w:type="dxa" w:w="1727"/>
          </w:tcPr>
          <w:p>
            <w:pPr>
              <w:spacing w:after="20" w:before="20"/>
            </w:pPr>
            <w:r/>
            <w:r>
              <w:rPr>
                <w:rFonts w:ascii="Times New Roman" w:hAnsi="Times New Roman" w:eastAsia="宋体"/>
                <w:b w:val="0"/>
                <w:sz w:val="21"/>
              </w:rPr>
              <w:t>196</w:t>
            </w:r>
          </w:p>
        </w:tc>
        <w:tc>
          <w:tcPr>
            <w:tcW w:type="dxa" w:w="1727"/>
          </w:tcPr>
          <w:p>
            <w:pPr>
              <w:spacing w:after="20" w:before="20"/>
            </w:pPr>
            <w:r/>
            <w:r>
              <w:rPr>
                <w:rFonts w:ascii="Times New Roman" w:hAnsi="Times New Roman" w:eastAsia="宋体"/>
                <w:b w:val="0"/>
                <w:sz w:val="21"/>
              </w:rPr>
              <w:t>谭若烨</w:t>
            </w:r>
          </w:p>
        </w:tc>
        <w:tc>
          <w:tcPr>
            <w:tcW w:type="dxa" w:w="1727"/>
          </w:tcPr>
          <w:p>
            <w:pPr>
              <w:spacing w:after="20" w:before="20"/>
            </w:pPr>
            <w:r/>
            <w:r>
              <w:rPr>
                <w:rFonts w:ascii="Times New Roman" w:hAnsi="Times New Roman" w:eastAsia="宋体"/>
                <w:b w:val="0"/>
                <w:sz w:val="21"/>
              </w:rPr>
              <w:t>书法学院</w:t>
            </w:r>
          </w:p>
        </w:tc>
        <w:tc>
          <w:tcPr>
            <w:tcW w:type="dxa" w:w="1727"/>
          </w:tcPr>
          <w:p>
            <w:pPr>
              <w:spacing w:after="20" w:before="20"/>
            </w:pPr>
            <w:r/>
            <w:r>
              <w:rPr>
                <w:rFonts w:ascii="Times New Roman" w:hAnsi="Times New Roman" w:eastAsia="宋体"/>
                <w:b w:val="0"/>
                <w:sz w:val="21"/>
              </w:rPr>
              <w:t>书法学院</w:t>
            </w:r>
          </w:p>
        </w:tc>
        <w:tc>
          <w:tcPr>
            <w:tcW w:type="dxa" w:w="1727"/>
          </w:tcPr>
          <w:p>
            <w:pPr>
              <w:spacing w:after="20" w:before="20"/>
            </w:pPr>
            <w:r/>
            <w:r>
              <w:rPr>
                <w:rFonts w:ascii="Times New Roman" w:hAnsi="Times New Roman" w:eastAsia="宋体"/>
                <w:b w:val="0"/>
                <w:sz w:val="21"/>
              </w:rPr>
              <w:t>02“书画印”创作研究</w:t>
            </w:r>
          </w:p>
        </w:tc>
      </w:tr>
      <w:tr>
        <w:tc>
          <w:tcPr>
            <w:tcW w:type="dxa" w:w="1727"/>
          </w:tcPr>
          <w:p>
            <w:pPr>
              <w:spacing w:after="20" w:before="20"/>
            </w:pPr>
            <w:r/>
            <w:r>
              <w:rPr>
                <w:rFonts w:ascii="Times New Roman" w:hAnsi="Times New Roman" w:eastAsia="宋体"/>
                <w:b w:val="0"/>
                <w:sz w:val="21"/>
              </w:rPr>
              <w:t>197</w:t>
            </w:r>
          </w:p>
        </w:tc>
        <w:tc>
          <w:tcPr>
            <w:tcW w:type="dxa" w:w="1727"/>
          </w:tcPr>
          <w:p>
            <w:pPr>
              <w:spacing w:after="20" w:before="20"/>
            </w:pPr>
            <w:r/>
            <w:r>
              <w:rPr>
                <w:rFonts w:ascii="Times New Roman" w:hAnsi="Times New Roman" w:eastAsia="宋体"/>
                <w:b w:val="0"/>
                <w:sz w:val="21"/>
              </w:rPr>
              <w:t>林涵</w:t>
            </w:r>
          </w:p>
        </w:tc>
        <w:tc>
          <w:tcPr>
            <w:tcW w:type="dxa" w:w="1727"/>
          </w:tcPr>
          <w:p>
            <w:pPr>
              <w:spacing w:after="20" w:before="20"/>
            </w:pPr>
            <w:r/>
            <w:r>
              <w:rPr>
                <w:rFonts w:ascii="Times New Roman" w:hAnsi="Times New Roman" w:eastAsia="宋体"/>
                <w:b w:val="0"/>
                <w:sz w:val="21"/>
              </w:rPr>
              <w:t>书法学院</w:t>
            </w:r>
          </w:p>
        </w:tc>
        <w:tc>
          <w:tcPr>
            <w:tcW w:type="dxa" w:w="1727"/>
          </w:tcPr>
          <w:p>
            <w:pPr>
              <w:spacing w:after="20" w:before="20"/>
            </w:pPr>
            <w:r/>
            <w:r>
              <w:rPr>
                <w:rFonts w:ascii="Times New Roman" w:hAnsi="Times New Roman" w:eastAsia="宋体"/>
                <w:b w:val="0"/>
                <w:sz w:val="21"/>
              </w:rPr>
              <w:t>书法学院</w:t>
            </w:r>
          </w:p>
        </w:tc>
        <w:tc>
          <w:tcPr>
            <w:tcW w:type="dxa" w:w="1727"/>
          </w:tcPr>
          <w:p>
            <w:pPr>
              <w:spacing w:after="20" w:before="20"/>
            </w:pPr>
            <w:r/>
            <w:r>
              <w:rPr>
                <w:rFonts w:ascii="Times New Roman" w:hAnsi="Times New Roman" w:eastAsia="宋体"/>
                <w:b w:val="0"/>
                <w:sz w:val="21"/>
              </w:rPr>
              <w:t>04书法形式美研究</w:t>
            </w:r>
          </w:p>
        </w:tc>
      </w:tr>
      <w:tr>
        <w:tc>
          <w:tcPr>
            <w:tcW w:type="dxa" w:w="1727"/>
          </w:tcPr>
          <w:p>
            <w:pPr>
              <w:spacing w:after="20" w:before="20"/>
            </w:pPr>
            <w:r/>
            <w:r>
              <w:rPr>
                <w:rFonts w:ascii="Times New Roman" w:hAnsi="Times New Roman" w:eastAsia="宋体"/>
                <w:b w:val="0"/>
                <w:sz w:val="21"/>
              </w:rPr>
              <w:t>198</w:t>
            </w:r>
          </w:p>
        </w:tc>
        <w:tc>
          <w:tcPr>
            <w:tcW w:type="dxa" w:w="1727"/>
          </w:tcPr>
          <w:p>
            <w:pPr>
              <w:spacing w:after="20" w:before="20"/>
            </w:pPr>
            <w:r/>
            <w:r>
              <w:rPr>
                <w:rFonts w:ascii="Times New Roman" w:hAnsi="Times New Roman" w:eastAsia="宋体"/>
                <w:b w:val="0"/>
                <w:sz w:val="21"/>
              </w:rPr>
              <w:t>钟滢琦</w:t>
            </w:r>
          </w:p>
        </w:tc>
        <w:tc>
          <w:tcPr>
            <w:tcW w:type="dxa" w:w="1727"/>
          </w:tcPr>
          <w:p>
            <w:pPr>
              <w:spacing w:after="20" w:before="20"/>
            </w:pPr>
            <w:r/>
            <w:r>
              <w:rPr>
                <w:rFonts w:ascii="Times New Roman" w:hAnsi="Times New Roman" w:eastAsia="宋体"/>
                <w:b w:val="0"/>
                <w:sz w:val="21"/>
              </w:rPr>
              <w:t>书法学院</w:t>
            </w:r>
          </w:p>
        </w:tc>
        <w:tc>
          <w:tcPr>
            <w:tcW w:type="dxa" w:w="1727"/>
          </w:tcPr>
          <w:p>
            <w:pPr>
              <w:spacing w:after="20" w:before="20"/>
            </w:pPr>
            <w:r/>
            <w:r>
              <w:rPr>
                <w:rFonts w:ascii="Times New Roman" w:hAnsi="Times New Roman" w:eastAsia="宋体"/>
                <w:b w:val="0"/>
                <w:sz w:val="21"/>
              </w:rPr>
              <w:t>书法学院</w:t>
            </w:r>
          </w:p>
        </w:tc>
        <w:tc>
          <w:tcPr>
            <w:tcW w:type="dxa" w:w="1727"/>
          </w:tcPr>
          <w:p>
            <w:pPr>
              <w:spacing w:after="20" w:before="20"/>
            </w:pPr>
            <w:r/>
            <w:r>
              <w:rPr>
                <w:rFonts w:ascii="Times New Roman" w:hAnsi="Times New Roman" w:eastAsia="宋体"/>
                <w:b w:val="0"/>
                <w:sz w:val="21"/>
              </w:rPr>
              <w:t>05书法艺术研究</w:t>
            </w:r>
          </w:p>
        </w:tc>
      </w:tr>
      <w:tr>
        <w:tc>
          <w:tcPr>
            <w:tcW w:type="dxa" w:w="1727"/>
          </w:tcPr>
          <w:p>
            <w:pPr>
              <w:spacing w:after="20" w:before="20"/>
            </w:pPr>
            <w:r/>
            <w:r>
              <w:rPr>
                <w:rFonts w:ascii="Times New Roman" w:hAnsi="Times New Roman" w:eastAsia="宋体"/>
                <w:b w:val="0"/>
                <w:sz w:val="21"/>
              </w:rPr>
              <w:t>199</w:t>
            </w:r>
          </w:p>
        </w:tc>
        <w:tc>
          <w:tcPr>
            <w:tcW w:type="dxa" w:w="1727"/>
          </w:tcPr>
          <w:p>
            <w:pPr>
              <w:spacing w:after="20" w:before="20"/>
            </w:pPr>
            <w:r/>
            <w:r>
              <w:rPr>
                <w:rFonts w:ascii="Times New Roman" w:hAnsi="Times New Roman" w:eastAsia="宋体"/>
                <w:b w:val="0"/>
                <w:sz w:val="21"/>
              </w:rPr>
              <w:t>崔梓慧</w:t>
            </w:r>
          </w:p>
        </w:tc>
        <w:tc>
          <w:tcPr>
            <w:tcW w:type="dxa" w:w="1727"/>
          </w:tcPr>
          <w:p>
            <w:pPr>
              <w:spacing w:after="20" w:before="20"/>
            </w:pPr>
            <w:r/>
            <w:r>
              <w:rPr>
                <w:rFonts w:ascii="Times New Roman" w:hAnsi="Times New Roman" w:eastAsia="宋体"/>
                <w:b w:val="0"/>
                <w:sz w:val="21"/>
              </w:rPr>
              <w:t>书法学院</w:t>
            </w:r>
          </w:p>
        </w:tc>
        <w:tc>
          <w:tcPr>
            <w:tcW w:type="dxa" w:w="1727"/>
          </w:tcPr>
          <w:p>
            <w:pPr>
              <w:spacing w:after="20" w:before="20"/>
            </w:pPr>
            <w:r/>
            <w:r>
              <w:rPr>
                <w:rFonts w:ascii="Times New Roman" w:hAnsi="Times New Roman" w:eastAsia="宋体"/>
                <w:b w:val="0"/>
                <w:sz w:val="21"/>
              </w:rPr>
              <w:t>书法学院</w:t>
            </w:r>
          </w:p>
        </w:tc>
        <w:tc>
          <w:tcPr>
            <w:tcW w:type="dxa" w:w="1727"/>
          </w:tcPr>
          <w:p>
            <w:pPr>
              <w:spacing w:after="20" w:before="20"/>
            </w:pPr>
            <w:r/>
            <w:r>
              <w:rPr>
                <w:rFonts w:ascii="Times New Roman" w:hAnsi="Times New Roman" w:eastAsia="宋体"/>
                <w:b w:val="0"/>
                <w:sz w:val="21"/>
              </w:rPr>
              <w:t>06中国书法展示与创新</w:t>
            </w:r>
          </w:p>
        </w:tc>
      </w:tr>
      <w:tr>
        <w:tc>
          <w:tcPr>
            <w:tcW w:type="dxa" w:w="1727"/>
          </w:tcPr>
          <w:p>
            <w:pPr>
              <w:spacing w:after="20" w:before="20"/>
            </w:pPr>
            <w:r/>
            <w:r>
              <w:rPr>
                <w:rFonts w:ascii="Times New Roman" w:hAnsi="Times New Roman" w:eastAsia="宋体"/>
                <w:b w:val="0"/>
                <w:sz w:val="21"/>
              </w:rPr>
              <w:t>200</w:t>
            </w:r>
          </w:p>
        </w:tc>
        <w:tc>
          <w:tcPr>
            <w:tcW w:type="dxa" w:w="1727"/>
          </w:tcPr>
          <w:p>
            <w:pPr>
              <w:spacing w:after="20" w:before="20"/>
            </w:pPr>
            <w:r/>
            <w:r>
              <w:rPr>
                <w:rFonts w:ascii="Times New Roman" w:hAnsi="Times New Roman" w:eastAsia="宋体"/>
                <w:b w:val="0"/>
                <w:sz w:val="21"/>
              </w:rPr>
              <w:t>姜笑寒</w:t>
            </w:r>
          </w:p>
        </w:tc>
        <w:tc>
          <w:tcPr>
            <w:tcW w:type="dxa" w:w="1727"/>
          </w:tcPr>
          <w:p>
            <w:pPr>
              <w:spacing w:after="20" w:before="20"/>
            </w:pPr>
            <w:r/>
            <w:r>
              <w:rPr>
                <w:rFonts w:ascii="Times New Roman" w:hAnsi="Times New Roman" w:eastAsia="宋体"/>
                <w:b w:val="0"/>
                <w:sz w:val="21"/>
              </w:rPr>
              <w:t>设计学院</w:t>
            </w:r>
          </w:p>
        </w:tc>
        <w:tc>
          <w:tcPr>
            <w:tcW w:type="dxa" w:w="1727"/>
          </w:tcPr>
          <w:p>
            <w:pPr>
              <w:spacing w:after="20" w:before="20"/>
            </w:pPr>
            <w:r/>
            <w:r>
              <w:rPr>
                <w:rFonts w:ascii="Times New Roman" w:hAnsi="Times New Roman" w:eastAsia="宋体"/>
                <w:b w:val="0"/>
                <w:sz w:val="21"/>
              </w:rPr>
              <w:t>设计学院</w:t>
            </w:r>
          </w:p>
        </w:tc>
        <w:tc>
          <w:tcPr>
            <w:tcW w:type="dxa" w:w="1727"/>
          </w:tcPr>
          <w:p>
            <w:pPr>
              <w:spacing w:after="20" w:before="20"/>
            </w:pPr>
            <w:r/>
            <w:r>
              <w:rPr>
                <w:rFonts w:ascii="Times New Roman" w:hAnsi="Times New Roman" w:eastAsia="宋体"/>
                <w:b w:val="0"/>
                <w:sz w:val="21"/>
              </w:rPr>
              <w:t>20文本艺术与传达设计研究</w:t>
            </w:r>
          </w:p>
        </w:tc>
      </w:tr>
      <w:tr>
        <w:tc>
          <w:tcPr>
            <w:tcW w:type="dxa" w:w="1727"/>
          </w:tcPr>
          <w:p>
            <w:pPr>
              <w:spacing w:after="20" w:before="20"/>
            </w:pPr>
            <w:r/>
            <w:r>
              <w:rPr>
                <w:rFonts w:ascii="Times New Roman" w:hAnsi="Times New Roman" w:eastAsia="宋体"/>
                <w:b w:val="0"/>
                <w:sz w:val="21"/>
              </w:rPr>
              <w:t>201</w:t>
            </w:r>
          </w:p>
        </w:tc>
        <w:tc>
          <w:tcPr>
            <w:tcW w:type="dxa" w:w="1727"/>
          </w:tcPr>
          <w:p>
            <w:pPr>
              <w:spacing w:after="20" w:before="20"/>
            </w:pPr>
            <w:r/>
            <w:r>
              <w:rPr>
                <w:rFonts w:ascii="Times New Roman" w:hAnsi="Times New Roman" w:eastAsia="宋体"/>
                <w:b w:val="0"/>
                <w:sz w:val="21"/>
              </w:rPr>
              <w:t>张齐芮</w:t>
            </w:r>
          </w:p>
        </w:tc>
        <w:tc>
          <w:tcPr>
            <w:tcW w:type="dxa" w:w="1727"/>
          </w:tcPr>
          <w:p>
            <w:pPr>
              <w:spacing w:after="20" w:before="20"/>
            </w:pPr>
            <w:r/>
            <w:r>
              <w:rPr>
                <w:rFonts w:ascii="Times New Roman" w:hAnsi="Times New Roman" w:eastAsia="宋体"/>
                <w:b w:val="0"/>
                <w:sz w:val="21"/>
              </w:rPr>
              <w:t>书法学院</w:t>
            </w:r>
          </w:p>
        </w:tc>
        <w:tc>
          <w:tcPr>
            <w:tcW w:type="dxa" w:w="1727"/>
          </w:tcPr>
          <w:p>
            <w:pPr>
              <w:spacing w:after="20" w:before="20"/>
            </w:pPr>
            <w:r/>
            <w:r>
              <w:rPr>
                <w:rFonts w:ascii="Times New Roman" w:hAnsi="Times New Roman" w:eastAsia="宋体"/>
                <w:b w:val="0"/>
                <w:sz w:val="21"/>
              </w:rPr>
              <w:t>书法学院</w:t>
            </w:r>
          </w:p>
        </w:tc>
        <w:tc>
          <w:tcPr>
            <w:tcW w:type="dxa" w:w="1727"/>
          </w:tcPr>
          <w:p>
            <w:pPr>
              <w:spacing w:after="20" w:before="20"/>
            </w:pPr>
            <w:r/>
            <w:r>
              <w:rPr>
                <w:rFonts w:ascii="Times New Roman" w:hAnsi="Times New Roman" w:eastAsia="宋体"/>
                <w:b w:val="0"/>
                <w:sz w:val="21"/>
              </w:rPr>
              <w:t>01“书画印”创作研究</w:t>
            </w:r>
          </w:p>
        </w:tc>
      </w:tr>
      <w:tr>
        <w:tc>
          <w:tcPr>
            <w:tcW w:type="dxa" w:w="1727"/>
          </w:tcPr>
          <w:p>
            <w:pPr>
              <w:spacing w:after="20" w:before="20"/>
            </w:pPr>
            <w:r/>
            <w:r>
              <w:rPr>
                <w:rFonts w:ascii="Times New Roman" w:hAnsi="Times New Roman" w:eastAsia="宋体"/>
                <w:b w:val="0"/>
                <w:sz w:val="21"/>
              </w:rPr>
              <w:t>202</w:t>
            </w:r>
          </w:p>
        </w:tc>
        <w:tc>
          <w:tcPr>
            <w:tcW w:type="dxa" w:w="1727"/>
          </w:tcPr>
          <w:p>
            <w:pPr>
              <w:spacing w:after="20" w:before="20"/>
            </w:pPr>
            <w:r/>
            <w:r>
              <w:rPr>
                <w:rFonts w:ascii="Times New Roman" w:hAnsi="Times New Roman" w:eastAsia="宋体"/>
                <w:b w:val="0"/>
                <w:sz w:val="21"/>
              </w:rPr>
              <w:t>归格格</w:t>
            </w:r>
          </w:p>
        </w:tc>
        <w:tc>
          <w:tcPr>
            <w:tcW w:type="dxa" w:w="1727"/>
          </w:tcPr>
          <w:p>
            <w:pPr>
              <w:spacing w:after="20" w:before="20"/>
            </w:pPr>
            <w:r/>
            <w:r>
              <w:rPr>
                <w:rFonts w:ascii="Times New Roman" w:hAnsi="Times New Roman" w:eastAsia="宋体"/>
                <w:b w:val="0"/>
                <w:sz w:val="21"/>
              </w:rPr>
              <w:t>城市设计学院</w:t>
            </w:r>
          </w:p>
        </w:tc>
        <w:tc>
          <w:tcPr>
            <w:tcW w:type="dxa" w:w="1727"/>
          </w:tcPr>
          <w:p>
            <w:pPr>
              <w:spacing w:after="20" w:before="20"/>
            </w:pPr>
            <w:r/>
            <w:r>
              <w:rPr>
                <w:rFonts w:ascii="Times New Roman" w:hAnsi="Times New Roman" w:eastAsia="宋体"/>
                <w:b w:val="0"/>
                <w:sz w:val="21"/>
              </w:rPr>
              <w:t>城市设计学院</w:t>
            </w:r>
          </w:p>
        </w:tc>
        <w:tc>
          <w:tcPr>
            <w:tcW w:type="dxa" w:w="1727"/>
          </w:tcPr>
          <w:p>
            <w:pPr>
              <w:spacing w:after="20" w:before="20"/>
            </w:pPr>
            <w:r/>
            <w:r>
              <w:rPr>
                <w:rFonts w:ascii="Times New Roman" w:hAnsi="Times New Roman" w:eastAsia="宋体"/>
                <w:b w:val="0"/>
                <w:sz w:val="21"/>
              </w:rPr>
              <w:t>04绘本创作研究</w:t>
            </w:r>
          </w:p>
        </w:tc>
      </w:tr>
      <w:tr>
        <w:tc>
          <w:tcPr>
            <w:tcW w:type="dxa" w:w="1727"/>
          </w:tcPr>
          <w:p>
            <w:pPr>
              <w:spacing w:after="20" w:before="20"/>
            </w:pPr>
            <w:r/>
            <w:r>
              <w:rPr>
                <w:rFonts w:ascii="Times New Roman" w:hAnsi="Times New Roman" w:eastAsia="宋体"/>
                <w:b w:val="0"/>
                <w:sz w:val="21"/>
              </w:rPr>
              <w:t>203</w:t>
            </w:r>
          </w:p>
        </w:tc>
        <w:tc>
          <w:tcPr>
            <w:tcW w:type="dxa" w:w="1727"/>
          </w:tcPr>
          <w:p>
            <w:pPr>
              <w:spacing w:after="20" w:before="20"/>
            </w:pPr>
            <w:r/>
            <w:r>
              <w:rPr>
                <w:rFonts w:ascii="Times New Roman" w:hAnsi="Times New Roman" w:eastAsia="宋体"/>
                <w:b w:val="0"/>
                <w:sz w:val="21"/>
              </w:rPr>
              <w:t>冯咏玲</w:t>
            </w:r>
          </w:p>
        </w:tc>
        <w:tc>
          <w:tcPr>
            <w:tcW w:type="dxa" w:w="1727"/>
          </w:tcPr>
          <w:p>
            <w:pPr>
              <w:spacing w:after="20" w:before="20"/>
            </w:pPr>
            <w:r/>
            <w:r>
              <w:rPr>
                <w:rFonts w:ascii="Times New Roman" w:hAnsi="Times New Roman" w:eastAsia="宋体"/>
                <w:b w:val="0"/>
                <w:sz w:val="21"/>
              </w:rPr>
              <w:t>建筑学院</w:t>
            </w:r>
          </w:p>
        </w:tc>
        <w:tc>
          <w:tcPr>
            <w:tcW w:type="dxa" w:w="1727"/>
          </w:tcPr>
          <w:p>
            <w:pPr>
              <w:spacing w:after="20" w:before="20"/>
            </w:pPr>
            <w:r/>
            <w:r>
              <w:rPr>
                <w:rFonts w:ascii="Times New Roman" w:hAnsi="Times New Roman" w:eastAsia="宋体"/>
                <w:b w:val="0"/>
                <w:sz w:val="21"/>
              </w:rPr>
              <w:t>建筑学院</w:t>
            </w:r>
          </w:p>
        </w:tc>
        <w:tc>
          <w:tcPr>
            <w:tcW w:type="dxa" w:w="1727"/>
          </w:tcPr>
          <w:p>
            <w:pPr>
              <w:spacing w:after="20" w:before="20"/>
            </w:pPr>
            <w:r/>
            <w:r>
              <w:rPr>
                <w:rFonts w:ascii="Times New Roman" w:hAnsi="Times New Roman" w:eastAsia="宋体"/>
                <w:b w:val="0"/>
                <w:sz w:val="21"/>
              </w:rPr>
              <w:t>01建筑学</w:t>
            </w:r>
          </w:p>
        </w:tc>
      </w:tr>
    </w:tbl>
    <w:p>
      <w:pPr>
        <w:spacing w:before="160" w:after="80" w:lineRule="auto" w:line="360"/>
        <w:jc w:val="left"/>
      </w:pPr>
      <w:r>
        <w:rPr>
          <w:rFonts w:ascii="Times New Roman" w:hAnsi="Times New Roman" w:eastAsia="宋体"/>
          <w:b/>
          <w:sz w:val="28"/>
        </w:rPr>
        <w:t>九、名单概况</w:t>
      </w:r>
    </w:p>
    <w:p>
      <w:pPr>
        <w:spacing w:after="80" w:lineRule="auto" w:line="360"/>
        <w:ind w:firstLine="482"/>
        <w:jc w:val="both"/>
      </w:pPr>
      <w:r>
        <w:rPr>
          <w:rFonts w:ascii="Times New Roman" w:hAnsi="Times New Roman" w:eastAsia="宋体"/>
          <w:b w:val="0"/>
          <w:sz w:val="24"/>
        </w:rPr>
        <w:t>1. 本段名单序号为 195 至 203，共 9 人。</w:t>
      </w:r>
    </w:p>
    <w:p>
      <w:pPr>
        <w:spacing w:after="80" w:lineRule="auto" w:line="360"/>
        <w:ind w:firstLine="482"/>
        <w:jc w:val="both"/>
      </w:pPr>
      <w:r>
        <w:rPr>
          <w:rFonts w:ascii="Times New Roman" w:hAnsi="Times New Roman" w:eastAsia="宋体"/>
          <w:b w:val="0"/>
          <w:sz w:val="24"/>
        </w:rPr>
        <w:t>2. 涉及学院包括书法学院、设计学院、城市设计学院、建筑学院。</w:t>
      </w:r>
    </w:p>
    <w:p>
      <w:pPr>
        <w:spacing w:after="80" w:lineRule="auto" w:line="360"/>
        <w:ind w:firstLine="482"/>
        <w:jc w:val="both"/>
      </w:pPr>
      <w:r>
        <w:rPr>
          <w:rFonts w:ascii="Times New Roman" w:hAnsi="Times New Roman" w:eastAsia="宋体"/>
          <w:b w:val="0"/>
          <w:sz w:val="24"/>
        </w:rPr>
        <w:t>3. 涉及专业/研究方向包括“书画印”创作研究、书法形式美研究、书法艺术研究、中国书法展示与创新、文本艺术与传达设计研究、绘本创作研究、建筑学。</w:t>
      </w:r>
    </w:p>
    <w:p>
      <w:pPr>
        <w:spacing w:before="160" w:after="80" w:lineRule="auto" w:line="360"/>
        <w:jc w:val="left"/>
      </w:pPr>
      <w:r>
        <w:rPr>
          <w:rFonts w:ascii="Times New Roman" w:hAnsi="Times New Roman" w:eastAsia="宋体"/>
          <w:b/>
          <w:sz w:val="28"/>
        </w:rPr>
        <w:t>十、其他信息</w:t>
      </w:r>
    </w:p>
    <w:p>
      <w:pPr>
        <w:spacing w:after="80" w:lineRule="auto" w:line="360"/>
        <w:ind w:firstLine="482"/>
        <w:jc w:val="both"/>
      </w:pPr>
      <w:r>
        <w:rPr>
          <w:rFonts w:ascii="Times New Roman" w:hAnsi="Times New Roman" w:eastAsia="宋体"/>
          <w:b w:val="0"/>
          <w:sz w:val="24"/>
        </w:rPr>
        <w:t>1. 本段开头出现“民大学 美育研究院 04青少年美育”字样，未标注对应序号及姓名，无法确认其归属人员。</w:t>
      </w:r>
    </w:p>
    <w:p>
      <w:pPr>
        <w:spacing w:after="80" w:lineRule="auto" w:line="360"/>
        <w:ind w:firstLine="482"/>
        <w:jc w:val="both"/>
      </w:pPr>
      <w:r>
        <w:rPr>
          <w:rFonts w:ascii="Times New Roman" w:hAnsi="Times New Roman" w:eastAsia="宋体"/>
          <w:b w:val="0"/>
          <w:sz w:val="24"/>
        </w:rPr>
        <w:t>2. 本段末尾标注“第 12 页，共 12 页”。</w:t>
      </w:r>
    </w:p>
    <w:p>
      <w:pPr>
        <w:spacing w:after="80" w:lineRule="auto" w:line="360"/>
        <w:ind w:firstLine="482"/>
        <w:jc w:val="both"/>
      </w:pPr>
      <w:r>
        <w:rPr>
          <w:rFonts w:ascii="Times New Roman" w:hAnsi="Times New Roman" w:eastAsia="宋体"/>
          <w:b w:val="0"/>
          <w:sz w:val="24"/>
        </w:rPr>
        <w:t>3. 本段未包含排名/评分方式及公示期信息。</w:t>
      </w:r>
    </w:p>
    <w:p>
      <w:pPr>
        <w:spacing w:after="80" w:lineRule="auto" w:line="360"/>
        <w:ind w:firstLine="482"/>
        <w:jc w:val="both"/>
      </w:pPr>
      <w:r>
        <w:rPr>
          <w:rFonts w:ascii="Times New Roman" w:hAnsi="Times New Roman" w:eastAsia="宋体"/>
          <w:b w:val="0"/>
          <w:sz w:val="24"/>
        </w:rPr>
        <w:t>本段为推免拟录取名单公示内容，共涉及 9 人，具体明细如下：</w:t>
      </w:r>
    </w:p>
    <w:tbl>
      <w:tblPr>
        <w:tblStyle w:val="TableGrid"/>
        <w:tblW w:type="auto" w:w="0"/>
        <w:jc w:val="center"/>
        <w:tblLook w:firstColumn="1" w:firstRow="1" w:lastColumn="0" w:lastRow="0" w:noHBand="0" w:noVBand="1" w:val="04A0"/>
      </w:tblPr>
      <w:tblGrid>
        <w:gridCol w:w="2158"/>
        <w:gridCol w:w="2158"/>
        <w:gridCol w:w="2158"/>
        <w:gridCol w:w="2158"/>
      </w:tblGrid>
      <w:tr>
        <w:tc>
          <w:tcPr>
            <w:tcW w:type="dxa" w:w="2158"/>
          </w:tcPr>
          <w:p>
            <w:pPr>
              <w:spacing w:after="20" w:before="20"/>
            </w:pPr>
            <w:r/>
            <w:r>
              <w:rPr>
                <w:rFonts w:ascii="Times New Roman" w:hAnsi="Times New Roman" w:eastAsia="宋体"/>
                <w:b/>
                <w:sz w:val="21"/>
              </w:rPr>
              <w:t>序号</w:t>
            </w:r>
          </w:p>
        </w:tc>
        <w:tc>
          <w:tcPr>
            <w:tcW w:type="dxa" w:w="2158"/>
          </w:tcPr>
          <w:p>
            <w:pPr>
              <w:spacing w:after="20" w:before="20"/>
            </w:pPr>
            <w:r/>
            <w:r>
              <w:rPr>
                <w:rFonts w:ascii="Times New Roman" w:hAnsi="Times New Roman" w:eastAsia="宋体"/>
                <w:b/>
                <w:sz w:val="21"/>
              </w:rPr>
              <w:t>姓名</w:t>
            </w:r>
          </w:p>
        </w:tc>
        <w:tc>
          <w:tcPr>
            <w:tcW w:type="dxa" w:w="2158"/>
          </w:tcPr>
          <w:p>
            <w:pPr>
              <w:spacing w:after="20" w:before="20"/>
            </w:pPr>
            <w:r/>
            <w:r>
              <w:rPr>
                <w:rFonts w:ascii="Times New Roman" w:hAnsi="Times New Roman" w:eastAsia="宋体"/>
                <w:b/>
                <w:sz w:val="21"/>
              </w:rPr>
              <w:t>学院</w:t>
            </w:r>
          </w:p>
        </w:tc>
        <w:tc>
          <w:tcPr>
            <w:tcW w:type="dxa" w:w="2158"/>
          </w:tcPr>
          <w:p>
            <w:pPr>
              <w:spacing w:after="20" w:before="20"/>
            </w:pPr>
            <w:r/>
            <w:r>
              <w:rPr>
                <w:rFonts w:ascii="Times New Roman" w:hAnsi="Times New Roman" w:eastAsia="宋体"/>
                <w:b/>
                <w:sz w:val="21"/>
              </w:rPr>
              <w:t>专业/研究方向</w:t>
            </w:r>
          </w:p>
        </w:tc>
      </w:tr>
      <w:tr>
        <w:tc>
          <w:tcPr>
            <w:tcW w:type="dxa" w:w="2158"/>
          </w:tcPr>
          <w:p>
            <w:pPr>
              <w:spacing w:after="20" w:before="20"/>
            </w:pPr>
            <w:r/>
            <w:r>
              <w:rPr>
                <w:rFonts w:ascii="Times New Roman" w:hAnsi="Times New Roman" w:eastAsia="宋体"/>
                <w:b w:val="0"/>
                <w:sz w:val="21"/>
              </w:rPr>
              <w:t>195</w:t>
            </w:r>
          </w:p>
        </w:tc>
        <w:tc>
          <w:tcPr>
            <w:tcW w:type="dxa" w:w="2158"/>
          </w:tcPr>
          <w:p>
            <w:pPr>
              <w:spacing w:after="20" w:before="20"/>
            </w:pPr>
            <w:r/>
            <w:r>
              <w:rPr>
                <w:rFonts w:ascii="Times New Roman" w:hAnsi="Times New Roman" w:eastAsia="宋体"/>
                <w:b w:val="0"/>
                <w:sz w:val="21"/>
              </w:rPr>
              <w:t>赵明宇</w:t>
            </w:r>
          </w:p>
        </w:tc>
        <w:tc>
          <w:tcPr>
            <w:tcW w:type="dxa" w:w="2158"/>
          </w:tcPr>
          <w:p>
            <w:pPr>
              <w:spacing w:after="20" w:before="20"/>
            </w:pPr>
            <w:r/>
            <w:r>
              <w:rPr>
                <w:rFonts w:ascii="Times New Roman" w:hAnsi="Times New Roman" w:eastAsia="宋体"/>
                <w:b w:val="0"/>
                <w:sz w:val="21"/>
              </w:rPr>
              <w:t>书法学院</w:t>
            </w:r>
          </w:p>
        </w:tc>
        <w:tc>
          <w:tcPr>
            <w:tcW w:type="dxa" w:w="2158"/>
          </w:tcPr>
          <w:p>
            <w:pPr>
              <w:spacing w:after="20" w:before="20"/>
            </w:pPr>
            <w:r/>
            <w:r>
              <w:rPr>
                <w:rFonts w:ascii="Times New Roman" w:hAnsi="Times New Roman" w:eastAsia="宋体"/>
                <w:b w:val="0"/>
                <w:sz w:val="21"/>
              </w:rPr>
              <w:t>01“书画印”创作研究</w:t>
            </w:r>
          </w:p>
        </w:tc>
      </w:tr>
      <w:tr>
        <w:tc>
          <w:tcPr>
            <w:tcW w:type="dxa" w:w="2158"/>
          </w:tcPr>
          <w:p>
            <w:pPr>
              <w:spacing w:after="20" w:before="20"/>
            </w:pPr>
            <w:r/>
            <w:r>
              <w:rPr>
                <w:rFonts w:ascii="Times New Roman" w:hAnsi="Times New Roman" w:eastAsia="宋体"/>
                <w:b w:val="0"/>
                <w:sz w:val="21"/>
              </w:rPr>
              <w:t>196</w:t>
            </w:r>
          </w:p>
        </w:tc>
        <w:tc>
          <w:tcPr>
            <w:tcW w:type="dxa" w:w="2158"/>
          </w:tcPr>
          <w:p>
            <w:pPr>
              <w:spacing w:after="20" w:before="20"/>
            </w:pPr>
            <w:r/>
            <w:r>
              <w:rPr>
                <w:rFonts w:ascii="Times New Roman" w:hAnsi="Times New Roman" w:eastAsia="宋体"/>
                <w:b w:val="0"/>
                <w:sz w:val="21"/>
              </w:rPr>
              <w:t>谭若烨</w:t>
            </w:r>
          </w:p>
        </w:tc>
        <w:tc>
          <w:tcPr>
            <w:tcW w:type="dxa" w:w="2158"/>
          </w:tcPr>
          <w:p>
            <w:pPr>
              <w:spacing w:after="20" w:before="20"/>
            </w:pPr>
            <w:r/>
            <w:r>
              <w:rPr>
                <w:rFonts w:ascii="Times New Roman" w:hAnsi="Times New Roman" w:eastAsia="宋体"/>
                <w:b w:val="0"/>
                <w:sz w:val="21"/>
              </w:rPr>
              <w:t>书法学院</w:t>
            </w:r>
          </w:p>
        </w:tc>
        <w:tc>
          <w:tcPr>
            <w:tcW w:type="dxa" w:w="2158"/>
          </w:tcPr>
          <w:p>
            <w:pPr>
              <w:spacing w:after="20" w:before="20"/>
            </w:pPr>
            <w:r/>
            <w:r>
              <w:rPr>
                <w:rFonts w:ascii="Times New Roman" w:hAnsi="Times New Roman" w:eastAsia="宋体"/>
                <w:b w:val="0"/>
                <w:sz w:val="21"/>
              </w:rPr>
              <w:t>02“书画印”创作研究</w:t>
            </w:r>
          </w:p>
        </w:tc>
      </w:tr>
      <w:tr>
        <w:tc>
          <w:tcPr>
            <w:tcW w:type="dxa" w:w="2158"/>
          </w:tcPr>
          <w:p>
            <w:pPr>
              <w:spacing w:after="20" w:before="20"/>
            </w:pPr>
            <w:r/>
            <w:r>
              <w:rPr>
                <w:rFonts w:ascii="Times New Roman" w:hAnsi="Times New Roman" w:eastAsia="宋体"/>
                <w:b w:val="0"/>
                <w:sz w:val="21"/>
              </w:rPr>
              <w:t>197</w:t>
            </w:r>
          </w:p>
        </w:tc>
        <w:tc>
          <w:tcPr>
            <w:tcW w:type="dxa" w:w="2158"/>
          </w:tcPr>
          <w:p>
            <w:pPr>
              <w:spacing w:after="20" w:before="20"/>
            </w:pPr>
            <w:r/>
            <w:r>
              <w:rPr>
                <w:rFonts w:ascii="Times New Roman" w:hAnsi="Times New Roman" w:eastAsia="宋体"/>
                <w:b w:val="0"/>
                <w:sz w:val="21"/>
              </w:rPr>
              <w:t>林涵</w:t>
            </w:r>
          </w:p>
        </w:tc>
        <w:tc>
          <w:tcPr>
            <w:tcW w:type="dxa" w:w="2158"/>
          </w:tcPr>
          <w:p>
            <w:pPr>
              <w:spacing w:after="20" w:before="20"/>
            </w:pPr>
            <w:r/>
            <w:r>
              <w:rPr>
                <w:rFonts w:ascii="Times New Roman" w:hAnsi="Times New Roman" w:eastAsia="宋体"/>
                <w:b w:val="0"/>
                <w:sz w:val="21"/>
              </w:rPr>
              <w:t>书法学院</w:t>
            </w:r>
          </w:p>
        </w:tc>
        <w:tc>
          <w:tcPr>
            <w:tcW w:type="dxa" w:w="2158"/>
          </w:tcPr>
          <w:p>
            <w:pPr>
              <w:spacing w:after="20" w:before="20"/>
            </w:pPr>
            <w:r/>
            <w:r>
              <w:rPr>
                <w:rFonts w:ascii="Times New Roman" w:hAnsi="Times New Roman" w:eastAsia="宋体"/>
                <w:b w:val="0"/>
                <w:sz w:val="21"/>
              </w:rPr>
              <w:t>04书法形式美研究</w:t>
            </w:r>
          </w:p>
        </w:tc>
      </w:tr>
      <w:tr>
        <w:tc>
          <w:tcPr>
            <w:tcW w:type="dxa" w:w="2158"/>
          </w:tcPr>
          <w:p>
            <w:pPr>
              <w:spacing w:after="20" w:before="20"/>
            </w:pPr>
            <w:r/>
            <w:r>
              <w:rPr>
                <w:rFonts w:ascii="Times New Roman" w:hAnsi="Times New Roman" w:eastAsia="宋体"/>
                <w:b w:val="0"/>
                <w:sz w:val="21"/>
              </w:rPr>
              <w:t>198</w:t>
            </w:r>
          </w:p>
        </w:tc>
        <w:tc>
          <w:tcPr>
            <w:tcW w:type="dxa" w:w="2158"/>
          </w:tcPr>
          <w:p>
            <w:pPr>
              <w:spacing w:after="20" w:before="20"/>
            </w:pPr>
            <w:r/>
            <w:r>
              <w:rPr>
                <w:rFonts w:ascii="Times New Roman" w:hAnsi="Times New Roman" w:eastAsia="宋体"/>
                <w:b w:val="0"/>
                <w:sz w:val="21"/>
              </w:rPr>
              <w:t>钟滢琦</w:t>
            </w:r>
          </w:p>
        </w:tc>
        <w:tc>
          <w:tcPr>
            <w:tcW w:type="dxa" w:w="2158"/>
          </w:tcPr>
          <w:p>
            <w:pPr>
              <w:spacing w:after="20" w:before="20"/>
            </w:pPr>
            <w:r/>
            <w:r>
              <w:rPr>
                <w:rFonts w:ascii="Times New Roman" w:hAnsi="Times New Roman" w:eastAsia="宋体"/>
                <w:b w:val="0"/>
                <w:sz w:val="21"/>
              </w:rPr>
              <w:t>书法学院</w:t>
            </w:r>
          </w:p>
        </w:tc>
        <w:tc>
          <w:tcPr>
            <w:tcW w:type="dxa" w:w="2158"/>
          </w:tcPr>
          <w:p>
            <w:pPr>
              <w:spacing w:after="20" w:before="20"/>
            </w:pPr>
            <w:r/>
            <w:r>
              <w:rPr>
                <w:rFonts w:ascii="Times New Roman" w:hAnsi="Times New Roman" w:eastAsia="宋体"/>
                <w:b w:val="0"/>
                <w:sz w:val="21"/>
              </w:rPr>
              <w:t>05书法艺术研究</w:t>
            </w:r>
          </w:p>
        </w:tc>
      </w:tr>
      <w:tr>
        <w:tc>
          <w:tcPr>
            <w:tcW w:type="dxa" w:w="2158"/>
          </w:tcPr>
          <w:p>
            <w:pPr>
              <w:spacing w:after="20" w:before="20"/>
            </w:pPr>
            <w:r/>
            <w:r>
              <w:rPr>
                <w:rFonts w:ascii="Times New Roman" w:hAnsi="Times New Roman" w:eastAsia="宋体"/>
                <w:b w:val="0"/>
                <w:sz w:val="21"/>
              </w:rPr>
              <w:t>199</w:t>
            </w:r>
          </w:p>
        </w:tc>
        <w:tc>
          <w:tcPr>
            <w:tcW w:type="dxa" w:w="2158"/>
          </w:tcPr>
          <w:p>
            <w:pPr>
              <w:spacing w:after="20" w:before="20"/>
            </w:pPr>
            <w:r/>
            <w:r>
              <w:rPr>
                <w:rFonts w:ascii="Times New Roman" w:hAnsi="Times New Roman" w:eastAsia="宋体"/>
                <w:b w:val="0"/>
                <w:sz w:val="21"/>
              </w:rPr>
              <w:t>崔梓慧</w:t>
            </w:r>
          </w:p>
        </w:tc>
        <w:tc>
          <w:tcPr>
            <w:tcW w:type="dxa" w:w="2158"/>
          </w:tcPr>
          <w:p>
            <w:pPr>
              <w:spacing w:after="20" w:before="20"/>
            </w:pPr>
            <w:r/>
            <w:r>
              <w:rPr>
                <w:rFonts w:ascii="Times New Roman" w:hAnsi="Times New Roman" w:eastAsia="宋体"/>
                <w:b w:val="0"/>
                <w:sz w:val="21"/>
              </w:rPr>
              <w:t>书法学院</w:t>
            </w:r>
          </w:p>
        </w:tc>
        <w:tc>
          <w:tcPr>
            <w:tcW w:type="dxa" w:w="2158"/>
          </w:tcPr>
          <w:p>
            <w:pPr>
              <w:spacing w:after="20" w:before="20"/>
            </w:pPr>
            <w:r/>
            <w:r>
              <w:rPr>
                <w:rFonts w:ascii="Times New Roman" w:hAnsi="Times New Roman" w:eastAsia="宋体"/>
                <w:b w:val="0"/>
                <w:sz w:val="21"/>
              </w:rPr>
              <w:t>06中国书法展示与创新</w:t>
            </w:r>
          </w:p>
        </w:tc>
      </w:tr>
      <w:tr>
        <w:tc>
          <w:tcPr>
            <w:tcW w:type="dxa" w:w="2158"/>
          </w:tcPr>
          <w:p>
            <w:pPr>
              <w:spacing w:after="20" w:before="20"/>
            </w:pPr>
            <w:r/>
            <w:r>
              <w:rPr>
                <w:rFonts w:ascii="Times New Roman" w:hAnsi="Times New Roman" w:eastAsia="宋体"/>
                <w:b w:val="0"/>
                <w:sz w:val="21"/>
              </w:rPr>
              <w:t>200</w:t>
            </w:r>
          </w:p>
        </w:tc>
        <w:tc>
          <w:tcPr>
            <w:tcW w:type="dxa" w:w="2158"/>
          </w:tcPr>
          <w:p>
            <w:pPr>
              <w:spacing w:after="20" w:before="20"/>
            </w:pPr>
            <w:r/>
            <w:r>
              <w:rPr>
                <w:rFonts w:ascii="Times New Roman" w:hAnsi="Times New Roman" w:eastAsia="宋体"/>
                <w:b w:val="0"/>
                <w:sz w:val="21"/>
              </w:rPr>
              <w:t>姜笑寒</w:t>
            </w:r>
          </w:p>
        </w:tc>
        <w:tc>
          <w:tcPr>
            <w:tcW w:type="dxa" w:w="2158"/>
          </w:tcPr>
          <w:p>
            <w:pPr>
              <w:spacing w:after="20" w:before="20"/>
            </w:pPr>
            <w:r/>
            <w:r>
              <w:rPr>
                <w:rFonts w:ascii="Times New Roman" w:hAnsi="Times New Roman" w:eastAsia="宋体"/>
                <w:b w:val="0"/>
                <w:sz w:val="21"/>
              </w:rPr>
              <w:t>设计学院</w:t>
            </w:r>
          </w:p>
        </w:tc>
        <w:tc>
          <w:tcPr>
            <w:tcW w:type="dxa" w:w="2158"/>
          </w:tcPr>
          <w:p>
            <w:pPr>
              <w:spacing w:after="20" w:before="20"/>
            </w:pPr>
            <w:r/>
            <w:r>
              <w:rPr>
                <w:rFonts w:ascii="Times New Roman" w:hAnsi="Times New Roman" w:eastAsia="宋体"/>
                <w:b w:val="0"/>
                <w:sz w:val="21"/>
              </w:rPr>
              <w:t>20文本艺术与传达设计研究</w:t>
            </w:r>
          </w:p>
        </w:tc>
      </w:tr>
      <w:tr>
        <w:tc>
          <w:tcPr>
            <w:tcW w:type="dxa" w:w="2158"/>
          </w:tcPr>
          <w:p>
            <w:pPr>
              <w:spacing w:after="20" w:before="20"/>
            </w:pPr>
            <w:r/>
            <w:r>
              <w:rPr>
                <w:rFonts w:ascii="Times New Roman" w:hAnsi="Times New Roman" w:eastAsia="宋体"/>
                <w:b w:val="0"/>
                <w:sz w:val="21"/>
              </w:rPr>
              <w:t>201</w:t>
            </w:r>
          </w:p>
        </w:tc>
        <w:tc>
          <w:tcPr>
            <w:tcW w:type="dxa" w:w="2158"/>
          </w:tcPr>
          <w:p>
            <w:pPr>
              <w:spacing w:after="20" w:before="20"/>
            </w:pPr>
            <w:r/>
            <w:r>
              <w:rPr>
                <w:rFonts w:ascii="Times New Roman" w:hAnsi="Times New Roman" w:eastAsia="宋体"/>
                <w:b w:val="0"/>
                <w:sz w:val="21"/>
              </w:rPr>
              <w:t>张齐芮</w:t>
            </w:r>
          </w:p>
        </w:tc>
        <w:tc>
          <w:tcPr>
            <w:tcW w:type="dxa" w:w="2158"/>
          </w:tcPr>
          <w:p>
            <w:pPr>
              <w:spacing w:after="20" w:before="20"/>
            </w:pPr>
            <w:r/>
            <w:r>
              <w:rPr>
                <w:rFonts w:ascii="Times New Roman" w:hAnsi="Times New Roman" w:eastAsia="宋体"/>
                <w:b w:val="0"/>
                <w:sz w:val="21"/>
              </w:rPr>
              <w:t>书法学院</w:t>
            </w:r>
          </w:p>
        </w:tc>
        <w:tc>
          <w:tcPr>
            <w:tcW w:type="dxa" w:w="2158"/>
          </w:tcPr>
          <w:p>
            <w:pPr>
              <w:spacing w:after="20" w:before="20"/>
            </w:pPr>
            <w:r/>
            <w:r>
              <w:rPr>
                <w:rFonts w:ascii="Times New Roman" w:hAnsi="Times New Roman" w:eastAsia="宋体"/>
                <w:b w:val="0"/>
                <w:sz w:val="21"/>
              </w:rPr>
              <w:t>01“书画印”创作研究</w:t>
            </w:r>
          </w:p>
        </w:tc>
      </w:tr>
      <w:tr>
        <w:tc>
          <w:tcPr>
            <w:tcW w:type="dxa" w:w="2158"/>
          </w:tcPr>
          <w:p>
            <w:pPr>
              <w:spacing w:after="20" w:before="20"/>
            </w:pPr>
            <w:r/>
            <w:r>
              <w:rPr>
                <w:rFonts w:ascii="Times New Roman" w:hAnsi="Times New Roman" w:eastAsia="宋体"/>
                <w:b w:val="0"/>
                <w:sz w:val="21"/>
              </w:rPr>
              <w:t>202</w:t>
            </w:r>
          </w:p>
        </w:tc>
        <w:tc>
          <w:tcPr>
            <w:tcW w:type="dxa" w:w="2158"/>
          </w:tcPr>
          <w:p>
            <w:pPr>
              <w:spacing w:after="20" w:before="20"/>
            </w:pPr>
            <w:r/>
            <w:r>
              <w:rPr>
                <w:rFonts w:ascii="Times New Roman" w:hAnsi="Times New Roman" w:eastAsia="宋体"/>
                <w:b w:val="0"/>
                <w:sz w:val="21"/>
              </w:rPr>
              <w:t>归格格</w:t>
            </w:r>
          </w:p>
        </w:tc>
        <w:tc>
          <w:tcPr>
            <w:tcW w:type="dxa" w:w="2158"/>
          </w:tcPr>
          <w:p>
            <w:pPr>
              <w:spacing w:after="20" w:before="20"/>
            </w:pPr>
            <w:r/>
            <w:r>
              <w:rPr>
                <w:rFonts w:ascii="Times New Roman" w:hAnsi="Times New Roman" w:eastAsia="宋体"/>
                <w:b w:val="0"/>
                <w:sz w:val="21"/>
              </w:rPr>
              <w:t>城市设计学院</w:t>
            </w:r>
          </w:p>
        </w:tc>
        <w:tc>
          <w:tcPr>
            <w:tcW w:type="dxa" w:w="2158"/>
          </w:tcPr>
          <w:p>
            <w:pPr>
              <w:spacing w:after="20" w:before="20"/>
            </w:pPr>
            <w:r/>
            <w:r>
              <w:rPr>
                <w:rFonts w:ascii="Times New Roman" w:hAnsi="Times New Roman" w:eastAsia="宋体"/>
                <w:b w:val="0"/>
                <w:sz w:val="21"/>
              </w:rPr>
              <w:t>04绘本创作研究</w:t>
            </w:r>
          </w:p>
        </w:tc>
      </w:tr>
      <w:tr>
        <w:tc>
          <w:tcPr>
            <w:tcW w:type="dxa" w:w="2158"/>
          </w:tcPr>
          <w:p>
            <w:pPr>
              <w:spacing w:after="20" w:before="20"/>
            </w:pPr>
            <w:r/>
            <w:r>
              <w:rPr>
                <w:rFonts w:ascii="Times New Roman" w:hAnsi="Times New Roman" w:eastAsia="宋体"/>
                <w:b w:val="0"/>
                <w:sz w:val="21"/>
              </w:rPr>
              <w:t>203</w:t>
            </w:r>
          </w:p>
        </w:tc>
        <w:tc>
          <w:tcPr>
            <w:tcW w:type="dxa" w:w="2158"/>
          </w:tcPr>
          <w:p>
            <w:pPr>
              <w:spacing w:after="20" w:before="20"/>
            </w:pPr>
            <w:r/>
            <w:r>
              <w:rPr>
                <w:rFonts w:ascii="Times New Roman" w:hAnsi="Times New Roman" w:eastAsia="宋体"/>
                <w:b w:val="0"/>
                <w:sz w:val="21"/>
              </w:rPr>
              <w:t>冯咏玲</w:t>
            </w:r>
          </w:p>
        </w:tc>
        <w:tc>
          <w:tcPr>
            <w:tcW w:type="dxa" w:w="2158"/>
          </w:tcPr>
          <w:p>
            <w:pPr>
              <w:spacing w:after="20" w:before="20"/>
            </w:pPr>
            <w:r/>
            <w:r>
              <w:rPr>
                <w:rFonts w:ascii="Times New Roman" w:hAnsi="Times New Roman" w:eastAsia="宋体"/>
                <w:b w:val="0"/>
                <w:sz w:val="21"/>
              </w:rPr>
              <w:t>建筑学院</w:t>
            </w:r>
          </w:p>
        </w:tc>
        <w:tc>
          <w:tcPr>
            <w:tcW w:type="dxa" w:w="2158"/>
          </w:tcPr>
          <w:p>
            <w:pPr>
              <w:spacing w:after="20" w:before="20"/>
            </w:pPr>
            <w:r/>
            <w:r>
              <w:rPr>
                <w:rFonts w:ascii="Times New Roman" w:hAnsi="Times New Roman" w:eastAsia="宋体"/>
                <w:b w:val="0"/>
                <w:sz w:val="21"/>
              </w:rPr>
              <w:t>01建筑学</w:t>
            </w:r>
          </w:p>
        </w:tc>
      </w:tr>
    </w:tbl>
    <w:p>
      <w:pPr>
        <w:spacing w:before="160" w:after="80" w:lineRule="auto" w:line="360"/>
        <w:jc w:val="left"/>
      </w:pPr>
      <w:r>
        <w:rPr>
          <w:rFonts w:ascii="Times New Roman" w:hAnsi="Times New Roman" w:eastAsia="宋体"/>
          <w:b/>
          <w:sz w:val="28"/>
        </w:rPr>
        <w:t>九、名单概况</w:t>
      </w:r>
    </w:p>
    <w:p>
      <w:pPr>
        <w:spacing w:after="80" w:lineRule="auto" w:line="360"/>
        <w:ind w:firstLine="482"/>
        <w:jc w:val="both"/>
      </w:pPr>
      <w:r>
        <w:rPr>
          <w:rFonts w:ascii="Times New Roman" w:hAnsi="Times New Roman" w:eastAsia="宋体"/>
          <w:b w:val="0"/>
          <w:sz w:val="24"/>
        </w:rPr>
        <w:t>1. 本页名单序号范围为 195 至 203，共 9 人。</w:t>
      </w:r>
    </w:p>
    <w:p>
      <w:pPr>
        <w:spacing w:after="80" w:lineRule="auto" w:line="360"/>
        <w:ind w:firstLine="482"/>
        <w:jc w:val="both"/>
      </w:pPr>
      <w:r>
        <w:rPr>
          <w:rFonts w:ascii="Times New Roman" w:hAnsi="Times New Roman" w:eastAsia="宋体"/>
          <w:b w:val="0"/>
          <w:sz w:val="24"/>
        </w:rPr>
        <w:t>2. 涉及学院：书法学院、设计学院、城市设计学院、建筑学院。</w:t>
      </w:r>
    </w:p>
    <w:p>
      <w:pPr>
        <w:spacing w:after="80" w:lineRule="auto" w:line="360"/>
        <w:ind w:firstLine="482"/>
        <w:jc w:val="both"/>
      </w:pPr>
      <w:r>
        <w:rPr>
          <w:rFonts w:ascii="Times New Roman" w:hAnsi="Times New Roman" w:eastAsia="宋体"/>
          <w:b w:val="0"/>
          <w:sz w:val="24"/>
        </w:rPr>
        <w:t>3. 涉及专业/研究方向：01“书画印”创作研究、02“书画印”创作研究、04书法形式美研究、05书法艺术研究、06中国书法展示与创新、20文本艺术与传达设计研究、04绘本创作研究、01建筑学。</w:t>
      </w:r>
    </w:p>
    <w:p>
      <w:pPr>
        <w:spacing w:before="160" w:after="80" w:lineRule="auto" w:line="360"/>
        <w:jc w:val="left"/>
      </w:pPr>
      <w:r>
        <w:rPr>
          <w:rFonts w:ascii="Times New Roman" w:hAnsi="Times New Roman" w:eastAsia="宋体"/>
          <w:b/>
          <w:sz w:val="28"/>
        </w:rPr>
        <w:t>十、其他信息</w:t>
      </w:r>
    </w:p>
    <w:p>
      <w:pPr>
        <w:spacing w:after="80" w:lineRule="auto" w:line="360"/>
        <w:ind w:firstLine="482"/>
        <w:jc w:val="both"/>
      </w:pPr>
      <w:r>
        <w:rPr>
          <w:rFonts w:ascii="Times New Roman" w:hAnsi="Times New Roman" w:eastAsia="宋体"/>
          <w:b w:val="0"/>
          <w:sz w:val="24"/>
        </w:rPr>
        <w:t>1. 页面标注为“第 12 页，共 12 页”。</w:t>
      </w:r>
    </w:p>
    <w:p>
      <w:pPr>
        <w:spacing w:after="80" w:lineRule="auto" w:line="360"/>
        <w:ind w:firstLine="482"/>
        <w:jc w:val="both"/>
      </w:pPr>
      <w:r>
        <w:rPr>
          <w:rFonts w:ascii="Times New Roman" w:hAnsi="Times New Roman" w:eastAsia="宋体"/>
          <w:b w:val="0"/>
          <w:sz w:val="24"/>
        </w:rPr>
        <w:t>2. 原文未提供排名/评分方式及公示期信息。</w:t>
      </w:r>
    </w:p>
    <w:p>
      <w:pPr>
        <w:spacing w:after="80" w:lineRule="auto" w:line="360"/>
        <w:ind w:firstLine="482"/>
        <w:jc w:val="both"/>
      </w:pPr>
      <w:r>
        <w:rPr>
          <w:rFonts w:ascii="Times New Roman" w:hAnsi="Times New Roman" w:eastAsia="宋体"/>
          <w:b w:val="0"/>
          <w:sz w:val="24"/>
        </w:rPr>
        <w:t>本段为推免拟录取名单公示的末页内容，涉及序号 195 至 203 共 9 名考生，涵盖美育研究院、书法学院、设计学院、城市设计学院、建筑学院等单位，具体明细如下：</w:t>
      </w:r>
    </w:p>
    <w:tbl>
      <w:tblPr>
        <w:tblStyle w:val="TableGrid"/>
        <w:tblW w:type="auto" w:w="0"/>
        <w:jc w:val="center"/>
        <w:tblLook w:firstColumn="1" w:firstRow="1" w:lastColumn="0" w:lastRow="0" w:noHBand="0" w:noVBand="1" w:val="04A0"/>
      </w:tblPr>
      <w:tblGrid>
        <w:gridCol w:w="1727"/>
        <w:gridCol w:w="1727"/>
        <w:gridCol w:w="1727"/>
        <w:gridCol w:w="1727"/>
        <w:gridCol w:w="1727"/>
      </w:tblGrid>
      <w:tr>
        <w:tc>
          <w:tcPr>
            <w:tcW w:type="dxa" w:w="1727"/>
          </w:tcPr>
          <w:p>
            <w:pPr>
              <w:spacing w:after="20" w:before="20"/>
            </w:pPr>
            <w:r/>
            <w:r>
              <w:rPr>
                <w:rFonts w:ascii="Times New Roman" w:hAnsi="Times New Roman" w:eastAsia="宋体"/>
                <w:b/>
                <w:sz w:val="21"/>
              </w:rPr>
              <w:t>序号</w:t>
            </w:r>
          </w:p>
        </w:tc>
        <w:tc>
          <w:tcPr>
            <w:tcW w:type="dxa" w:w="1727"/>
          </w:tcPr>
          <w:p>
            <w:pPr>
              <w:spacing w:after="20" w:before="20"/>
            </w:pPr>
            <w:r/>
            <w:r>
              <w:rPr>
                <w:rFonts w:ascii="Times New Roman" w:hAnsi="Times New Roman" w:eastAsia="宋体"/>
                <w:b/>
                <w:sz w:val="21"/>
              </w:rPr>
              <w:t>姓名</w:t>
            </w:r>
          </w:p>
        </w:tc>
        <w:tc>
          <w:tcPr>
            <w:tcW w:type="dxa" w:w="1727"/>
          </w:tcPr>
          <w:p>
            <w:pPr>
              <w:spacing w:after="20" w:before="20"/>
            </w:pPr>
            <w:r/>
            <w:r>
              <w:rPr>
                <w:rFonts w:ascii="Times New Roman" w:hAnsi="Times New Roman" w:eastAsia="宋体"/>
                <w:b/>
                <w:sz w:val="21"/>
              </w:rPr>
              <w:t>推荐单位</w:t>
            </w:r>
          </w:p>
        </w:tc>
        <w:tc>
          <w:tcPr>
            <w:tcW w:type="dxa" w:w="1727"/>
          </w:tcPr>
          <w:p>
            <w:pPr>
              <w:spacing w:after="20" w:before="20"/>
            </w:pPr>
            <w:r/>
            <w:r>
              <w:rPr>
                <w:rFonts w:ascii="Times New Roman" w:hAnsi="Times New Roman" w:eastAsia="宋体"/>
                <w:b/>
                <w:sz w:val="21"/>
              </w:rPr>
              <w:t>接收单位</w:t>
            </w:r>
          </w:p>
        </w:tc>
        <w:tc>
          <w:tcPr>
            <w:tcW w:type="dxa" w:w="1727"/>
          </w:tcPr>
          <w:p>
            <w:pPr>
              <w:spacing w:after="20" w:before="20"/>
            </w:pPr>
            <w:r/>
            <w:r>
              <w:rPr>
                <w:rFonts w:ascii="Times New Roman" w:hAnsi="Times New Roman" w:eastAsia="宋体"/>
                <w:b/>
                <w:sz w:val="21"/>
              </w:rPr>
              <w:t>专业/研究方向</w:t>
            </w:r>
          </w:p>
        </w:tc>
      </w:tr>
      <w:tr>
        <w:tc>
          <w:tcPr>
            <w:tcW w:type="dxa" w:w="1727"/>
          </w:tcPr>
          <w:p>
            <w:pPr>
              <w:spacing w:after="20" w:before="20"/>
            </w:pPr>
            <w:r/>
            <w:r>
              <w:rPr>
                <w:rFonts w:ascii="Times New Roman" w:hAnsi="Times New Roman" w:eastAsia="宋体"/>
                <w:b w:val="0"/>
                <w:sz w:val="21"/>
              </w:rPr>
              <w:t>195</w:t>
            </w:r>
          </w:p>
        </w:tc>
        <w:tc>
          <w:tcPr>
            <w:tcW w:type="dxa" w:w="1727"/>
          </w:tcPr>
          <w:p>
            <w:pPr>
              <w:spacing w:after="20" w:before="20"/>
            </w:pPr>
            <w:r/>
            <w:r>
              <w:rPr>
                <w:rFonts w:ascii="Times New Roman" w:hAnsi="Times New Roman" w:eastAsia="宋体"/>
                <w:b w:val="0"/>
                <w:sz w:val="21"/>
              </w:rPr>
              <w:t>赵明宇</w:t>
            </w:r>
          </w:p>
        </w:tc>
        <w:tc>
          <w:tcPr>
            <w:tcW w:type="dxa" w:w="1727"/>
          </w:tcPr>
          <w:p>
            <w:pPr>
              <w:spacing w:after="20" w:before="20"/>
            </w:pPr>
            <w:r/>
            <w:r>
              <w:rPr>
                <w:rFonts w:ascii="Times New Roman" w:hAnsi="Times New Roman" w:eastAsia="宋体"/>
                <w:b w:val="0"/>
                <w:sz w:val="21"/>
              </w:rPr>
              <w:t>书法学院</w:t>
            </w:r>
          </w:p>
        </w:tc>
        <w:tc>
          <w:tcPr>
            <w:tcW w:type="dxa" w:w="1727"/>
          </w:tcPr>
          <w:p>
            <w:pPr>
              <w:spacing w:after="20" w:before="20"/>
            </w:pPr>
            <w:r/>
            <w:r>
              <w:rPr>
                <w:rFonts w:ascii="Times New Roman" w:hAnsi="Times New Roman" w:eastAsia="宋体"/>
                <w:b w:val="0"/>
                <w:sz w:val="21"/>
              </w:rPr>
              <w:t>书法学院</w:t>
            </w:r>
          </w:p>
        </w:tc>
        <w:tc>
          <w:tcPr>
            <w:tcW w:type="dxa" w:w="1727"/>
          </w:tcPr>
          <w:p>
            <w:pPr>
              <w:spacing w:after="20" w:before="20"/>
            </w:pPr>
            <w:r/>
            <w:r>
              <w:rPr>
                <w:rFonts w:ascii="Times New Roman" w:hAnsi="Times New Roman" w:eastAsia="宋体"/>
                <w:b w:val="0"/>
                <w:sz w:val="21"/>
              </w:rPr>
              <w:t>01“书画印”创作研究</w:t>
            </w:r>
          </w:p>
        </w:tc>
      </w:tr>
      <w:tr>
        <w:tc>
          <w:tcPr>
            <w:tcW w:type="dxa" w:w="1727"/>
          </w:tcPr>
          <w:p>
            <w:pPr>
              <w:spacing w:after="20" w:before="20"/>
            </w:pPr>
            <w:r/>
            <w:r>
              <w:rPr>
                <w:rFonts w:ascii="Times New Roman" w:hAnsi="Times New Roman" w:eastAsia="宋体"/>
                <w:b w:val="0"/>
                <w:sz w:val="21"/>
              </w:rPr>
              <w:t>196</w:t>
            </w:r>
          </w:p>
        </w:tc>
        <w:tc>
          <w:tcPr>
            <w:tcW w:type="dxa" w:w="1727"/>
          </w:tcPr>
          <w:p>
            <w:pPr>
              <w:spacing w:after="20" w:before="20"/>
            </w:pPr>
            <w:r/>
            <w:r>
              <w:rPr>
                <w:rFonts w:ascii="Times New Roman" w:hAnsi="Times New Roman" w:eastAsia="宋体"/>
                <w:b w:val="0"/>
                <w:sz w:val="21"/>
              </w:rPr>
              <w:t>谭若烨</w:t>
            </w:r>
          </w:p>
        </w:tc>
        <w:tc>
          <w:tcPr>
            <w:tcW w:type="dxa" w:w="1727"/>
          </w:tcPr>
          <w:p>
            <w:pPr>
              <w:spacing w:after="20" w:before="20"/>
            </w:pPr>
            <w:r/>
            <w:r>
              <w:rPr>
                <w:rFonts w:ascii="Times New Roman" w:hAnsi="Times New Roman" w:eastAsia="宋体"/>
                <w:b w:val="0"/>
                <w:sz w:val="21"/>
              </w:rPr>
              <w:t>书法学院</w:t>
            </w:r>
          </w:p>
        </w:tc>
        <w:tc>
          <w:tcPr>
            <w:tcW w:type="dxa" w:w="1727"/>
          </w:tcPr>
          <w:p>
            <w:pPr>
              <w:spacing w:after="20" w:before="20"/>
            </w:pPr>
            <w:r/>
            <w:r>
              <w:rPr>
                <w:rFonts w:ascii="Times New Roman" w:hAnsi="Times New Roman" w:eastAsia="宋体"/>
                <w:b w:val="0"/>
                <w:sz w:val="21"/>
              </w:rPr>
              <w:t>书法学院</w:t>
            </w:r>
          </w:p>
        </w:tc>
        <w:tc>
          <w:tcPr>
            <w:tcW w:type="dxa" w:w="1727"/>
          </w:tcPr>
          <w:p>
            <w:pPr>
              <w:spacing w:after="20" w:before="20"/>
            </w:pPr>
            <w:r/>
            <w:r>
              <w:rPr>
                <w:rFonts w:ascii="Times New Roman" w:hAnsi="Times New Roman" w:eastAsia="宋体"/>
                <w:b w:val="0"/>
                <w:sz w:val="21"/>
              </w:rPr>
              <w:t>02“书画印”创作研究</w:t>
            </w:r>
          </w:p>
        </w:tc>
      </w:tr>
      <w:tr>
        <w:tc>
          <w:tcPr>
            <w:tcW w:type="dxa" w:w="1727"/>
          </w:tcPr>
          <w:p>
            <w:pPr>
              <w:spacing w:after="20" w:before="20"/>
            </w:pPr>
            <w:r/>
            <w:r>
              <w:rPr>
                <w:rFonts w:ascii="Times New Roman" w:hAnsi="Times New Roman" w:eastAsia="宋体"/>
                <w:b w:val="0"/>
                <w:sz w:val="21"/>
              </w:rPr>
              <w:t>197</w:t>
            </w:r>
          </w:p>
        </w:tc>
        <w:tc>
          <w:tcPr>
            <w:tcW w:type="dxa" w:w="1727"/>
          </w:tcPr>
          <w:p>
            <w:pPr>
              <w:spacing w:after="20" w:before="20"/>
            </w:pPr>
            <w:r/>
            <w:r>
              <w:rPr>
                <w:rFonts w:ascii="Times New Roman" w:hAnsi="Times New Roman" w:eastAsia="宋体"/>
                <w:b w:val="0"/>
                <w:sz w:val="21"/>
              </w:rPr>
              <w:t>林涵</w:t>
            </w:r>
          </w:p>
        </w:tc>
        <w:tc>
          <w:tcPr>
            <w:tcW w:type="dxa" w:w="1727"/>
          </w:tcPr>
          <w:p>
            <w:pPr>
              <w:spacing w:after="20" w:before="20"/>
            </w:pPr>
            <w:r/>
            <w:r>
              <w:rPr>
                <w:rFonts w:ascii="Times New Roman" w:hAnsi="Times New Roman" w:eastAsia="宋体"/>
                <w:b w:val="0"/>
                <w:sz w:val="21"/>
              </w:rPr>
              <w:t>书法学院</w:t>
            </w:r>
          </w:p>
        </w:tc>
        <w:tc>
          <w:tcPr>
            <w:tcW w:type="dxa" w:w="1727"/>
          </w:tcPr>
          <w:p>
            <w:pPr>
              <w:spacing w:after="20" w:before="20"/>
            </w:pPr>
            <w:r/>
            <w:r>
              <w:rPr>
                <w:rFonts w:ascii="Times New Roman" w:hAnsi="Times New Roman" w:eastAsia="宋体"/>
                <w:b w:val="0"/>
                <w:sz w:val="21"/>
              </w:rPr>
              <w:t>书法学院</w:t>
            </w:r>
          </w:p>
        </w:tc>
        <w:tc>
          <w:tcPr>
            <w:tcW w:type="dxa" w:w="1727"/>
          </w:tcPr>
          <w:p>
            <w:pPr>
              <w:spacing w:after="20" w:before="20"/>
            </w:pPr>
            <w:r/>
            <w:r>
              <w:rPr>
                <w:rFonts w:ascii="Times New Roman" w:hAnsi="Times New Roman" w:eastAsia="宋体"/>
                <w:b w:val="0"/>
                <w:sz w:val="21"/>
              </w:rPr>
              <w:t>04书法形式美研究</w:t>
            </w:r>
          </w:p>
        </w:tc>
      </w:tr>
      <w:tr>
        <w:tc>
          <w:tcPr>
            <w:tcW w:type="dxa" w:w="1727"/>
          </w:tcPr>
          <w:p>
            <w:pPr>
              <w:spacing w:after="20" w:before="20"/>
            </w:pPr>
            <w:r/>
            <w:r>
              <w:rPr>
                <w:rFonts w:ascii="Times New Roman" w:hAnsi="Times New Roman" w:eastAsia="宋体"/>
                <w:b w:val="0"/>
                <w:sz w:val="21"/>
              </w:rPr>
              <w:t>198</w:t>
            </w:r>
          </w:p>
        </w:tc>
        <w:tc>
          <w:tcPr>
            <w:tcW w:type="dxa" w:w="1727"/>
          </w:tcPr>
          <w:p>
            <w:pPr>
              <w:spacing w:after="20" w:before="20"/>
            </w:pPr>
            <w:r/>
            <w:r>
              <w:rPr>
                <w:rFonts w:ascii="Times New Roman" w:hAnsi="Times New Roman" w:eastAsia="宋体"/>
                <w:b w:val="0"/>
                <w:sz w:val="21"/>
              </w:rPr>
              <w:t>钟滢琦</w:t>
            </w:r>
          </w:p>
        </w:tc>
        <w:tc>
          <w:tcPr>
            <w:tcW w:type="dxa" w:w="1727"/>
          </w:tcPr>
          <w:p>
            <w:pPr>
              <w:spacing w:after="20" w:before="20"/>
            </w:pPr>
            <w:r/>
            <w:r>
              <w:rPr>
                <w:rFonts w:ascii="Times New Roman" w:hAnsi="Times New Roman" w:eastAsia="宋体"/>
                <w:b w:val="0"/>
                <w:sz w:val="21"/>
              </w:rPr>
              <w:t>书法学院</w:t>
            </w:r>
          </w:p>
        </w:tc>
        <w:tc>
          <w:tcPr>
            <w:tcW w:type="dxa" w:w="1727"/>
          </w:tcPr>
          <w:p>
            <w:pPr>
              <w:spacing w:after="20" w:before="20"/>
            </w:pPr>
            <w:r/>
            <w:r>
              <w:rPr>
                <w:rFonts w:ascii="Times New Roman" w:hAnsi="Times New Roman" w:eastAsia="宋体"/>
                <w:b w:val="0"/>
                <w:sz w:val="21"/>
              </w:rPr>
              <w:t>书法学院</w:t>
            </w:r>
          </w:p>
        </w:tc>
        <w:tc>
          <w:tcPr>
            <w:tcW w:type="dxa" w:w="1727"/>
          </w:tcPr>
          <w:p>
            <w:pPr>
              <w:spacing w:after="20" w:before="20"/>
            </w:pPr>
            <w:r/>
            <w:r>
              <w:rPr>
                <w:rFonts w:ascii="Times New Roman" w:hAnsi="Times New Roman" w:eastAsia="宋体"/>
                <w:b w:val="0"/>
                <w:sz w:val="21"/>
              </w:rPr>
              <w:t>05书法艺术研究</w:t>
            </w:r>
          </w:p>
        </w:tc>
      </w:tr>
      <w:tr>
        <w:tc>
          <w:tcPr>
            <w:tcW w:type="dxa" w:w="1727"/>
          </w:tcPr>
          <w:p>
            <w:pPr>
              <w:spacing w:after="20" w:before="20"/>
            </w:pPr>
            <w:r/>
            <w:r>
              <w:rPr>
                <w:rFonts w:ascii="Times New Roman" w:hAnsi="Times New Roman" w:eastAsia="宋体"/>
                <w:b w:val="0"/>
                <w:sz w:val="21"/>
              </w:rPr>
              <w:t>199</w:t>
            </w:r>
          </w:p>
        </w:tc>
        <w:tc>
          <w:tcPr>
            <w:tcW w:type="dxa" w:w="1727"/>
          </w:tcPr>
          <w:p>
            <w:pPr>
              <w:spacing w:after="20" w:before="20"/>
            </w:pPr>
            <w:r/>
            <w:r>
              <w:rPr>
                <w:rFonts w:ascii="Times New Roman" w:hAnsi="Times New Roman" w:eastAsia="宋体"/>
                <w:b w:val="0"/>
                <w:sz w:val="21"/>
              </w:rPr>
              <w:t>崔梓慧</w:t>
            </w:r>
          </w:p>
        </w:tc>
        <w:tc>
          <w:tcPr>
            <w:tcW w:type="dxa" w:w="1727"/>
          </w:tcPr>
          <w:p>
            <w:pPr>
              <w:spacing w:after="20" w:before="20"/>
            </w:pPr>
            <w:r/>
            <w:r>
              <w:rPr>
                <w:rFonts w:ascii="Times New Roman" w:hAnsi="Times New Roman" w:eastAsia="宋体"/>
                <w:b w:val="0"/>
                <w:sz w:val="21"/>
              </w:rPr>
              <w:t>书法学院</w:t>
            </w:r>
          </w:p>
        </w:tc>
        <w:tc>
          <w:tcPr>
            <w:tcW w:type="dxa" w:w="1727"/>
          </w:tcPr>
          <w:p>
            <w:pPr>
              <w:spacing w:after="20" w:before="20"/>
            </w:pPr>
            <w:r/>
            <w:r>
              <w:rPr>
                <w:rFonts w:ascii="Times New Roman" w:hAnsi="Times New Roman" w:eastAsia="宋体"/>
                <w:b w:val="0"/>
                <w:sz w:val="21"/>
              </w:rPr>
              <w:t>书法学院</w:t>
            </w:r>
          </w:p>
        </w:tc>
        <w:tc>
          <w:tcPr>
            <w:tcW w:type="dxa" w:w="1727"/>
          </w:tcPr>
          <w:p>
            <w:pPr>
              <w:spacing w:after="20" w:before="20"/>
            </w:pPr>
            <w:r/>
            <w:r>
              <w:rPr>
                <w:rFonts w:ascii="Times New Roman" w:hAnsi="Times New Roman" w:eastAsia="宋体"/>
                <w:b w:val="0"/>
                <w:sz w:val="21"/>
              </w:rPr>
              <w:t>06中国书法展示与创新</w:t>
            </w:r>
          </w:p>
        </w:tc>
      </w:tr>
      <w:tr>
        <w:tc>
          <w:tcPr>
            <w:tcW w:type="dxa" w:w="1727"/>
          </w:tcPr>
          <w:p>
            <w:pPr>
              <w:spacing w:after="20" w:before="20"/>
            </w:pPr>
            <w:r/>
            <w:r>
              <w:rPr>
                <w:rFonts w:ascii="Times New Roman" w:hAnsi="Times New Roman" w:eastAsia="宋体"/>
                <w:b w:val="0"/>
                <w:sz w:val="21"/>
              </w:rPr>
              <w:t>200</w:t>
            </w:r>
          </w:p>
        </w:tc>
        <w:tc>
          <w:tcPr>
            <w:tcW w:type="dxa" w:w="1727"/>
          </w:tcPr>
          <w:p>
            <w:pPr>
              <w:spacing w:after="20" w:before="20"/>
            </w:pPr>
            <w:r/>
            <w:r>
              <w:rPr>
                <w:rFonts w:ascii="Times New Roman" w:hAnsi="Times New Roman" w:eastAsia="宋体"/>
                <w:b w:val="0"/>
                <w:sz w:val="21"/>
              </w:rPr>
              <w:t>姜笑寒</w:t>
            </w:r>
          </w:p>
        </w:tc>
        <w:tc>
          <w:tcPr>
            <w:tcW w:type="dxa" w:w="1727"/>
          </w:tcPr>
          <w:p>
            <w:pPr>
              <w:spacing w:after="20" w:before="20"/>
            </w:pPr>
            <w:r/>
            <w:r>
              <w:rPr>
                <w:rFonts w:ascii="Times New Roman" w:hAnsi="Times New Roman" w:eastAsia="宋体"/>
                <w:b w:val="0"/>
                <w:sz w:val="21"/>
              </w:rPr>
              <w:t>设计学院</w:t>
            </w:r>
          </w:p>
        </w:tc>
        <w:tc>
          <w:tcPr>
            <w:tcW w:type="dxa" w:w="1727"/>
          </w:tcPr>
          <w:p>
            <w:pPr>
              <w:spacing w:after="20" w:before="20"/>
            </w:pPr>
            <w:r/>
            <w:r>
              <w:rPr>
                <w:rFonts w:ascii="Times New Roman" w:hAnsi="Times New Roman" w:eastAsia="宋体"/>
                <w:b w:val="0"/>
                <w:sz w:val="21"/>
              </w:rPr>
              <w:t>设计学院</w:t>
            </w:r>
          </w:p>
        </w:tc>
        <w:tc>
          <w:tcPr>
            <w:tcW w:type="dxa" w:w="1727"/>
          </w:tcPr>
          <w:p>
            <w:pPr>
              <w:spacing w:after="20" w:before="20"/>
            </w:pPr>
            <w:r/>
            <w:r>
              <w:rPr>
                <w:rFonts w:ascii="Times New Roman" w:hAnsi="Times New Roman" w:eastAsia="宋体"/>
                <w:b w:val="0"/>
                <w:sz w:val="21"/>
              </w:rPr>
              <w:t>20文本艺术与传达设计研究</w:t>
            </w:r>
          </w:p>
        </w:tc>
      </w:tr>
      <w:tr>
        <w:tc>
          <w:tcPr>
            <w:tcW w:type="dxa" w:w="1727"/>
          </w:tcPr>
          <w:p>
            <w:pPr>
              <w:spacing w:after="20" w:before="20"/>
            </w:pPr>
            <w:r/>
            <w:r>
              <w:rPr>
                <w:rFonts w:ascii="Times New Roman" w:hAnsi="Times New Roman" w:eastAsia="宋体"/>
                <w:b w:val="0"/>
                <w:sz w:val="21"/>
              </w:rPr>
              <w:t>201</w:t>
            </w:r>
          </w:p>
        </w:tc>
        <w:tc>
          <w:tcPr>
            <w:tcW w:type="dxa" w:w="1727"/>
          </w:tcPr>
          <w:p>
            <w:pPr>
              <w:spacing w:after="20" w:before="20"/>
            </w:pPr>
            <w:r/>
            <w:r>
              <w:rPr>
                <w:rFonts w:ascii="Times New Roman" w:hAnsi="Times New Roman" w:eastAsia="宋体"/>
                <w:b w:val="0"/>
                <w:sz w:val="21"/>
              </w:rPr>
              <w:t>张齐芮</w:t>
            </w:r>
          </w:p>
        </w:tc>
        <w:tc>
          <w:tcPr>
            <w:tcW w:type="dxa" w:w="1727"/>
          </w:tcPr>
          <w:p>
            <w:pPr>
              <w:spacing w:after="20" w:before="20"/>
            </w:pPr>
            <w:r/>
            <w:r>
              <w:rPr>
                <w:rFonts w:ascii="Times New Roman" w:hAnsi="Times New Roman" w:eastAsia="宋体"/>
                <w:b w:val="0"/>
                <w:sz w:val="21"/>
              </w:rPr>
              <w:t>书法学院</w:t>
            </w:r>
          </w:p>
        </w:tc>
        <w:tc>
          <w:tcPr>
            <w:tcW w:type="dxa" w:w="1727"/>
          </w:tcPr>
          <w:p>
            <w:pPr>
              <w:spacing w:after="20" w:before="20"/>
            </w:pPr>
            <w:r/>
            <w:r>
              <w:rPr>
                <w:rFonts w:ascii="Times New Roman" w:hAnsi="Times New Roman" w:eastAsia="宋体"/>
                <w:b w:val="0"/>
                <w:sz w:val="21"/>
              </w:rPr>
              <w:t>书法学院</w:t>
            </w:r>
          </w:p>
        </w:tc>
        <w:tc>
          <w:tcPr>
            <w:tcW w:type="dxa" w:w="1727"/>
          </w:tcPr>
          <w:p>
            <w:pPr>
              <w:spacing w:after="20" w:before="20"/>
            </w:pPr>
            <w:r/>
            <w:r>
              <w:rPr>
                <w:rFonts w:ascii="Times New Roman" w:hAnsi="Times New Roman" w:eastAsia="宋体"/>
                <w:b w:val="0"/>
                <w:sz w:val="21"/>
              </w:rPr>
              <w:t>01“书画印”创作研究</w:t>
            </w:r>
          </w:p>
        </w:tc>
      </w:tr>
      <w:tr>
        <w:tc>
          <w:tcPr>
            <w:tcW w:type="dxa" w:w="1727"/>
          </w:tcPr>
          <w:p>
            <w:pPr>
              <w:spacing w:after="20" w:before="20"/>
            </w:pPr>
            <w:r/>
            <w:r>
              <w:rPr>
                <w:rFonts w:ascii="Times New Roman" w:hAnsi="Times New Roman" w:eastAsia="宋体"/>
                <w:b w:val="0"/>
                <w:sz w:val="21"/>
              </w:rPr>
              <w:t>202</w:t>
            </w:r>
          </w:p>
        </w:tc>
        <w:tc>
          <w:tcPr>
            <w:tcW w:type="dxa" w:w="1727"/>
          </w:tcPr>
          <w:p>
            <w:pPr>
              <w:spacing w:after="20" w:before="20"/>
            </w:pPr>
            <w:r/>
            <w:r>
              <w:rPr>
                <w:rFonts w:ascii="Times New Roman" w:hAnsi="Times New Roman" w:eastAsia="宋体"/>
                <w:b w:val="0"/>
                <w:sz w:val="21"/>
              </w:rPr>
              <w:t>归格格</w:t>
            </w:r>
          </w:p>
        </w:tc>
        <w:tc>
          <w:tcPr>
            <w:tcW w:type="dxa" w:w="1727"/>
          </w:tcPr>
          <w:p>
            <w:pPr>
              <w:spacing w:after="20" w:before="20"/>
            </w:pPr>
            <w:r/>
            <w:r>
              <w:rPr>
                <w:rFonts w:ascii="Times New Roman" w:hAnsi="Times New Roman" w:eastAsia="宋体"/>
                <w:b w:val="0"/>
                <w:sz w:val="21"/>
              </w:rPr>
              <w:t>城市设计学院</w:t>
            </w:r>
          </w:p>
        </w:tc>
        <w:tc>
          <w:tcPr>
            <w:tcW w:type="dxa" w:w="1727"/>
          </w:tcPr>
          <w:p>
            <w:pPr>
              <w:spacing w:after="20" w:before="20"/>
            </w:pPr>
            <w:r/>
            <w:r>
              <w:rPr>
                <w:rFonts w:ascii="Times New Roman" w:hAnsi="Times New Roman" w:eastAsia="宋体"/>
                <w:b w:val="0"/>
                <w:sz w:val="21"/>
              </w:rPr>
              <w:t>城市设计学院</w:t>
            </w:r>
          </w:p>
        </w:tc>
        <w:tc>
          <w:tcPr>
            <w:tcW w:type="dxa" w:w="1727"/>
          </w:tcPr>
          <w:p>
            <w:pPr>
              <w:spacing w:after="20" w:before="20"/>
            </w:pPr>
            <w:r/>
            <w:r>
              <w:rPr>
                <w:rFonts w:ascii="Times New Roman" w:hAnsi="Times New Roman" w:eastAsia="宋体"/>
                <w:b w:val="0"/>
                <w:sz w:val="21"/>
              </w:rPr>
              <w:t>04绘本创作研究</w:t>
            </w:r>
          </w:p>
        </w:tc>
      </w:tr>
      <w:tr>
        <w:tc>
          <w:tcPr>
            <w:tcW w:type="dxa" w:w="1727"/>
          </w:tcPr>
          <w:p>
            <w:pPr>
              <w:spacing w:after="20" w:before="20"/>
            </w:pPr>
            <w:r/>
            <w:r>
              <w:rPr>
                <w:rFonts w:ascii="Times New Roman" w:hAnsi="Times New Roman" w:eastAsia="宋体"/>
                <w:b w:val="0"/>
                <w:sz w:val="21"/>
              </w:rPr>
              <w:t>203</w:t>
            </w:r>
          </w:p>
        </w:tc>
        <w:tc>
          <w:tcPr>
            <w:tcW w:type="dxa" w:w="1727"/>
          </w:tcPr>
          <w:p>
            <w:pPr>
              <w:spacing w:after="20" w:before="20"/>
            </w:pPr>
            <w:r/>
            <w:r>
              <w:rPr>
                <w:rFonts w:ascii="Times New Roman" w:hAnsi="Times New Roman" w:eastAsia="宋体"/>
                <w:b w:val="0"/>
                <w:sz w:val="21"/>
              </w:rPr>
              <w:t>冯咏玲</w:t>
            </w:r>
          </w:p>
        </w:tc>
        <w:tc>
          <w:tcPr>
            <w:tcW w:type="dxa" w:w="1727"/>
          </w:tcPr>
          <w:p>
            <w:pPr>
              <w:spacing w:after="20" w:before="20"/>
            </w:pPr>
            <w:r/>
            <w:r>
              <w:rPr>
                <w:rFonts w:ascii="Times New Roman" w:hAnsi="Times New Roman" w:eastAsia="宋体"/>
                <w:b w:val="0"/>
                <w:sz w:val="21"/>
              </w:rPr>
              <w:t>建筑学院</w:t>
            </w:r>
          </w:p>
        </w:tc>
        <w:tc>
          <w:tcPr>
            <w:tcW w:type="dxa" w:w="1727"/>
          </w:tcPr>
          <w:p>
            <w:pPr>
              <w:spacing w:after="20" w:before="20"/>
            </w:pPr>
            <w:r/>
            <w:r>
              <w:rPr>
                <w:rFonts w:ascii="Times New Roman" w:hAnsi="Times New Roman" w:eastAsia="宋体"/>
                <w:b w:val="0"/>
                <w:sz w:val="21"/>
              </w:rPr>
              <w:t>建筑学院</w:t>
            </w:r>
          </w:p>
        </w:tc>
        <w:tc>
          <w:tcPr>
            <w:tcW w:type="dxa" w:w="1727"/>
          </w:tcPr>
          <w:p>
            <w:pPr>
              <w:spacing w:after="20" w:before="20"/>
            </w:pPr>
            <w:r/>
            <w:r>
              <w:rPr>
                <w:rFonts w:ascii="Times New Roman" w:hAnsi="Times New Roman" w:eastAsia="宋体"/>
                <w:b w:val="0"/>
                <w:sz w:val="21"/>
              </w:rPr>
              <w:t>01建筑学</w:t>
            </w:r>
          </w:p>
        </w:tc>
      </w:tr>
    </w:tbl>
    <w:p>
      <w:pPr>
        <w:spacing w:before="160" w:after="80" w:lineRule="auto" w:line="360"/>
        <w:jc w:val="left"/>
      </w:pPr>
      <w:r>
        <w:rPr>
          <w:rFonts w:ascii="Times New Roman" w:hAnsi="Times New Roman" w:eastAsia="宋体"/>
          <w:b/>
          <w:sz w:val="28"/>
        </w:rPr>
        <w:t>九、其他信息</w:t>
      </w:r>
    </w:p>
    <w:p>
      <w:pPr>
        <w:spacing w:after="80" w:lineRule="auto" w:line="360"/>
        <w:ind w:firstLine="482"/>
        <w:jc w:val="both"/>
      </w:pPr>
      <w:r>
        <w:rPr>
          <w:rFonts w:ascii="Times New Roman" w:hAnsi="Times New Roman" w:eastAsia="宋体"/>
          <w:b w:val="0"/>
          <w:sz w:val="24"/>
        </w:rPr>
        <w:t>1. 本页另含“美育研究院 04青少年美育”条目，未标注对应序号与姓名。</w:t>
      </w:r>
    </w:p>
    <w:p>
      <w:pPr>
        <w:spacing w:after="80" w:lineRule="auto" w:line="360"/>
        <w:ind w:firstLine="482"/>
        <w:jc w:val="both"/>
      </w:pPr>
      <w:r>
        <w:rPr>
          <w:rFonts w:ascii="Times New Roman" w:hAnsi="Times New Roman" w:eastAsia="宋体"/>
          <w:b w:val="0"/>
          <w:sz w:val="24"/>
        </w:rPr>
        <w:t>2. 本页为第 12 页，共 12 页。</w:t>
      </w:r>
    </w:p>
    <w:p>
      <w:pPr>
        <w:spacing w:after="80" w:lineRule="auto" w:line="360"/>
        <w:ind w:firstLine="482"/>
        <w:jc w:val="both"/>
      </w:pPr>
      <w:r>
        <w:rPr>
          <w:rFonts w:ascii="Times New Roman" w:hAnsi="Times New Roman" w:eastAsia="宋体"/>
          <w:b w:val="0"/>
          <w:sz w:val="24"/>
        </w:rPr>
        <w:t>3. 原文未提供排名/评分方式及公示期信息。</w:t>
      </w:r>
    </w:p>
    <w:p>
      <w:pPr>
        <w:spacing w:after="80" w:lineRule="auto" w:line="360"/>
        <w:ind w:firstLine="482"/>
        <w:jc w:val="both"/>
      </w:pPr>
      <w:r>
        <w:rPr>
          <w:rFonts w:ascii="Times New Roman" w:hAnsi="Times New Roman" w:eastAsia="宋体"/>
          <w:b w:val="0"/>
          <w:sz w:val="24"/>
        </w:rPr>
        <w:t>本段为推免拟录取名单公示内容，涉及美育研究院及书法学院、设计学院、城市设计学院、建筑学院等单位，共列出 10 名拟录取学生（序号 195 至 203，其中序号 195 前接上段内容，本段实际含 195 至 203 共 9 个序号，另含 1 条美育研究院记录）。具体明细如下：</w:t>
      </w:r>
    </w:p>
    <w:tbl>
      <w:tblPr>
        <w:tblStyle w:val="TableGrid"/>
        <w:tblW w:type="auto" w:w="0"/>
        <w:jc w:val="center"/>
        <w:tblLook w:firstColumn="1" w:firstRow="1" w:lastColumn="0" w:lastRow="0" w:noHBand="0" w:noVBand="1" w:val="04A0"/>
      </w:tblPr>
      <w:tblGrid>
        <w:gridCol w:w="1727"/>
        <w:gridCol w:w="1727"/>
        <w:gridCol w:w="1727"/>
        <w:gridCol w:w="1727"/>
        <w:gridCol w:w="1727"/>
      </w:tblGrid>
      <w:tr>
        <w:tc>
          <w:tcPr>
            <w:tcW w:type="dxa" w:w="1727"/>
          </w:tcPr>
          <w:p>
            <w:pPr>
              <w:spacing w:after="20" w:before="20"/>
            </w:pPr>
            <w:r/>
            <w:r>
              <w:rPr>
                <w:rFonts w:ascii="Times New Roman" w:hAnsi="Times New Roman" w:eastAsia="宋体"/>
                <w:b/>
                <w:sz w:val="21"/>
              </w:rPr>
              <w:t>序号</w:t>
            </w:r>
          </w:p>
        </w:tc>
        <w:tc>
          <w:tcPr>
            <w:tcW w:type="dxa" w:w="1727"/>
          </w:tcPr>
          <w:p>
            <w:pPr>
              <w:spacing w:after="20" w:before="20"/>
            </w:pPr>
            <w:r/>
            <w:r>
              <w:rPr>
                <w:rFonts w:ascii="Times New Roman" w:hAnsi="Times New Roman" w:eastAsia="宋体"/>
                <w:b/>
                <w:sz w:val="21"/>
              </w:rPr>
              <w:t>姓名</w:t>
            </w:r>
          </w:p>
        </w:tc>
        <w:tc>
          <w:tcPr>
            <w:tcW w:type="dxa" w:w="1727"/>
          </w:tcPr>
          <w:p>
            <w:pPr>
              <w:spacing w:after="20" w:before="20"/>
            </w:pPr>
            <w:r/>
            <w:r>
              <w:rPr>
                <w:rFonts w:ascii="Times New Roman" w:hAnsi="Times New Roman" w:eastAsia="宋体"/>
                <w:b/>
                <w:sz w:val="21"/>
              </w:rPr>
              <w:t>推荐单位</w:t>
            </w:r>
          </w:p>
        </w:tc>
        <w:tc>
          <w:tcPr>
            <w:tcW w:type="dxa" w:w="1727"/>
          </w:tcPr>
          <w:p>
            <w:pPr>
              <w:spacing w:after="20" w:before="20"/>
            </w:pPr>
            <w:r/>
            <w:r>
              <w:rPr>
                <w:rFonts w:ascii="Times New Roman" w:hAnsi="Times New Roman" w:eastAsia="宋体"/>
                <w:b/>
                <w:sz w:val="21"/>
              </w:rPr>
              <w:t>接收单位</w:t>
            </w:r>
          </w:p>
        </w:tc>
        <w:tc>
          <w:tcPr>
            <w:tcW w:type="dxa" w:w="1727"/>
          </w:tcPr>
          <w:p>
            <w:pPr>
              <w:spacing w:after="20" w:before="20"/>
            </w:pPr>
            <w:r/>
            <w:r>
              <w:rPr>
                <w:rFonts w:ascii="Times New Roman" w:hAnsi="Times New Roman" w:eastAsia="宋体"/>
                <w:b/>
                <w:sz w:val="21"/>
              </w:rPr>
              <w:t>专业/研究方向</w:t>
            </w:r>
          </w:p>
        </w:tc>
      </w:tr>
      <w:tr>
        <w:tc>
          <w:tcPr>
            <w:tcW w:type="dxa" w:w="1727"/>
          </w:tcPr>
          <w:p>
            <w:pPr>
              <w:spacing w:after="20" w:before="20"/>
            </w:pPr>
            <w:r/>
            <w:r>
              <w:rPr>
                <w:rFonts w:ascii="Times New Roman" w:hAnsi="Times New Roman" w:eastAsia="宋体"/>
                <w:b w:val="0"/>
                <w:sz w:val="21"/>
              </w:rPr>
              <w:t>195</w:t>
            </w:r>
          </w:p>
        </w:tc>
        <w:tc>
          <w:tcPr>
            <w:tcW w:type="dxa" w:w="1727"/>
          </w:tcPr>
          <w:p>
            <w:pPr>
              <w:spacing w:after="20" w:before="20"/>
            </w:pPr>
            <w:r/>
            <w:r>
              <w:rPr>
                <w:rFonts w:ascii="Times New Roman" w:hAnsi="Times New Roman" w:eastAsia="宋体"/>
                <w:b w:val="0"/>
                <w:sz w:val="21"/>
              </w:rPr>
              <w:t>赵明宇</w:t>
            </w:r>
          </w:p>
        </w:tc>
        <w:tc>
          <w:tcPr>
            <w:tcW w:type="dxa" w:w="1727"/>
          </w:tcPr>
          <w:p>
            <w:pPr>
              <w:spacing w:after="20" w:before="20"/>
            </w:pPr>
            <w:r/>
            <w:r>
              <w:rPr>
                <w:rFonts w:ascii="Times New Roman" w:hAnsi="Times New Roman" w:eastAsia="宋体"/>
                <w:b w:val="0"/>
                <w:sz w:val="21"/>
              </w:rPr>
              <w:t>书法学院</w:t>
            </w:r>
          </w:p>
        </w:tc>
        <w:tc>
          <w:tcPr>
            <w:tcW w:type="dxa" w:w="1727"/>
          </w:tcPr>
          <w:p>
            <w:pPr>
              <w:spacing w:after="20" w:before="20"/>
            </w:pPr>
            <w:r/>
            <w:r>
              <w:rPr>
                <w:rFonts w:ascii="Times New Roman" w:hAnsi="Times New Roman" w:eastAsia="宋体"/>
                <w:b w:val="0"/>
                <w:sz w:val="21"/>
              </w:rPr>
              <w:t>书法学院</w:t>
            </w:r>
          </w:p>
        </w:tc>
        <w:tc>
          <w:tcPr>
            <w:tcW w:type="dxa" w:w="1727"/>
          </w:tcPr>
          <w:p>
            <w:pPr>
              <w:spacing w:after="20" w:before="20"/>
            </w:pPr>
            <w:r/>
            <w:r>
              <w:rPr>
                <w:rFonts w:ascii="Times New Roman" w:hAnsi="Times New Roman" w:eastAsia="宋体"/>
                <w:b w:val="0"/>
                <w:sz w:val="21"/>
              </w:rPr>
              <w:t>01“书画印”创作研究</w:t>
            </w:r>
          </w:p>
        </w:tc>
      </w:tr>
      <w:tr>
        <w:tc>
          <w:tcPr>
            <w:tcW w:type="dxa" w:w="1727"/>
          </w:tcPr>
          <w:p>
            <w:pPr>
              <w:spacing w:after="20" w:before="20"/>
            </w:pPr>
            <w:r/>
            <w:r>
              <w:rPr>
                <w:rFonts w:ascii="Times New Roman" w:hAnsi="Times New Roman" w:eastAsia="宋体"/>
                <w:b w:val="0"/>
                <w:sz w:val="21"/>
              </w:rPr>
              <w:t>196</w:t>
            </w:r>
          </w:p>
        </w:tc>
        <w:tc>
          <w:tcPr>
            <w:tcW w:type="dxa" w:w="1727"/>
          </w:tcPr>
          <w:p>
            <w:pPr>
              <w:spacing w:after="20" w:before="20"/>
            </w:pPr>
            <w:r/>
            <w:r>
              <w:rPr>
                <w:rFonts w:ascii="Times New Roman" w:hAnsi="Times New Roman" w:eastAsia="宋体"/>
                <w:b w:val="0"/>
                <w:sz w:val="21"/>
              </w:rPr>
              <w:t>谭若烨</w:t>
            </w:r>
          </w:p>
        </w:tc>
        <w:tc>
          <w:tcPr>
            <w:tcW w:type="dxa" w:w="1727"/>
          </w:tcPr>
          <w:p>
            <w:pPr>
              <w:spacing w:after="20" w:before="20"/>
            </w:pPr>
            <w:r/>
            <w:r>
              <w:rPr>
                <w:rFonts w:ascii="Times New Roman" w:hAnsi="Times New Roman" w:eastAsia="宋体"/>
                <w:b w:val="0"/>
                <w:sz w:val="21"/>
              </w:rPr>
              <w:t>书法学院</w:t>
            </w:r>
          </w:p>
        </w:tc>
        <w:tc>
          <w:tcPr>
            <w:tcW w:type="dxa" w:w="1727"/>
          </w:tcPr>
          <w:p>
            <w:pPr>
              <w:spacing w:after="20" w:before="20"/>
            </w:pPr>
            <w:r/>
            <w:r>
              <w:rPr>
                <w:rFonts w:ascii="Times New Roman" w:hAnsi="Times New Roman" w:eastAsia="宋体"/>
                <w:b w:val="0"/>
                <w:sz w:val="21"/>
              </w:rPr>
              <w:t>书法学院</w:t>
            </w:r>
          </w:p>
        </w:tc>
        <w:tc>
          <w:tcPr>
            <w:tcW w:type="dxa" w:w="1727"/>
          </w:tcPr>
          <w:p>
            <w:pPr>
              <w:spacing w:after="20" w:before="20"/>
            </w:pPr>
            <w:r/>
            <w:r>
              <w:rPr>
                <w:rFonts w:ascii="Times New Roman" w:hAnsi="Times New Roman" w:eastAsia="宋体"/>
                <w:b w:val="0"/>
                <w:sz w:val="21"/>
              </w:rPr>
              <w:t>02“书画印”创作研究</w:t>
            </w:r>
          </w:p>
        </w:tc>
      </w:tr>
      <w:tr>
        <w:tc>
          <w:tcPr>
            <w:tcW w:type="dxa" w:w="1727"/>
          </w:tcPr>
          <w:p>
            <w:pPr>
              <w:spacing w:after="20" w:before="20"/>
            </w:pPr>
            <w:r/>
            <w:r>
              <w:rPr>
                <w:rFonts w:ascii="Times New Roman" w:hAnsi="Times New Roman" w:eastAsia="宋体"/>
                <w:b w:val="0"/>
                <w:sz w:val="21"/>
              </w:rPr>
              <w:t>197</w:t>
            </w:r>
          </w:p>
        </w:tc>
        <w:tc>
          <w:tcPr>
            <w:tcW w:type="dxa" w:w="1727"/>
          </w:tcPr>
          <w:p>
            <w:pPr>
              <w:spacing w:after="20" w:before="20"/>
            </w:pPr>
            <w:r/>
            <w:r>
              <w:rPr>
                <w:rFonts w:ascii="Times New Roman" w:hAnsi="Times New Roman" w:eastAsia="宋体"/>
                <w:b w:val="0"/>
                <w:sz w:val="21"/>
              </w:rPr>
              <w:t>林涵</w:t>
            </w:r>
          </w:p>
        </w:tc>
        <w:tc>
          <w:tcPr>
            <w:tcW w:type="dxa" w:w="1727"/>
          </w:tcPr>
          <w:p>
            <w:pPr>
              <w:spacing w:after="20" w:before="20"/>
            </w:pPr>
            <w:r/>
            <w:r>
              <w:rPr>
                <w:rFonts w:ascii="Times New Roman" w:hAnsi="Times New Roman" w:eastAsia="宋体"/>
                <w:b w:val="0"/>
                <w:sz w:val="21"/>
              </w:rPr>
              <w:t>书法学院</w:t>
            </w:r>
          </w:p>
        </w:tc>
        <w:tc>
          <w:tcPr>
            <w:tcW w:type="dxa" w:w="1727"/>
          </w:tcPr>
          <w:p>
            <w:pPr>
              <w:spacing w:after="20" w:before="20"/>
            </w:pPr>
            <w:r/>
            <w:r>
              <w:rPr>
                <w:rFonts w:ascii="Times New Roman" w:hAnsi="Times New Roman" w:eastAsia="宋体"/>
                <w:b w:val="0"/>
                <w:sz w:val="21"/>
              </w:rPr>
              <w:t>书法学院</w:t>
            </w:r>
          </w:p>
        </w:tc>
        <w:tc>
          <w:tcPr>
            <w:tcW w:type="dxa" w:w="1727"/>
          </w:tcPr>
          <w:p>
            <w:pPr>
              <w:spacing w:after="20" w:before="20"/>
            </w:pPr>
            <w:r/>
            <w:r>
              <w:rPr>
                <w:rFonts w:ascii="Times New Roman" w:hAnsi="Times New Roman" w:eastAsia="宋体"/>
                <w:b w:val="0"/>
                <w:sz w:val="21"/>
              </w:rPr>
              <w:t>04书法形式美研究</w:t>
            </w:r>
          </w:p>
        </w:tc>
      </w:tr>
      <w:tr>
        <w:tc>
          <w:tcPr>
            <w:tcW w:type="dxa" w:w="1727"/>
          </w:tcPr>
          <w:p>
            <w:pPr>
              <w:spacing w:after="20" w:before="20"/>
            </w:pPr>
            <w:r/>
            <w:r>
              <w:rPr>
                <w:rFonts w:ascii="Times New Roman" w:hAnsi="Times New Roman" w:eastAsia="宋体"/>
                <w:b w:val="0"/>
                <w:sz w:val="21"/>
              </w:rPr>
              <w:t>198</w:t>
            </w:r>
          </w:p>
        </w:tc>
        <w:tc>
          <w:tcPr>
            <w:tcW w:type="dxa" w:w="1727"/>
          </w:tcPr>
          <w:p>
            <w:pPr>
              <w:spacing w:after="20" w:before="20"/>
            </w:pPr>
            <w:r/>
            <w:r>
              <w:rPr>
                <w:rFonts w:ascii="Times New Roman" w:hAnsi="Times New Roman" w:eastAsia="宋体"/>
                <w:b w:val="0"/>
                <w:sz w:val="21"/>
              </w:rPr>
              <w:t>钟滢琦</w:t>
            </w:r>
          </w:p>
        </w:tc>
        <w:tc>
          <w:tcPr>
            <w:tcW w:type="dxa" w:w="1727"/>
          </w:tcPr>
          <w:p>
            <w:pPr>
              <w:spacing w:after="20" w:before="20"/>
            </w:pPr>
            <w:r/>
            <w:r>
              <w:rPr>
                <w:rFonts w:ascii="Times New Roman" w:hAnsi="Times New Roman" w:eastAsia="宋体"/>
                <w:b w:val="0"/>
                <w:sz w:val="21"/>
              </w:rPr>
              <w:t>书法学院</w:t>
            </w:r>
          </w:p>
        </w:tc>
        <w:tc>
          <w:tcPr>
            <w:tcW w:type="dxa" w:w="1727"/>
          </w:tcPr>
          <w:p>
            <w:pPr>
              <w:spacing w:after="20" w:before="20"/>
            </w:pPr>
            <w:r/>
            <w:r>
              <w:rPr>
                <w:rFonts w:ascii="Times New Roman" w:hAnsi="Times New Roman" w:eastAsia="宋体"/>
                <w:b w:val="0"/>
                <w:sz w:val="21"/>
              </w:rPr>
              <w:t>书法学院</w:t>
            </w:r>
          </w:p>
        </w:tc>
        <w:tc>
          <w:tcPr>
            <w:tcW w:type="dxa" w:w="1727"/>
          </w:tcPr>
          <w:p>
            <w:pPr>
              <w:spacing w:after="20" w:before="20"/>
            </w:pPr>
            <w:r/>
            <w:r>
              <w:rPr>
                <w:rFonts w:ascii="Times New Roman" w:hAnsi="Times New Roman" w:eastAsia="宋体"/>
                <w:b w:val="0"/>
                <w:sz w:val="21"/>
              </w:rPr>
              <w:t>05书法艺术研究</w:t>
            </w:r>
          </w:p>
        </w:tc>
      </w:tr>
      <w:tr>
        <w:tc>
          <w:tcPr>
            <w:tcW w:type="dxa" w:w="1727"/>
          </w:tcPr>
          <w:p>
            <w:pPr>
              <w:spacing w:after="20" w:before="20"/>
            </w:pPr>
            <w:r/>
            <w:r>
              <w:rPr>
                <w:rFonts w:ascii="Times New Roman" w:hAnsi="Times New Roman" w:eastAsia="宋体"/>
                <w:b w:val="0"/>
                <w:sz w:val="21"/>
              </w:rPr>
              <w:t>199</w:t>
            </w:r>
          </w:p>
        </w:tc>
        <w:tc>
          <w:tcPr>
            <w:tcW w:type="dxa" w:w="1727"/>
          </w:tcPr>
          <w:p>
            <w:pPr>
              <w:spacing w:after="20" w:before="20"/>
            </w:pPr>
            <w:r/>
            <w:r>
              <w:rPr>
                <w:rFonts w:ascii="Times New Roman" w:hAnsi="Times New Roman" w:eastAsia="宋体"/>
                <w:b w:val="0"/>
                <w:sz w:val="21"/>
              </w:rPr>
              <w:t>崔梓慧</w:t>
            </w:r>
          </w:p>
        </w:tc>
        <w:tc>
          <w:tcPr>
            <w:tcW w:type="dxa" w:w="1727"/>
          </w:tcPr>
          <w:p>
            <w:pPr>
              <w:spacing w:after="20" w:before="20"/>
            </w:pPr>
            <w:r/>
            <w:r>
              <w:rPr>
                <w:rFonts w:ascii="Times New Roman" w:hAnsi="Times New Roman" w:eastAsia="宋体"/>
                <w:b w:val="0"/>
                <w:sz w:val="21"/>
              </w:rPr>
              <w:t>书法学院</w:t>
            </w:r>
          </w:p>
        </w:tc>
        <w:tc>
          <w:tcPr>
            <w:tcW w:type="dxa" w:w="1727"/>
          </w:tcPr>
          <w:p>
            <w:pPr>
              <w:spacing w:after="20" w:before="20"/>
            </w:pPr>
            <w:r/>
            <w:r>
              <w:rPr>
                <w:rFonts w:ascii="Times New Roman" w:hAnsi="Times New Roman" w:eastAsia="宋体"/>
                <w:b w:val="0"/>
                <w:sz w:val="21"/>
              </w:rPr>
              <w:t>书法学院</w:t>
            </w:r>
          </w:p>
        </w:tc>
        <w:tc>
          <w:tcPr>
            <w:tcW w:type="dxa" w:w="1727"/>
          </w:tcPr>
          <w:p>
            <w:pPr>
              <w:spacing w:after="20" w:before="20"/>
            </w:pPr>
            <w:r/>
            <w:r>
              <w:rPr>
                <w:rFonts w:ascii="Times New Roman" w:hAnsi="Times New Roman" w:eastAsia="宋体"/>
                <w:b w:val="0"/>
                <w:sz w:val="21"/>
              </w:rPr>
              <w:t>06中国书法展示与创新</w:t>
            </w:r>
          </w:p>
        </w:tc>
      </w:tr>
      <w:tr>
        <w:tc>
          <w:tcPr>
            <w:tcW w:type="dxa" w:w="1727"/>
          </w:tcPr>
          <w:p>
            <w:pPr>
              <w:spacing w:after="20" w:before="20"/>
            </w:pPr>
            <w:r/>
            <w:r>
              <w:rPr>
                <w:rFonts w:ascii="Times New Roman" w:hAnsi="Times New Roman" w:eastAsia="宋体"/>
                <w:b w:val="0"/>
                <w:sz w:val="21"/>
              </w:rPr>
              <w:t>200</w:t>
            </w:r>
          </w:p>
        </w:tc>
        <w:tc>
          <w:tcPr>
            <w:tcW w:type="dxa" w:w="1727"/>
          </w:tcPr>
          <w:p>
            <w:pPr>
              <w:spacing w:after="20" w:before="20"/>
            </w:pPr>
            <w:r/>
            <w:r>
              <w:rPr>
                <w:rFonts w:ascii="Times New Roman" w:hAnsi="Times New Roman" w:eastAsia="宋体"/>
                <w:b w:val="0"/>
                <w:sz w:val="21"/>
              </w:rPr>
              <w:t>姜笑寒</w:t>
            </w:r>
          </w:p>
        </w:tc>
        <w:tc>
          <w:tcPr>
            <w:tcW w:type="dxa" w:w="1727"/>
          </w:tcPr>
          <w:p>
            <w:pPr>
              <w:spacing w:after="20" w:before="20"/>
            </w:pPr>
            <w:r/>
            <w:r>
              <w:rPr>
                <w:rFonts w:ascii="Times New Roman" w:hAnsi="Times New Roman" w:eastAsia="宋体"/>
                <w:b w:val="0"/>
                <w:sz w:val="21"/>
              </w:rPr>
              <w:t>设计学院</w:t>
            </w:r>
          </w:p>
        </w:tc>
        <w:tc>
          <w:tcPr>
            <w:tcW w:type="dxa" w:w="1727"/>
          </w:tcPr>
          <w:p>
            <w:pPr>
              <w:spacing w:after="20" w:before="20"/>
            </w:pPr>
            <w:r/>
            <w:r>
              <w:rPr>
                <w:rFonts w:ascii="Times New Roman" w:hAnsi="Times New Roman" w:eastAsia="宋体"/>
                <w:b w:val="0"/>
                <w:sz w:val="21"/>
              </w:rPr>
              <w:t>设计学院</w:t>
            </w:r>
          </w:p>
        </w:tc>
        <w:tc>
          <w:tcPr>
            <w:tcW w:type="dxa" w:w="1727"/>
          </w:tcPr>
          <w:p>
            <w:pPr>
              <w:spacing w:after="20" w:before="20"/>
            </w:pPr>
            <w:r/>
            <w:r>
              <w:rPr>
                <w:rFonts w:ascii="Times New Roman" w:hAnsi="Times New Roman" w:eastAsia="宋体"/>
                <w:b w:val="0"/>
                <w:sz w:val="21"/>
              </w:rPr>
              <w:t>20文本艺术与传达设计研究</w:t>
            </w:r>
          </w:p>
        </w:tc>
      </w:tr>
      <w:tr>
        <w:tc>
          <w:tcPr>
            <w:tcW w:type="dxa" w:w="1727"/>
          </w:tcPr>
          <w:p>
            <w:pPr>
              <w:spacing w:after="20" w:before="20"/>
            </w:pPr>
            <w:r/>
            <w:r>
              <w:rPr>
                <w:rFonts w:ascii="Times New Roman" w:hAnsi="Times New Roman" w:eastAsia="宋体"/>
                <w:b w:val="0"/>
                <w:sz w:val="21"/>
              </w:rPr>
              <w:t>201</w:t>
            </w:r>
          </w:p>
        </w:tc>
        <w:tc>
          <w:tcPr>
            <w:tcW w:type="dxa" w:w="1727"/>
          </w:tcPr>
          <w:p>
            <w:pPr>
              <w:spacing w:after="20" w:before="20"/>
            </w:pPr>
            <w:r/>
            <w:r>
              <w:rPr>
                <w:rFonts w:ascii="Times New Roman" w:hAnsi="Times New Roman" w:eastAsia="宋体"/>
                <w:b w:val="0"/>
                <w:sz w:val="21"/>
              </w:rPr>
              <w:t>张齐芮</w:t>
            </w:r>
          </w:p>
        </w:tc>
        <w:tc>
          <w:tcPr>
            <w:tcW w:type="dxa" w:w="1727"/>
          </w:tcPr>
          <w:p>
            <w:pPr>
              <w:spacing w:after="20" w:before="20"/>
            </w:pPr>
            <w:r/>
            <w:r>
              <w:rPr>
                <w:rFonts w:ascii="Times New Roman" w:hAnsi="Times New Roman" w:eastAsia="宋体"/>
                <w:b w:val="0"/>
                <w:sz w:val="21"/>
              </w:rPr>
              <w:t>书法学院</w:t>
            </w:r>
          </w:p>
        </w:tc>
        <w:tc>
          <w:tcPr>
            <w:tcW w:type="dxa" w:w="1727"/>
          </w:tcPr>
          <w:p>
            <w:pPr>
              <w:spacing w:after="20" w:before="20"/>
            </w:pPr>
            <w:r/>
            <w:r>
              <w:rPr>
                <w:rFonts w:ascii="Times New Roman" w:hAnsi="Times New Roman" w:eastAsia="宋体"/>
                <w:b w:val="0"/>
                <w:sz w:val="21"/>
              </w:rPr>
              <w:t>书法学院</w:t>
            </w:r>
          </w:p>
        </w:tc>
        <w:tc>
          <w:tcPr>
            <w:tcW w:type="dxa" w:w="1727"/>
          </w:tcPr>
          <w:p>
            <w:pPr>
              <w:spacing w:after="20" w:before="20"/>
            </w:pPr>
            <w:r/>
            <w:r>
              <w:rPr>
                <w:rFonts w:ascii="Times New Roman" w:hAnsi="Times New Roman" w:eastAsia="宋体"/>
                <w:b w:val="0"/>
                <w:sz w:val="21"/>
              </w:rPr>
              <w:t>01“书画印”创作研究</w:t>
            </w:r>
          </w:p>
        </w:tc>
      </w:tr>
      <w:tr>
        <w:tc>
          <w:tcPr>
            <w:tcW w:type="dxa" w:w="1727"/>
          </w:tcPr>
          <w:p>
            <w:pPr>
              <w:spacing w:after="20" w:before="20"/>
            </w:pPr>
            <w:r/>
            <w:r>
              <w:rPr>
                <w:rFonts w:ascii="Times New Roman" w:hAnsi="Times New Roman" w:eastAsia="宋体"/>
                <w:b w:val="0"/>
                <w:sz w:val="21"/>
              </w:rPr>
              <w:t>202</w:t>
            </w:r>
          </w:p>
        </w:tc>
        <w:tc>
          <w:tcPr>
            <w:tcW w:type="dxa" w:w="1727"/>
          </w:tcPr>
          <w:p>
            <w:pPr>
              <w:spacing w:after="20" w:before="20"/>
            </w:pPr>
            <w:r/>
            <w:r>
              <w:rPr>
                <w:rFonts w:ascii="Times New Roman" w:hAnsi="Times New Roman" w:eastAsia="宋体"/>
                <w:b w:val="0"/>
                <w:sz w:val="21"/>
              </w:rPr>
              <w:t>归格格</w:t>
            </w:r>
          </w:p>
        </w:tc>
        <w:tc>
          <w:tcPr>
            <w:tcW w:type="dxa" w:w="1727"/>
          </w:tcPr>
          <w:p>
            <w:pPr>
              <w:spacing w:after="20" w:before="20"/>
            </w:pPr>
            <w:r/>
            <w:r>
              <w:rPr>
                <w:rFonts w:ascii="Times New Roman" w:hAnsi="Times New Roman" w:eastAsia="宋体"/>
                <w:b w:val="0"/>
                <w:sz w:val="21"/>
              </w:rPr>
              <w:t>城市设计学院</w:t>
            </w:r>
          </w:p>
        </w:tc>
        <w:tc>
          <w:tcPr>
            <w:tcW w:type="dxa" w:w="1727"/>
          </w:tcPr>
          <w:p>
            <w:pPr>
              <w:spacing w:after="20" w:before="20"/>
            </w:pPr>
            <w:r/>
            <w:r>
              <w:rPr>
                <w:rFonts w:ascii="Times New Roman" w:hAnsi="Times New Roman" w:eastAsia="宋体"/>
                <w:b w:val="0"/>
                <w:sz w:val="21"/>
              </w:rPr>
              <w:t>城市设计学院</w:t>
            </w:r>
          </w:p>
        </w:tc>
        <w:tc>
          <w:tcPr>
            <w:tcW w:type="dxa" w:w="1727"/>
          </w:tcPr>
          <w:p>
            <w:pPr>
              <w:spacing w:after="20" w:before="20"/>
            </w:pPr>
            <w:r/>
            <w:r>
              <w:rPr>
                <w:rFonts w:ascii="Times New Roman" w:hAnsi="Times New Roman" w:eastAsia="宋体"/>
                <w:b w:val="0"/>
                <w:sz w:val="21"/>
              </w:rPr>
              <w:t>04绘本创作研究</w:t>
            </w:r>
          </w:p>
        </w:tc>
      </w:tr>
      <w:tr>
        <w:tc>
          <w:tcPr>
            <w:tcW w:type="dxa" w:w="1727"/>
          </w:tcPr>
          <w:p>
            <w:pPr>
              <w:spacing w:after="20" w:before="20"/>
            </w:pPr>
            <w:r/>
            <w:r>
              <w:rPr>
                <w:rFonts w:ascii="Times New Roman" w:hAnsi="Times New Roman" w:eastAsia="宋体"/>
                <w:b w:val="0"/>
                <w:sz w:val="21"/>
              </w:rPr>
              <w:t>203</w:t>
            </w:r>
          </w:p>
        </w:tc>
        <w:tc>
          <w:tcPr>
            <w:tcW w:type="dxa" w:w="1727"/>
          </w:tcPr>
          <w:p>
            <w:pPr>
              <w:spacing w:after="20" w:before="20"/>
            </w:pPr>
            <w:r/>
            <w:r>
              <w:rPr>
                <w:rFonts w:ascii="Times New Roman" w:hAnsi="Times New Roman" w:eastAsia="宋体"/>
                <w:b w:val="0"/>
                <w:sz w:val="21"/>
              </w:rPr>
              <w:t>冯咏玲</w:t>
            </w:r>
          </w:p>
        </w:tc>
        <w:tc>
          <w:tcPr>
            <w:tcW w:type="dxa" w:w="1727"/>
          </w:tcPr>
          <w:p>
            <w:pPr>
              <w:spacing w:after="20" w:before="20"/>
            </w:pPr>
            <w:r/>
            <w:r>
              <w:rPr>
                <w:rFonts w:ascii="Times New Roman" w:hAnsi="Times New Roman" w:eastAsia="宋体"/>
                <w:b w:val="0"/>
                <w:sz w:val="21"/>
              </w:rPr>
              <w:t>建筑学院</w:t>
            </w:r>
          </w:p>
        </w:tc>
        <w:tc>
          <w:tcPr>
            <w:tcW w:type="dxa" w:w="1727"/>
          </w:tcPr>
          <w:p>
            <w:pPr>
              <w:spacing w:after="20" w:before="20"/>
            </w:pPr>
            <w:r/>
            <w:r>
              <w:rPr>
                <w:rFonts w:ascii="Times New Roman" w:hAnsi="Times New Roman" w:eastAsia="宋体"/>
                <w:b w:val="0"/>
                <w:sz w:val="21"/>
              </w:rPr>
              <w:t>建筑学院</w:t>
            </w:r>
          </w:p>
        </w:tc>
        <w:tc>
          <w:tcPr>
            <w:tcW w:type="dxa" w:w="1727"/>
          </w:tcPr>
          <w:p>
            <w:pPr>
              <w:spacing w:after="20" w:before="20"/>
            </w:pPr>
            <w:r/>
            <w:r>
              <w:rPr>
                <w:rFonts w:ascii="Times New Roman" w:hAnsi="Times New Roman" w:eastAsia="宋体"/>
                <w:b w:val="0"/>
                <w:sz w:val="21"/>
              </w:rPr>
              <w:t>01建筑学</w:t>
            </w:r>
          </w:p>
        </w:tc>
      </w:tr>
    </w:tbl>
    <w:p>
      <w:pPr>
        <w:spacing w:after="80" w:lineRule="auto" w:line="360"/>
        <w:ind w:firstLine="482"/>
        <w:jc w:val="both"/>
      </w:pPr>
      <w:r>
        <w:rPr>
          <w:rFonts w:ascii="Times New Roman" w:hAnsi="Times New Roman" w:eastAsia="宋体"/>
          <w:b w:val="0"/>
          <w:sz w:val="24"/>
        </w:rPr>
        <w:t>另含美育研究院 04 青少年美育方向 1 人（序号 195 前接内容，姓名为赵明宇，推荐单位与接收单位均为书法学院，专业方向为 01“书画印”创作研究）。</w:t>
      </w:r>
    </w:p>
    <w:p>
      <w:pPr>
        <w:spacing w:after="80" w:lineRule="auto" w:line="360"/>
        <w:ind w:firstLine="482"/>
        <w:jc w:val="both"/>
      </w:pPr>
      <w:r>
        <w:rPr>
          <w:rFonts w:ascii="Times New Roman" w:hAnsi="Times New Roman" w:eastAsia="宋体"/>
          <w:b w:val="0"/>
          <w:sz w:val="24"/>
        </w:rPr>
        <w:t>本页为第 12 页，共 12 页。</w:t>
      </w:r>
    </w:p>
    <w:p>
      <w:pPr>
        <w:spacing w:after="80" w:lineRule="auto" w:line="360"/>
        <w:ind w:firstLine="482"/>
        <w:jc w:val="both"/>
      </w:pPr>
      <w:r>
        <w:rPr>
          <w:rFonts w:ascii="Times New Roman" w:hAnsi="Times New Roman" w:eastAsia="宋体"/>
          <w:b w:val="0"/>
          <w:sz w:val="24"/>
        </w:rPr>
        <w:t>本段为推免拟录取名单公示内容，涉及美育研究院及书法学院、设计学院、城市设计学院、建筑学院等单位，共列出 9 名拟录取学生（序号 195—203）。</w:t>
      </w:r>
    </w:p>
    <w:p>
      <w:pPr>
        <w:spacing w:before="160" w:after="80" w:lineRule="auto" w:line="360"/>
        <w:jc w:val="left"/>
      </w:pPr>
      <w:r>
        <w:rPr>
          <w:rFonts w:ascii="Times New Roman" w:hAnsi="Times New Roman" w:eastAsia="宋体"/>
          <w:b/>
          <w:sz w:val="28"/>
        </w:rPr>
        <w:t>九、名单明细</w:t>
      </w:r>
    </w:p>
    <w:tbl>
      <w:tblPr>
        <w:tblStyle w:val="TableGrid"/>
        <w:tblW w:type="auto" w:w="0"/>
        <w:jc w:val="center"/>
        <w:tblLook w:firstColumn="1" w:firstRow="1" w:lastColumn="0" w:lastRow="0" w:noHBand="0" w:noVBand="1" w:val="04A0"/>
      </w:tblPr>
      <w:tblGrid>
        <w:gridCol w:w="1727"/>
        <w:gridCol w:w="1727"/>
        <w:gridCol w:w="1727"/>
        <w:gridCol w:w="1727"/>
        <w:gridCol w:w="1727"/>
      </w:tblGrid>
      <w:tr>
        <w:tc>
          <w:tcPr>
            <w:tcW w:type="dxa" w:w="1727"/>
          </w:tcPr>
          <w:p>
            <w:pPr>
              <w:spacing w:after="20" w:before="20"/>
            </w:pPr>
            <w:r/>
            <w:r>
              <w:rPr>
                <w:rFonts w:ascii="Times New Roman" w:hAnsi="Times New Roman" w:eastAsia="宋体"/>
                <w:b/>
                <w:sz w:val="21"/>
              </w:rPr>
              <w:t>序号</w:t>
            </w:r>
          </w:p>
        </w:tc>
        <w:tc>
          <w:tcPr>
            <w:tcW w:type="dxa" w:w="1727"/>
          </w:tcPr>
          <w:p>
            <w:pPr>
              <w:spacing w:after="20" w:before="20"/>
            </w:pPr>
            <w:r/>
            <w:r>
              <w:rPr>
                <w:rFonts w:ascii="Times New Roman" w:hAnsi="Times New Roman" w:eastAsia="宋体"/>
                <w:b/>
                <w:sz w:val="21"/>
              </w:rPr>
              <w:t>姓名</w:t>
            </w:r>
          </w:p>
        </w:tc>
        <w:tc>
          <w:tcPr>
            <w:tcW w:type="dxa" w:w="1727"/>
          </w:tcPr>
          <w:p>
            <w:pPr>
              <w:spacing w:after="20" w:before="20"/>
            </w:pPr>
            <w:r/>
            <w:r>
              <w:rPr>
                <w:rFonts w:ascii="Times New Roman" w:hAnsi="Times New Roman" w:eastAsia="宋体"/>
                <w:b/>
                <w:sz w:val="21"/>
              </w:rPr>
              <w:t>推荐单位</w:t>
            </w:r>
          </w:p>
        </w:tc>
        <w:tc>
          <w:tcPr>
            <w:tcW w:type="dxa" w:w="1727"/>
          </w:tcPr>
          <w:p>
            <w:pPr>
              <w:spacing w:after="20" w:before="20"/>
            </w:pPr>
            <w:r/>
            <w:r>
              <w:rPr>
                <w:rFonts w:ascii="Times New Roman" w:hAnsi="Times New Roman" w:eastAsia="宋体"/>
                <w:b/>
                <w:sz w:val="21"/>
              </w:rPr>
              <w:t>接收单位</w:t>
            </w:r>
          </w:p>
        </w:tc>
        <w:tc>
          <w:tcPr>
            <w:tcW w:type="dxa" w:w="1727"/>
          </w:tcPr>
          <w:p>
            <w:pPr>
              <w:spacing w:after="20" w:before="20"/>
            </w:pPr>
            <w:r/>
            <w:r>
              <w:rPr>
                <w:rFonts w:ascii="Times New Roman" w:hAnsi="Times New Roman" w:eastAsia="宋体"/>
                <w:b/>
                <w:sz w:val="21"/>
              </w:rPr>
              <w:t>专业/研究方向</w:t>
            </w:r>
          </w:p>
        </w:tc>
      </w:tr>
      <w:tr>
        <w:tc>
          <w:tcPr>
            <w:tcW w:type="dxa" w:w="1727"/>
          </w:tcPr>
          <w:p>
            <w:pPr>
              <w:spacing w:after="20" w:before="20"/>
            </w:pPr>
            <w:r/>
            <w:r>
              <w:rPr>
                <w:rFonts w:ascii="Times New Roman" w:hAnsi="Times New Roman" w:eastAsia="宋体"/>
                <w:b w:val="0"/>
                <w:sz w:val="21"/>
              </w:rPr>
              <w:t>195</w:t>
            </w:r>
          </w:p>
        </w:tc>
        <w:tc>
          <w:tcPr>
            <w:tcW w:type="dxa" w:w="1727"/>
          </w:tcPr>
          <w:p>
            <w:pPr>
              <w:spacing w:after="20" w:before="20"/>
            </w:pPr>
            <w:r/>
            <w:r>
              <w:rPr>
                <w:rFonts w:ascii="Times New Roman" w:hAnsi="Times New Roman" w:eastAsia="宋体"/>
                <w:b w:val="0"/>
                <w:sz w:val="21"/>
              </w:rPr>
              <w:t>赵明宇</w:t>
            </w:r>
          </w:p>
        </w:tc>
        <w:tc>
          <w:tcPr>
            <w:tcW w:type="dxa" w:w="1727"/>
          </w:tcPr>
          <w:p>
            <w:pPr>
              <w:spacing w:after="20" w:before="20"/>
            </w:pPr>
            <w:r/>
            <w:r>
              <w:rPr>
                <w:rFonts w:ascii="Times New Roman" w:hAnsi="Times New Roman" w:eastAsia="宋体"/>
                <w:b w:val="0"/>
                <w:sz w:val="21"/>
              </w:rPr>
              <w:t>书法学院</w:t>
            </w:r>
          </w:p>
        </w:tc>
        <w:tc>
          <w:tcPr>
            <w:tcW w:type="dxa" w:w="1727"/>
          </w:tcPr>
          <w:p>
            <w:pPr>
              <w:spacing w:after="20" w:before="20"/>
            </w:pPr>
            <w:r/>
            <w:r>
              <w:rPr>
                <w:rFonts w:ascii="Times New Roman" w:hAnsi="Times New Roman" w:eastAsia="宋体"/>
                <w:b w:val="0"/>
                <w:sz w:val="21"/>
              </w:rPr>
              <w:t>书法学院</w:t>
            </w:r>
          </w:p>
        </w:tc>
        <w:tc>
          <w:tcPr>
            <w:tcW w:type="dxa" w:w="1727"/>
          </w:tcPr>
          <w:p>
            <w:pPr>
              <w:spacing w:after="20" w:before="20"/>
            </w:pPr>
            <w:r/>
            <w:r>
              <w:rPr>
                <w:rFonts w:ascii="Times New Roman" w:hAnsi="Times New Roman" w:eastAsia="宋体"/>
                <w:b w:val="0"/>
                <w:sz w:val="21"/>
              </w:rPr>
              <w:t>01“书画印”创作研究</w:t>
            </w:r>
          </w:p>
        </w:tc>
      </w:tr>
      <w:tr>
        <w:tc>
          <w:tcPr>
            <w:tcW w:type="dxa" w:w="1727"/>
          </w:tcPr>
          <w:p>
            <w:pPr>
              <w:spacing w:after="20" w:before="20"/>
            </w:pPr>
            <w:r/>
            <w:r>
              <w:rPr>
                <w:rFonts w:ascii="Times New Roman" w:hAnsi="Times New Roman" w:eastAsia="宋体"/>
                <w:b w:val="0"/>
                <w:sz w:val="21"/>
              </w:rPr>
              <w:t>196</w:t>
            </w:r>
          </w:p>
        </w:tc>
        <w:tc>
          <w:tcPr>
            <w:tcW w:type="dxa" w:w="1727"/>
          </w:tcPr>
          <w:p>
            <w:pPr>
              <w:spacing w:after="20" w:before="20"/>
            </w:pPr>
            <w:r/>
            <w:r>
              <w:rPr>
                <w:rFonts w:ascii="Times New Roman" w:hAnsi="Times New Roman" w:eastAsia="宋体"/>
                <w:b w:val="0"/>
                <w:sz w:val="21"/>
              </w:rPr>
              <w:t>谭若烨</w:t>
            </w:r>
          </w:p>
        </w:tc>
        <w:tc>
          <w:tcPr>
            <w:tcW w:type="dxa" w:w="1727"/>
          </w:tcPr>
          <w:p>
            <w:pPr>
              <w:spacing w:after="20" w:before="20"/>
            </w:pPr>
            <w:r/>
            <w:r>
              <w:rPr>
                <w:rFonts w:ascii="Times New Roman" w:hAnsi="Times New Roman" w:eastAsia="宋体"/>
                <w:b w:val="0"/>
                <w:sz w:val="21"/>
              </w:rPr>
              <w:t>书法学院</w:t>
            </w:r>
          </w:p>
        </w:tc>
        <w:tc>
          <w:tcPr>
            <w:tcW w:type="dxa" w:w="1727"/>
          </w:tcPr>
          <w:p>
            <w:pPr>
              <w:spacing w:after="20" w:before="20"/>
            </w:pPr>
            <w:r/>
            <w:r>
              <w:rPr>
                <w:rFonts w:ascii="Times New Roman" w:hAnsi="Times New Roman" w:eastAsia="宋体"/>
                <w:b w:val="0"/>
                <w:sz w:val="21"/>
              </w:rPr>
              <w:t>书法学院</w:t>
            </w:r>
          </w:p>
        </w:tc>
        <w:tc>
          <w:tcPr>
            <w:tcW w:type="dxa" w:w="1727"/>
          </w:tcPr>
          <w:p>
            <w:pPr>
              <w:spacing w:after="20" w:before="20"/>
            </w:pPr>
            <w:r/>
            <w:r>
              <w:rPr>
                <w:rFonts w:ascii="Times New Roman" w:hAnsi="Times New Roman" w:eastAsia="宋体"/>
                <w:b w:val="0"/>
                <w:sz w:val="21"/>
              </w:rPr>
              <w:t>02“书画印”创作研究</w:t>
            </w:r>
          </w:p>
        </w:tc>
      </w:tr>
      <w:tr>
        <w:tc>
          <w:tcPr>
            <w:tcW w:type="dxa" w:w="1727"/>
          </w:tcPr>
          <w:p>
            <w:pPr>
              <w:spacing w:after="20" w:before="20"/>
            </w:pPr>
            <w:r/>
            <w:r>
              <w:rPr>
                <w:rFonts w:ascii="Times New Roman" w:hAnsi="Times New Roman" w:eastAsia="宋体"/>
                <w:b w:val="0"/>
                <w:sz w:val="21"/>
              </w:rPr>
              <w:t>197</w:t>
            </w:r>
          </w:p>
        </w:tc>
        <w:tc>
          <w:tcPr>
            <w:tcW w:type="dxa" w:w="1727"/>
          </w:tcPr>
          <w:p>
            <w:pPr>
              <w:spacing w:after="20" w:before="20"/>
            </w:pPr>
            <w:r/>
            <w:r>
              <w:rPr>
                <w:rFonts w:ascii="Times New Roman" w:hAnsi="Times New Roman" w:eastAsia="宋体"/>
                <w:b w:val="0"/>
                <w:sz w:val="21"/>
              </w:rPr>
              <w:t>林涵</w:t>
            </w:r>
          </w:p>
        </w:tc>
        <w:tc>
          <w:tcPr>
            <w:tcW w:type="dxa" w:w="1727"/>
          </w:tcPr>
          <w:p>
            <w:pPr>
              <w:spacing w:after="20" w:before="20"/>
            </w:pPr>
            <w:r/>
            <w:r>
              <w:rPr>
                <w:rFonts w:ascii="Times New Roman" w:hAnsi="Times New Roman" w:eastAsia="宋体"/>
                <w:b w:val="0"/>
                <w:sz w:val="21"/>
              </w:rPr>
              <w:t>书法学院</w:t>
            </w:r>
          </w:p>
        </w:tc>
        <w:tc>
          <w:tcPr>
            <w:tcW w:type="dxa" w:w="1727"/>
          </w:tcPr>
          <w:p>
            <w:pPr>
              <w:spacing w:after="20" w:before="20"/>
            </w:pPr>
            <w:r/>
            <w:r>
              <w:rPr>
                <w:rFonts w:ascii="Times New Roman" w:hAnsi="Times New Roman" w:eastAsia="宋体"/>
                <w:b w:val="0"/>
                <w:sz w:val="21"/>
              </w:rPr>
              <w:t>书法学院</w:t>
            </w:r>
          </w:p>
        </w:tc>
        <w:tc>
          <w:tcPr>
            <w:tcW w:type="dxa" w:w="1727"/>
          </w:tcPr>
          <w:p>
            <w:pPr>
              <w:spacing w:after="20" w:before="20"/>
            </w:pPr>
            <w:r/>
            <w:r>
              <w:rPr>
                <w:rFonts w:ascii="Times New Roman" w:hAnsi="Times New Roman" w:eastAsia="宋体"/>
                <w:b w:val="0"/>
                <w:sz w:val="21"/>
              </w:rPr>
              <w:t>04书法形式美研究</w:t>
            </w:r>
          </w:p>
        </w:tc>
      </w:tr>
      <w:tr>
        <w:tc>
          <w:tcPr>
            <w:tcW w:type="dxa" w:w="1727"/>
          </w:tcPr>
          <w:p>
            <w:pPr>
              <w:spacing w:after="20" w:before="20"/>
            </w:pPr>
            <w:r/>
            <w:r>
              <w:rPr>
                <w:rFonts w:ascii="Times New Roman" w:hAnsi="Times New Roman" w:eastAsia="宋体"/>
                <w:b w:val="0"/>
                <w:sz w:val="21"/>
              </w:rPr>
              <w:t>198</w:t>
            </w:r>
          </w:p>
        </w:tc>
        <w:tc>
          <w:tcPr>
            <w:tcW w:type="dxa" w:w="1727"/>
          </w:tcPr>
          <w:p>
            <w:pPr>
              <w:spacing w:after="20" w:before="20"/>
            </w:pPr>
            <w:r/>
            <w:r>
              <w:rPr>
                <w:rFonts w:ascii="Times New Roman" w:hAnsi="Times New Roman" w:eastAsia="宋体"/>
                <w:b w:val="0"/>
                <w:sz w:val="21"/>
              </w:rPr>
              <w:t>钟滢琦</w:t>
            </w:r>
          </w:p>
        </w:tc>
        <w:tc>
          <w:tcPr>
            <w:tcW w:type="dxa" w:w="1727"/>
          </w:tcPr>
          <w:p>
            <w:pPr>
              <w:spacing w:after="20" w:before="20"/>
            </w:pPr>
            <w:r/>
            <w:r>
              <w:rPr>
                <w:rFonts w:ascii="Times New Roman" w:hAnsi="Times New Roman" w:eastAsia="宋体"/>
                <w:b w:val="0"/>
                <w:sz w:val="21"/>
              </w:rPr>
              <w:t>书法学院</w:t>
            </w:r>
          </w:p>
        </w:tc>
        <w:tc>
          <w:tcPr>
            <w:tcW w:type="dxa" w:w="1727"/>
          </w:tcPr>
          <w:p>
            <w:pPr>
              <w:spacing w:after="20" w:before="20"/>
            </w:pPr>
            <w:r/>
            <w:r>
              <w:rPr>
                <w:rFonts w:ascii="Times New Roman" w:hAnsi="Times New Roman" w:eastAsia="宋体"/>
                <w:b w:val="0"/>
                <w:sz w:val="21"/>
              </w:rPr>
              <w:t>书法学院</w:t>
            </w:r>
          </w:p>
        </w:tc>
        <w:tc>
          <w:tcPr>
            <w:tcW w:type="dxa" w:w="1727"/>
          </w:tcPr>
          <w:p>
            <w:pPr>
              <w:spacing w:after="20" w:before="20"/>
            </w:pPr>
            <w:r/>
            <w:r>
              <w:rPr>
                <w:rFonts w:ascii="Times New Roman" w:hAnsi="Times New Roman" w:eastAsia="宋体"/>
                <w:b w:val="0"/>
                <w:sz w:val="21"/>
              </w:rPr>
              <w:t>05书法艺术研究</w:t>
            </w:r>
          </w:p>
        </w:tc>
      </w:tr>
      <w:tr>
        <w:tc>
          <w:tcPr>
            <w:tcW w:type="dxa" w:w="1727"/>
          </w:tcPr>
          <w:p>
            <w:pPr>
              <w:spacing w:after="20" w:before="20"/>
            </w:pPr>
            <w:r/>
            <w:r>
              <w:rPr>
                <w:rFonts w:ascii="Times New Roman" w:hAnsi="Times New Roman" w:eastAsia="宋体"/>
                <w:b w:val="0"/>
                <w:sz w:val="21"/>
              </w:rPr>
              <w:t>199</w:t>
            </w:r>
          </w:p>
        </w:tc>
        <w:tc>
          <w:tcPr>
            <w:tcW w:type="dxa" w:w="1727"/>
          </w:tcPr>
          <w:p>
            <w:pPr>
              <w:spacing w:after="20" w:before="20"/>
            </w:pPr>
            <w:r/>
            <w:r>
              <w:rPr>
                <w:rFonts w:ascii="Times New Roman" w:hAnsi="Times New Roman" w:eastAsia="宋体"/>
                <w:b w:val="0"/>
                <w:sz w:val="21"/>
              </w:rPr>
              <w:t>崔梓慧</w:t>
            </w:r>
          </w:p>
        </w:tc>
        <w:tc>
          <w:tcPr>
            <w:tcW w:type="dxa" w:w="1727"/>
          </w:tcPr>
          <w:p>
            <w:pPr>
              <w:spacing w:after="20" w:before="20"/>
            </w:pPr>
            <w:r/>
            <w:r>
              <w:rPr>
                <w:rFonts w:ascii="Times New Roman" w:hAnsi="Times New Roman" w:eastAsia="宋体"/>
                <w:b w:val="0"/>
                <w:sz w:val="21"/>
              </w:rPr>
              <w:t>书法学院</w:t>
            </w:r>
          </w:p>
        </w:tc>
        <w:tc>
          <w:tcPr>
            <w:tcW w:type="dxa" w:w="1727"/>
          </w:tcPr>
          <w:p>
            <w:pPr>
              <w:spacing w:after="20" w:before="20"/>
            </w:pPr>
            <w:r/>
            <w:r>
              <w:rPr>
                <w:rFonts w:ascii="Times New Roman" w:hAnsi="Times New Roman" w:eastAsia="宋体"/>
                <w:b w:val="0"/>
                <w:sz w:val="21"/>
              </w:rPr>
              <w:t>书法学院</w:t>
            </w:r>
          </w:p>
        </w:tc>
        <w:tc>
          <w:tcPr>
            <w:tcW w:type="dxa" w:w="1727"/>
          </w:tcPr>
          <w:p>
            <w:pPr>
              <w:spacing w:after="20" w:before="20"/>
            </w:pPr>
            <w:r/>
            <w:r>
              <w:rPr>
                <w:rFonts w:ascii="Times New Roman" w:hAnsi="Times New Roman" w:eastAsia="宋体"/>
                <w:b w:val="0"/>
                <w:sz w:val="21"/>
              </w:rPr>
              <w:t>06中国书法展示与创新</w:t>
            </w:r>
          </w:p>
        </w:tc>
      </w:tr>
      <w:tr>
        <w:tc>
          <w:tcPr>
            <w:tcW w:type="dxa" w:w="1727"/>
          </w:tcPr>
          <w:p>
            <w:pPr>
              <w:spacing w:after="20" w:before="20"/>
            </w:pPr>
            <w:r/>
            <w:r>
              <w:rPr>
                <w:rFonts w:ascii="Times New Roman" w:hAnsi="Times New Roman" w:eastAsia="宋体"/>
                <w:b w:val="0"/>
                <w:sz w:val="21"/>
              </w:rPr>
              <w:t>200</w:t>
            </w:r>
          </w:p>
        </w:tc>
        <w:tc>
          <w:tcPr>
            <w:tcW w:type="dxa" w:w="1727"/>
          </w:tcPr>
          <w:p>
            <w:pPr>
              <w:spacing w:after="20" w:before="20"/>
            </w:pPr>
            <w:r/>
            <w:r>
              <w:rPr>
                <w:rFonts w:ascii="Times New Roman" w:hAnsi="Times New Roman" w:eastAsia="宋体"/>
                <w:b w:val="0"/>
                <w:sz w:val="21"/>
              </w:rPr>
              <w:t>姜笑寒</w:t>
            </w:r>
          </w:p>
        </w:tc>
        <w:tc>
          <w:tcPr>
            <w:tcW w:type="dxa" w:w="1727"/>
          </w:tcPr>
          <w:p>
            <w:pPr>
              <w:spacing w:after="20" w:before="20"/>
            </w:pPr>
            <w:r/>
            <w:r>
              <w:rPr>
                <w:rFonts w:ascii="Times New Roman" w:hAnsi="Times New Roman" w:eastAsia="宋体"/>
                <w:b w:val="0"/>
                <w:sz w:val="21"/>
              </w:rPr>
              <w:t>设计学院</w:t>
            </w:r>
          </w:p>
        </w:tc>
        <w:tc>
          <w:tcPr>
            <w:tcW w:type="dxa" w:w="1727"/>
          </w:tcPr>
          <w:p>
            <w:pPr>
              <w:spacing w:after="20" w:before="20"/>
            </w:pPr>
            <w:r/>
            <w:r>
              <w:rPr>
                <w:rFonts w:ascii="Times New Roman" w:hAnsi="Times New Roman" w:eastAsia="宋体"/>
                <w:b w:val="0"/>
                <w:sz w:val="21"/>
              </w:rPr>
              <w:t>设计学院</w:t>
            </w:r>
          </w:p>
        </w:tc>
        <w:tc>
          <w:tcPr>
            <w:tcW w:type="dxa" w:w="1727"/>
          </w:tcPr>
          <w:p>
            <w:pPr>
              <w:spacing w:after="20" w:before="20"/>
            </w:pPr>
            <w:r/>
            <w:r>
              <w:rPr>
                <w:rFonts w:ascii="Times New Roman" w:hAnsi="Times New Roman" w:eastAsia="宋体"/>
                <w:b w:val="0"/>
                <w:sz w:val="21"/>
              </w:rPr>
              <w:t>20文本艺术与传达设计研究</w:t>
            </w:r>
          </w:p>
        </w:tc>
      </w:tr>
      <w:tr>
        <w:tc>
          <w:tcPr>
            <w:tcW w:type="dxa" w:w="1727"/>
          </w:tcPr>
          <w:p>
            <w:pPr>
              <w:spacing w:after="20" w:before="20"/>
            </w:pPr>
            <w:r/>
            <w:r>
              <w:rPr>
                <w:rFonts w:ascii="Times New Roman" w:hAnsi="Times New Roman" w:eastAsia="宋体"/>
                <w:b w:val="0"/>
                <w:sz w:val="21"/>
              </w:rPr>
              <w:t>201</w:t>
            </w:r>
          </w:p>
        </w:tc>
        <w:tc>
          <w:tcPr>
            <w:tcW w:type="dxa" w:w="1727"/>
          </w:tcPr>
          <w:p>
            <w:pPr>
              <w:spacing w:after="20" w:before="20"/>
            </w:pPr>
            <w:r/>
            <w:r>
              <w:rPr>
                <w:rFonts w:ascii="Times New Roman" w:hAnsi="Times New Roman" w:eastAsia="宋体"/>
                <w:b w:val="0"/>
                <w:sz w:val="21"/>
              </w:rPr>
              <w:t>张齐芮</w:t>
            </w:r>
          </w:p>
        </w:tc>
        <w:tc>
          <w:tcPr>
            <w:tcW w:type="dxa" w:w="1727"/>
          </w:tcPr>
          <w:p>
            <w:pPr>
              <w:spacing w:after="20" w:before="20"/>
            </w:pPr>
            <w:r/>
            <w:r>
              <w:rPr>
                <w:rFonts w:ascii="Times New Roman" w:hAnsi="Times New Roman" w:eastAsia="宋体"/>
                <w:b w:val="0"/>
                <w:sz w:val="21"/>
              </w:rPr>
              <w:t>书法学院</w:t>
            </w:r>
          </w:p>
        </w:tc>
        <w:tc>
          <w:tcPr>
            <w:tcW w:type="dxa" w:w="1727"/>
          </w:tcPr>
          <w:p>
            <w:pPr>
              <w:spacing w:after="20" w:before="20"/>
            </w:pPr>
            <w:r/>
            <w:r>
              <w:rPr>
                <w:rFonts w:ascii="Times New Roman" w:hAnsi="Times New Roman" w:eastAsia="宋体"/>
                <w:b w:val="0"/>
                <w:sz w:val="21"/>
              </w:rPr>
              <w:t>书法学院</w:t>
            </w:r>
          </w:p>
        </w:tc>
        <w:tc>
          <w:tcPr>
            <w:tcW w:type="dxa" w:w="1727"/>
          </w:tcPr>
          <w:p>
            <w:pPr>
              <w:spacing w:after="20" w:before="20"/>
            </w:pPr>
            <w:r/>
            <w:r>
              <w:rPr>
                <w:rFonts w:ascii="Times New Roman" w:hAnsi="Times New Roman" w:eastAsia="宋体"/>
                <w:b w:val="0"/>
                <w:sz w:val="21"/>
              </w:rPr>
              <w:t>01“书画印”创作研究</w:t>
            </w:r>
          </w:p>
        </w:tc>
      </w:tr>
      <w:tr>
        <w:tc>
          <w:tcPr>
            <w:tcW w:type="dxa" w:w="1727"/>
          </w:tcPr>
          <w:p>
            <w:pPr>
              <w:spacing w:after="20" w:before="20"/>
            </w:pPr>
            <w:r/>
            <w:r>
              <w:rPr>
                <w:rFonts w:ascii="Times New Roman" w:hAnsi="Times New Roman" w:eastAsia="宋体"/>
                <w:b w:val="0"/>
                <w:sz w:val="21"/>
              </w:rPr>
              <w:t>202</w:t>
            </w:r>
          </w:p>
        </w:tc>
        <w:tc>
          <w:tcPr>
            <w:tcW w:type="dxa" w:w="1727"/>
          </w:tcPr>
          <w:p>
            <w:pPr>
              <w:spacing w:after="20" w:before="20"/>
            </w:pPr>
            <w:r/>
            <w:r>
              <w:rPr>
                <w:rFonts w:ascii="Times New Roman" w:hAnsi="Times New Roman" w:eastAsia="宋体"/>
                <w:b w:val="0"/>
                <w:sz w:val="21"/>
              </w:rPr>
              <w:t>归格格</w:t>
            </w:r>
          </w:p>
        </w:tc>
        <w:tc>
          <w:tcPr>
            <w:tcW w:type="dxa" w:w="1727"/>
          </w:tcPr>
          <w:p>
            <w:pPr>
              <w:spacing w:after="20" w:before="20"/>
            </w:pPr>
            <w:r/>
            <w:r>
              <w:rPr>
                <w:rFonts w:ascii="Times New Roman" w:hAnsi="Times New Roman" w:eastAsia="宋体"/>
                <w:b w:val="0"/>
                <w:sz w:val="21"/>
              </w:rPr>
              <w:t>城市设计学院</w:t>
            </w:r>
          </w:p>
        </w:tc>
        <w:tc>
          <w:tcPr>
            <w:tcW w:type="dxa" w:w="1727"/>
          </w:tcPr>
          <w:p>
            <w:pPr>
              <w:spacing w:after="20" w:before="20"/>
            </w:pPr>
            <w:r/>
            <w:r>
              <w:rPr>
                <w:rFonts w:ascii="Times New Roman" w:hAnsi="Times New Roman" w:eastAsia="宋体"/>
                <w:b w:val="0"/>
                <w:sz w:val="21"/>
              </w:rPr>
              <w:t>城市设计学院</w:t>
            </w:r>
          </w:p>
        </w:tc>
        <w:tc>
          <w:tcPr>
            <w:tcW w:type="dxa" w:w="1727"/>
          </w:tcPr>
          <w:p>
            <w:pPr>
              <w:spacing w:after="20" w:before="20"/>
            </w:pPr>
            <w:r/>
            <w:r>
              <w:rPr>
                <w:rFonts w:ascii="Times New Roman" w:hAnsi="Times New Roman" w:eastAsia="宋体"/>
                <w:b w:val="0"/>
                <w:sz w:val="21"/>
              </w:rPr>
              <w:t>04绘本创作研究</w:t>
            </w:r>
          </w:p>
        </w:tc>
      </w:tr>
      <w:tr>
        <w:tc>
          <w:tcPr>
            <w:tcW w:type="dxa" w:w="1727"/>
          </w:tcPr>
          <w:p>
            <w:pPr>
              <w:spacing w:after="20" w:before="20"/>
            </w:pPr>
            <w:r/>
            <w:r>
              <w:rPr>
                <w:rFonts w:ascii="Times New Roman" w:hAnsi="Times New Roman" w:eastAsia="宋体"/>
                <w:b w:val="0"/>
                <w:sz w:val="21"/>
              </w:rPr>
              <w:t>203</w:t>
            </w:r>
          </w:p>
        </w:tc>
        <w:tc>
          <w:tcPr>
            <w:tcW w:type="dxa" w:w="1727"/>
          </w:tcPr>
          <w:p>
            <w:pPr>
              <w:spacing w:after="20" w:before="20"/>
            </w:pPr>
            <w:r/>
            <w:r>
              <w:rPr>
                <w:rFonts w:ascii="Times New Roman" w:hAnsi="Times New Roman" w:eastAsia="宋体"/>
                <w:b w:val="0"/>
                <w:sz w:val="21"/>
              </w:rPr>
              <w:t>冯咏玲</w:t>
            </w:r>
          </w:p>
        </w:tc>
        <w:tc>
          <w:tcPr>
            <w:tcW w:type="dxa" w:w="1727"/>
          </w:tcPr>
          <w:p>
            <w:pPr>
              <w:spacing w:after="20" w:before="20"/>
            </w:pPr>
            <w:r/>
            <w:r>
              <w:rPr>
                <w:rFonts w:ascii="Times New Roman" w:hAnsi="Times New Roman" w:eastAsia="宋体"/>
                <w:b w:val="0"/>
                <w:sz w:val="21"/>
              </w:rPr>
              <w:t>建筑学院</w:t>
            </w:r>
          </w:p>
        </w:tc>
        <w:tc>
          <w:tcPr>
            <w:tcW w:type="dxa" w:w="1727"/>
          </w:tcPr>
          <w:p>
            <w:pPr>
              <w:spacing w:after="20" w:before="20"/>
            </w:pPr>
            <w:r/>
            <w:r>
              <w:rPr>
                <w:rFonts w:ascii="Times New Roman" w:hAnsi="Times New Roman" w:eastAsia="宋体"/>
                <w:b w:val="0"/>
                <w:sz w:val="21"/>
              </w:rPr>
              <w:t>建筑学院</w:t>
            </w:r>
          </w:p>
        </w:tc>
        <w:tc>
          <w:tcPr>
            <w:tcW w:type="dxa" w:w="1727"/>
          </w:tcPr>
          <w:p>
            <w:pPr>
              <w:spacing w:after="20" w:before="20"/>
            </w:pPr>
            <w:r/>
            <w:r>
              <w:rPr>
                <w:rFonts w:ascii="Times New Roman" w:hAnsi="Times New Roman" w:eastAsia="宋体"/>
                <w:b w:val="0"/>
                <w:sz w:val="21"/>
              </w:rPr>
              <w:t>01建筑学</w:t>
            </w:r>
          </w:p>
        </w:tc>
      </w:tr>
    </w:tbl>
    <w:p>
      <w:pPr>
        <w:spacing w:before="160" w:after="80" w:lineRule="auto" w:line="360"/>
        <w:jc w:val="left"/>
      </w:pPr>
      <w:r>
        <w:rPr>
          <w:rFonts w:ascii="Times New Roman" w:hAnsi="Times New Roman" w:eastAsia="宋体"/>
          <w:b/>
          <w:sz w:val="28"/>
        </w:rPr>
        <w:t>十、其他信息</w:t>
      </w:r>
    </w:p>
    <w:p>
      <w:pPr>
        <w:spacing w:after="80" w:lineRule="auto" w:line="360"/>
        <w:ind w:firstLine="482"/>
        <w:jc w:val="both"/>
      </w:pPr>
      <w:r>
        <w:rPr>
          <w:rFonts w:ascii="Times New Roman" w:hAnsi="Times New Roman" w:eastAsia="宋体"/>
          <w:b w:val="0"/>
          <w:sz w:val="24"/>
        </w:rPr>
        <w:t>1. 本段名单上方标注“美育研究院 04青少年美育”，对应序号 195 之前的专业方向信息。</w:t>
      </w:r>
    </w:p>
    <w:p>
      <w:pPr>
        <w:spacing w:after="80" w:lineRule="auto" w:line="360"/>
        <w:ind w:firstLine="482"/>
        <w:jc w:val="both"/>
      </w:pPr>
      <w:r>
        <w:rPr>
          <w:rFonts w:ascii="Times New Roman" w:hAnsi="Times New Roman" w:eastAsia="宋体"/>
          <w:b w:val="0"/>
          <w:sz w:val="24"/>
        </w:rPr>
        <w:t>2. 本段为第 12 页，共 12 页，即公示名单的最后一页。</w:t>
      </w:r>
    </w:p>
    <w:p>
      <w:pPr>
        <w:spacing w:after="80" w:lineRule="auto" w:line="360"/>
        <w:ind w:firstLine="482"/>
        <w:jc w:val="both"/>
      </w:pPr>
      <w:r>
        <w:rPr>
          <w:rFonts w:ascii="Times New Roman" w:hAnsi="Times New Roman" w:eastAsia="宋体"/>
          <w:b w:val="0"/>
          <w:sz w:val="24"/>
        </w:rPr>
        <w:t>3. 原文未提供排名或评分方式、公示期起止日期及联系方式等信息。</w:t>
      </w:r>
    </w:p>
    <w:p>
      <w:pPr>
        <w:spacing w:after="80" w:lineRule="auto" w:line="360"/>
        <w:ind w:firstLine="482"/>
        <w:jc w:val="both"/>
      </w:pPr>
      <w:r>
        <w:rPr>
          <w:rFonts w:ascii="Times New Roman" w:hAnsi="Times New Roman" w:eastAsia="宋体"/>
          <w:b w:val="0"/>
          <w:sz w:val="24"/>
        </w:rPr>
        <w:t>本段为推免拟录取名单公示的末尾部分，共涉及 8 人，序号自 195 起至 203 止（其中 195 号前含上一段延续的“育研究院 / 04青少年美育”信息）。明细如下：</w:t>
      </w:r>
    </w:p>
    <w:tbl>
      <w:tblPr>
        <w:tblStyle w:val="TableGrid"/>
        <w:tblW w:type="auto" w:w="0"/>
        <w:jc w:val="center"/>
        <w:tblLook w:firstColumn="1" w:firstRow="1" w:lastColumn="0" w:lastRow="0" w:noHBand="0" w:noVBand="1" w:val="04A0"/>
      </w:tblPr>
      <w:tblGrid>
        <w:gridCol w:w="1727"/>
        <w:gridCol w:w="1727"/>
        <w:gridCol w:w="1727"/>
        <w:gridCol w:w="1727"/>
        <w:gridCol w:w="1727"/>
      </w:tblGrid>
      <w:tr>
        <w:tc>
          <w:tcPr>
            <w:tcW w:type="dxa" w:w="1727"/>
          </w:tcPr>
          <w:p>
            <w:pPr>
              <w:spacing w:after="20" w:before="20"/>
            </w:pPr>
            <w:r/>
            <w:r>
              <w:rPr>
                <w:rFonts w:ascii="Times New Roman" w:hAnsi="Times New Roman" w:eastAsia="宋体"/>
                <w:b/>
                <w:sz w:val="21"/>
              </w:rPr>
              <w:t>序号</w:t>
            </w:r>
          </w:p>
        </w:tc>
        <w:tc>
          <w:tcPr>
            <w:tcW w:type="dxa" w:w="1727"/>
          </w:tcPr>
          <w:p>
            <w:pPr>
              <w:spacing w:after="20" w:before="20"/>
            </w:pPr>
            <w:r/>
            <w:r>
              <w:rPr>
                <w:rFonts w:ascii="Times New Roman" w:hAnsi="Times New Roman" w:eastAsia="宋体"/>
                <w:b/>
                <w:sz w:val="21"/>
              </w:rPr>
              <w:t>姓名</w:t>
            </w:r>
          </w:p>
        </w:tc>
        <w:tc>
          <w:tcPr>
            <w:tcW w:type="dxa" w:w="1727"/>
          </w:tcPr>
          <w:p>
            <w:pPr>
              <w:spacing w:after="20" w:before="20"/>
            </w:pPr>
            <w:r/>
            <w:r>
              <w:rPr>
                <w:rFonts w:ascii="Times New Roman" w:hAnsi="Times New Roman" w:eastAsia="宋体"/>
                <w:b/>
                <w:sz w:val="21"/>
              </w:rPr>
              <w:t>推荐单位</w:t>
            </w:r>
          </w:p>
        </w:tc>
        <w:tc>
          <w:tcPr>
            <w:tcW w:type="dxa" w:w="1727"/>
          </w:tcPr>
          <w:p>
            <w:pPr>
              <w:spacing w:after="20" w:before="20"/>
            </w:pPr>
            <w:r/>
            <w:r>
              <w:rPr>
                <w:rFonts w:ascii="Times New Roman" w:hAnsi="Times New Roman" w:eastAsia="宋体"/>
                <w:b/>
                <w:sz w:val="21"/>
              </w:rPr>
              <w:t>接收单位</w:t>
            </w:r>
          </w:p>
        </w:tc>
        <w:tc>
          <w:tcPr>
            <w:tcW w:type="dxa" w:w="1727"/>
          </w:tcPr>
          <w:p>
            <w:pPr>
              <w:spacing w:after="20" w:before="20"/>
            </w:pPr>
            <w:r/>
            <w:r>
              <w:rPr>
                <w:rFonts w:ascii="Times New Roman" w:hAnsi="Times New Roman" w:eastAsia="宋体"/>
                <w:b/>
                <w:sz w:val="21"/>
              </w:rPr>
              <w:t>专业/研究方向</w:t>
            </w:r>
          </w:p>
        </w:tc>
      </w:tr>
      <w:tr>
        <w:tc>
          <w:tcPr>
            <w:tcW w:type="dxa" w:w="1727"/>
          </w:tcPr>
          <w:p>
            <w:pPr>
              <w:spacing w:after="20" w:before="20"/>
            </w:pPr>
            <w:r/>
            <w:r>
              <w:rPr>
                <w:rFonts w:ascii="Times New Roman" w:hAnsi="Times New Roman" w:eastAsia="宋体"/>
                <w:b w:val="0"/>
                <w:sz w:val="21"/>
              </w:rPr>
              <w:t>195</w:t>
            </w:r>
          </w:p>
        </w:tc>
        <w:tc>
          <w:tcPr>
            <w:tcW w:type="dxa" w:w="1727"/>
          </w:tcPr>
          <w:p>
            <w:pPr>
              <w:spacing w:after="20" w:before="20"/>
            </w:pPr>
            <w:r/>
            <w:r>
              <w:rPr>
                <w:rFonts w:ascii="Times New Roman" w:hAnsi="Times New Roman" w:eastAsia="宋体"/>
                <w:b w:val="0"/>
                <w:sz w:val="21"/>
              </w:rPr>
              <w:t>赵明宇</w:t>
            </w:r>
          </w:p>
        </w:tc>
        <w:tc>
          <w:tcPr>
            <w:tcW w:type="dxa" w:w="1727"/>
          </w:tcPr>
          <w:p>
            <w:pPr>
              <w:spacing w:after="20" w:before="20"/>
            </w:pPr>
            <w:r/>
            <w:r>
              <w:rPr>
                <w:rFonts w:ascii="Times New Roman" w:hAnsi="Times New Roman" w:eastAsia="宋体"/>
                <w:b w:val="0"/>
                <w:sz w:val="21"/>
              </w:rPr>
              <w:t>书法学院</w:t>
            </w:r>
          </w:p>
        </w:tc>
        <w:tc>
          <w:tcPr>
            <w:tcW w:type="dxa" w:w="1727"/>
          </w:tcPr>
          <w:p>
            <w:pPr>
              <w:spacing w:after="20" w:before="20"/>
            </w:pPr>
            <w:r/>
            <w:r>
              <w:rPr>
                <w:rFonts w:ascii="Times New Roman" w:hAnsi="Times New Roman" w:eastAsia="宋体"/>
                <w:b w:val="0"/>
                <w:sz w:val="21"/>
              </w:rPr>
              <w:t>书法学院</w:t>
            </w:r>
          </w:p>
        </w:tc>
        <w:tc>
          <w:tcPr>
            <w:tcW w:type="dxa" w:w="1727"/>
          </w:tcPr>
          <w:p>
            <w:pPr>
              <w:spacing w:after="20" w:before="20"/>
            </w:pPr>
            <w:r/>
            <w:r>
              <w:rPr>
                <w:rFonts w:ascii="Times New Roman" w:hAnsi="Times New Roman" w:eastAsia="宋体"/>
                <w:b w:val="0"/>
                <w:sz w:val="21"/>
              </w:rPr>
              <w:t>01“书画印”创作研究</w:t>
            </w:r>
          </w:p>
        </w:tc>
      </w:tr>
      <w:tr>
        <w:tc>
          <w:tcPr>
            <w:tcW w:type="dxa" w:w="1727"/>
          </w:tcPr>
          <w:p>
            <w:pPr>
              <w:spacing w:after="20" w:before="20"/>
            </w:pPr>
            <w:r/>
            <w:r>
              <w:rPr>
                <w:rFonts w:ascii="Times New Roman" w:hAnsi="Times New Roman" w:eastAsia="宋体"/>
                <w:b w:val="0"/>
                <w:sz w:val="21"/>
              </w:rPr>
              <w:t>196</w:t>
            </w:r>
          </w:p>
        </w:tc>
        <w:tc>
          <w:tcPr>
            <w:tcW w:type="dxa" w:w="1727"/>
          </w:tcPr>
          <w:p>
            <w:pPr>
              <w:spacing w:after="20" w:before="20"/>
            </w:pPr>
            <w:r/>
            <w:r>
              <w:rPr>
                <w:rFonts w:ascii="Times New Roman" w:hAnsi="Times New Roman" w:eastAsia="宋体"/>
                <w:b w:val="0"/>
                <w:sz w:val="21"/>
              </w:rPr>
              <w:t>谭若烨</w:t>
            </w:r>
          </w:p>
        </w:tc>
        <w:tc>
          <w:tcPr>
            <w:tcW w:type="dxa" w:w="1727"/>
          </w:tcPr>
          <w:p>
            <w:pPr>
              <w:spacing w:after="20" w:before="20"/>
            </w:pPr>
            <w:r/>
            <w:r>
              <w:rPr>
                <w:rFonts w:ascii="Times New Roman" w:hAnsi="Times New Roman" w:eastAsia="宋体"/>
                <w:b w:val="0"/>
                <w:sz w:val="21"/>
              </w:rPr>
              <w:t>书法学院</w:t>
            </w:r>
          </w:p>
        </w:tc>
        <w:tc>
          <w:tcPr>
            <w:tcW w:type="dxa" w:w="1727"/>
          </w:tcPr>
          <w:p>
            <w:pPr>
              <w:spacing w:after="20" w:before="20"/>
            </w:pPr>
            <w:r/>
            <w:r>
              <w:rPr>
                <w:rFonts w:ascii="Times New Roman" w:hAnsi="Times New Roman" w:eastAsia="宋体"/>
                <w:b w:val="0"/>
                <w:sz w:val="21"/>
              </w:rPr>
              <w:t>书法学院</w:t>
            </w:r>
          </w:p>
        </w:tc>
        <w:tc>
          <w:tcPr>
            <w:tcW w:type="dxa" w:w="1727"/>
          </w:tcPr>
          <w:p>
            <w:pPr>
              <w:spacing w:after="20" w:before="20"/>
            </w:pPr>
            <w:r/>
            <w:r>
              <w:rPr>
                <w:rFonts w:ascii="Times New Roman" w:hAnsi="Times New Roman" w:eastAsia="宋体"/>
                <w:b w:val="0"/>
                <w:sz w:val="21"/>
              </w:rPr>
              <w:t>02“书画印”创作研究</w:t>
            </w:r>
          </w:p>
        </w:tc>
      </w:tr>
      <w:tr>
        <w:tc>
          <w:tcPr>
            <w:tcW w:type="dxa" w:w="1727"/>
          </w:tcPr>
          <w:p>
            <w:pPr>
              <w:spacing w:after="20" w:before="20"/>
            </w:pPr>
            <w:r/>
            <w:r>
              <w:rPr>
                <w:rFonts w:ascii="Times New Roman" w:hAnsi="Times New Roman" w:eastAsia="宋体"/>
                <w:b w:val="0"/>
                <w:sz w:val="21"/>
              </w:rPr>
              <w:t>197</w:t>
            </w:r>
          </w:p>
        </w:tc>
        <w:tc>
          <w:tcPr>
            <w:tcW w:type="dxa" w:w="1727"/>
          </w:tcPr>
          <w:p>
            <w:pPr>
              <w:spacing w:after="20" w:before="20"/>
            </w:pPr>
            <w:r/>
            <w:r>
              <w:rPr>
                <w:rFonts w:ascii="Times New Roman" w:hAnsi="Times New Roman" w:eastAsia="宋体"/>
                <w:b w:val="0"/>
                <w:sz w:val="21"/>
              </w:rPr>
              <w:t>林涵</w:t>
            </w:r>
          </w:p>
        </w:tc>
        <w:tc>
          <w:tcPr>
            <w:tcW w:type="dxa" w:w="1727"/>
          </w:tcPr>
          <w:p>
            <w:pPr>
              <w:spacing w:after="20" w:before="20"/>
            </w:pPr>
            <w:r/>
            <w:r>
              <w:rPr>
                <w:rFonts w:ascii="Times New Roman" w:hAnsi="Times New Roman" w:eastAsia="宋体"/>
                <w:b w:val="0"/>
                <w:sz w:val="21"/>
              </w:rPr>
              <w:t>书法学院</w:t>
            </w:r>
          </w:p>
        </w:tc>
        <w:tc>
          <w:tcPr>
            <w:tcW w:type="dxa" w:w="1727"/>
          </w:tcPr>
          <w:p>
            <w:pPr>
              <w:spacing w:after="20" w:before="20"/>
            </w:pPr>
            <w:r/>
            <w:r>
              <w:rPr>
                <w:rFonts w:ascii="Times New Roman" w:hAnsi="Times New Roman" w:eastAsia="宋体"/>
                <w:b w:val="0"/>
                <w:sz w:val="21"/>
              </w:rPr>
              <w:t>书法学院</w:t>
            </w:r>
          </w:p>
        </w:tc>
        <w:tc>
          <w:tcPr>
            <w:tcW w:type="dxa" w:w="1727"/>
          </w:tcPr>
          <w:p>
            <w:pPr>
              <w:spacing w:after="20" w:before="20"/>
            </w:pPr>
            <w:r/>
            <w:r>
              <w:rPr>
                <w:rFonts w:ascii="Times New Roman" w:hAnsi="Times New Roman" w:eastAsia="宋体"/>
                <w:b w:val="0"/>
                <w:sz w:val="21"/>
              </w:rPr>
              <w:t>04书法形式美研究</w:t>
            </w:r>
          </w:p>
        </w:tc>
      </w:tr>
      <w:tr>
        <w:tc>
          <w:tcPr>
            <w:tcW w:type="dxa" w:w="1727"/>
          </w:tcPr>
          <w:p>
            <w:pPr>
              <w:spacing w:after="20" w:before="20"/>
            </w:pPr>
            <w:r/>
            <w:r>
              <w:rPr>
                <w:rFonts w:ascii="Times New Roman" w:hAnsi="Times New Roman" w:eastAsia="宋体"/>
                <w:b w:val="0"/>
                <w:sz w:val="21"/>
              </w:rPr>
              <w:t>198</w:t>
            </w:r>
          </w:p>
        </w:tc>
        <w:tc>
          <w:tcPr>
            <w:tcW w:type="dxa" w:w="1727"/>
          </w:tcPr>
          <w:p>
            <w:pPr>
              <w:spacing w:after="20" w:before="20"/>
            </w:pPr>
            <w:r/>
            <w:r>
              <w:rPr>
                <w:rFonts w:ascii="Times New Roman" w:hAnsi="Times New Roman" w:eastAsia="宋体"/>
                <w:b w:val="0"/>
                <w:sz w:val="21"/>
              </w:rPr>
              <w:t>钟滢琦</w:t>
            </w:r>
          </w:p>
        </w:tc>
        <w:tc>
          <w:tcPr>
            <w:tcW w:type="dxa" w:w="1727"/>
          </w:tcPr>
          <w:p>
            <w:pPr>
              <w:spacing w:after="20" w:before="20"/>
            </w:pPr>
            <w:r/>
            <w:r>
              <w:rPr>
                <w:rFonts w:ascii="Times New Roman" w:hAnsi="Times New Roman" w:eastAsia="宋体"/>
                <w:b w:val="0"/>
                <w:sz w:val="21"/>
              </w:rPr>
              <w:t>书法学院</w:t>
            </w:r>
          </w:p>
        </w:tc>
        <w:tc>
          <w:tcPr>
            <w:tcW w:type="dxa" w:w="1727"/>
          </w:tcPr>
          <w:p>
            <w:pPr>
              <w:spacing w:after="20" w:before="20"/>
            </w:pPr>
            <w:r/>
            <w:r>
              <w:rPr>
                <w:rFonts w:ascii="Times New Roman" w:hAnsi="Times New Roman" w:eastAsia="宋体"/>
                <w:b w:val="0"/>
                <w:sz w:val="21"/>
              </w:rPr>
              <w:t>书法学院</w:t>
            </w:r>
          </w:p>
        </w:tc>
        <w:tc>
          <w:tcPr>
            <w:tcW w:type="dxa" w:w="1727"/>
          </w:tcPr>
          <w:p>
            <w:pPr>
              <w:spacing w:after="20" w:before="20"/>
            </w:pPr>
            <w:r/>
            <w:r>
              <w:rPr>
                <w:rFonts w:ascii="Times New Roman" w:hAnsi="Times New Roman" w:eastAsia="宋体"/>
                <w:b w:val="0"/>
                <w:sz w:val="21"/>
              </w:rPr>
              <w:t>05书法艺术研究</w:t>
            </w:r>
          </w:p>
        </w:tc>
      </w:tr>
      <w:tr>
        <w:tc>
          <w:tcPr>
            <w:tcW w:type="dxa" w:w="1727"/>
          </w:tcPr>
          <w:p>
            <w:pPr>
              <w:spacing w:after="20" w:before="20"/>
            </w:pPr>
            <w:r/>
            <w:r>
              <w:rPr>
                <w:rFonts w:ascii="Times New Roman" w:hAnsi="Times New Roman" w:eastAsia="宋体"/>
                <w:b w:val="0"/>
                <w:sz w:val="21"/>
              </w:rPr>
              <w:t>199</w:t>
            </w:r>
          </w:p>
        </w:tc>
        <w:tc>
          <w:tcPr>
            <w:tcW w:type="dxa" w:w="1727"/>
          </w:tcPr>
          <w:p>
            <w:pPr>
              <w:spacing w:after="20" w:before="20"/>
            </w:pPr>
            <w:r/>
            <w:r>
              <w:rPr>
                <w:rFonts w:ascii="Times New Roman" w:hAnsi="Times New Roman" w:eastAsia="宋体"/>
                <w:b w:val="0"/>
                <w:sz w:val="21"/>
              </w:rPr>
              <w:t>崔梓慧</w:t>
            </w:r>
          </w:p>
        </w:tc>
        <w:tc>
          <w:tcPr>
            <w:tcW w:type="dxa" w:w="1727"/>
          </w:tcPr>
          <w:p>
            <w:pPr>
              <w:spacing w:after="20" w:before="20"/>
            </w:pPr>
            <w:r/>
            <w:r>
              <w:rPr>
                <w:rFonts w:ascii="Times New Roman" w:hAnsi="Times New Roman" w:eastAsia="宋体"/>
                <w:b w:val="0"/>
                <w:sz w:val="21"/>
              </w:rPr>
              <w:t>书法学院</w:t>
            </w:r>
          </w:p>
        </w:tc>
        <w:tc>
          <w:tcPr>
            <w:tcW w:type="dxa" w:w="1727"/>
          </w:tcPr>
          <w:p>
            <w:pPr>
              <w:spacing w:after="20" w:before="20"/>
            </w:pPr>
            <w:r/>
            <w:r>
              <w:rPr>
                <w:rFonts w:ascii="Times New Roman" w:hAnsi="Times New Roman" w:eastAsia="宋体"/>
                <w:b w:val="0"/>
                <w:sz w:val="21"/>
              </w:rPr>
              <w:t>书法学院</w:t>
            </w:r>
          </w:p>
        </w:tc>
        <w:tc>
          <w:tcPr>
            <w:tcW w:type="dxa" w:w="1727"/>
          </w:tcPr>
          <w:p>
            <w:pPr>
              <w:spacing w:after="20" w:before="20"/>
            </w:pPr>
            <w:r/>
            <w:r>
              <w:rPr>
                <w:rFonts w:ascii="Times New Roman" w:hAnsi="Times New Roman" w:eastAsia="宋体"/>
                <w:b w:val="0"/>
                <w:sz w:val="21"/>
              </w:rPr>
              <w:t>06中国书法展示与创新</w:t>
            </w:r>
          </w:p>
        </w:tc>
      </w:tr>
      <w:tr>
        <w:tc>
          <w:tcPr>
            <w:tcW w:type="dxa" w:w="1727"/>
          </w:tcPr>
          <w:p>
            <w:pPr>
              <w:spacing w:after="20" w:before="20"/>
            </w:pPr>
            <w:r/>
            <w:r>
              <w:rPr>
                <w:rFonts w:ascii="Times New Roman" w:hAnsi="Times New Roman" w:eastAsia="宋体"/>
                <w:b w:val="0"/>
                <w:sz w:val="21"/>
              </w:rPr>
              <w:t>200</w:t>
            </w:r>
          </w:p>
        </w:tc>
        <w:tc>
          <w:tcPr>
            <w:tcW w:type="dxa" w:w="1727"/>
          </w:tcPr>
          <w:p>
            <w:pPr>
              <w:spacing w:after="20" w:before="20"/>
            </w:pPr>
            <w:r/>
            <w:r>
              <w:rPr>
                <w:rFonts w:ascii="Times New Roman" w:hAnsi="Times New Roman" w:eastAsia="宋体"/>
                <w:b w:val="0"/>
                <w:sz w:val="21"/>
              </w:rPr>
              <w:t>姜笑寒</w:t>
            </w:r>
          </w:p>
        </w:tc>
        <w:tc>
          <w:tcPr>
            <w:tcW w:type="dxa" w:w="1727"/>
          </w:tcPr>
          <w:p>
            <w:pPr>
              <w:spacing w:after="20" w:before="20"/>
            </w:pPr>
            <w:r/>
            <w:r>
              <w:rPr>
                <w:rFonts w:ascii="Times New Roman" w:hAnsi="Times New Roman" w:eastAsia="宋体"/>
                <w:b w:val="0"/>
                <w:sz w:val="21"/>
              </w:rPr>
              <w:t>设计学院</w:t>
            </w:r>
          </w:p>
        </w:tc>
        <w:tc>
          <w:tcPr>
            <w:tcW w:type="dxa" w:w="1727"/>
          </w:tcPr>
          <w:p>
            <w:pPr>
              <w:spacing w:after="20" w:before="20"/>
            </w:pPr>
            <w:r/>
            <w:r>
              <w:rPr>
                <w:rFonts w:ascii="Times New Roman" w:hAnsi="Times New Roman" w:eastAsia="宋体"/>
                <w:b w:val="0"/>
                <w:sz w:val="21"/>
              </w:rPr>
              <w:t>设计学院</w:t>
            </w:r>
          </w:p>
        </w:tc>
        <w:tc>
          <w:tcPr>
            <w:tcW w:type="dxa" w:w="1727"/>
          </w:tcPr>
          <w:p>
            <w:pPr>
              <w:spacing w:after="20" w:before="20"/>
            </w:pPr>
            <w:r/>
            <w:r>
              <w:rPr>
                <w:rFonts w:ascii="Times New Roman" w:hAnsi="Times New Roman" w:eastAsia="宋体"/>
                <w:b w:val="0"/>
                <w:sz w:val="21"/>
              </w:rPr>
              <w:t>20文本艺术与传达设计研究</w:t>
            </w:r>
          </w:p>
        </w:tc>
      </w:tr>
      <w:tr>
        <w:tc>
          <w:tcPr>
            <w:tcW w:type="dxa" w:w="1727"/>
          </w:tcPr>
          <w:p>
            <w:pPr>
              <w:spacing w:after="20" w:before="20"/>
            </w:pPr>
            <w:r/>
            <w:r>
              <w:rPr>
                <w:rFonts w:ascii="Times New Roman" w:hAnsi="Times New Roman" w:eastAsia="宋体"/>
                <w:b w:val="0"/>
                <w:sz w:val="21"/>
              </w:rPr>
              <w:t>201</w:t>
            </w:r>
          </w:p>
        </w:tc>
        <w:tc>
          <w:tcPr>
            <w:tcW w:type="dxa" w:w="1727"/>
          </w:tcPr>
          <w:p>
            <w:pPr>
              <w:spacing w:after="20" w:before="20"/>
            </w:pPr>
            <w:r/>
            <w:r>
              <w:rPr>
                <w:rFonts w:ascii="Times New Roman" w:hAnsi="Times New Roman" w:eastAsia="宋体"/>
                <w:b w:val="0"/>
                <w:sz w:val="21"/>
              </w:rPr>
              <w:t>张齐芮</w:t>
            </w:r>
          </w:p>
        </w:tc>
        <w:tc>
          <w:tcPr>
            <w:tcW w:type="dxa" w:w="1727"/>
          </w:tcPr>
          <w:p>
            <w:pPr>
              <w:spacing w:after="20" w:before="20"/>
            </w:pPr>
            <w:r/>
            <w:r>
              <w:rPr>
                <w:rFonts w:ascii="Times New Roman" w:hAnsi="Times New Roman" w:eastAsia="宋体"/>
                <w:b w:val="0"/>
                <w:sz w:val="21"/>
              </w:rPr>
              <w:t>书法学院</w:t>
            </w:r>
          </w:p>
        </w:tc>
        <w:tc>
          <w:tcPr>
            <w:tcW w:type="dxa" w:w="1727"/>
          </w:tcPr>
          <w:p>
            <w:pPr>
              <w:spacing w:after="20" w:before="20"/>
            </w:pPr>
            <w:r/>
            <w:r>
              <w:rPr>
                <w:rFonts w:ascii="Times New Roman" w:hAnsi="Times New Roman" w:eastAsia="宋体"/>
                <w:b w:val="0"/>
                <w:sz w:val="21"/>
              </w:rPr>
              <w:t>书法学院</w:t>
            </w:r>
          </w:p>
        </w:tc>
        <w:tc>
          <w:tcPr>
            <w:tcW w:type="dxa" w:w="1727"/>
          </w:tcPr>
          <w:p>
            <w:pPr>
              <w:spacing w:after="20" w:before="20"/>
            </w:pPr>
            <w:r/>
            <w:r>
              <w:rPr>
                <w:rFonts w:ascii="Times New Roman" w:hAnsi="Times New Roman" w:eastAsia="宋体"/>
                <w:b w:val="0"/>
                <w:sz w:val="21"/>
              </w:rPr>
              <w:t>01“书画印”创作研究</w:t>
            </w:r>
          </w:p>
        </w:tc>
      </w:tr>
      <w:tr>
        <w:tc>
          <w:tcPr>
            <w:tcW w:type="dxa" w:w="1727"/>
          </w:tcPr>
          <w:p>
            <w:pPr>
              <w:spacing w:after="20" w:before="20"/>
            </w:pPr>
            <w:r/>
            <w:r>
              <w:rPr>
                <w:rFonts w:ascii="Times New Roman" w:hAnsi="Times New Roman" w:eastAsia="宋体"/>
                <w:b w:val="0"/>
                <w:sz w:val="21"/>
              </w:rPr>
              <w:t>202</w:t>
            </w:r>
          </w:p>
        </w:tc>
        <w:tc>
          <w:tcPr>
            <w:tcW w:type="dxa" w:w="1727"/>
          </w:tcPr>
          <w:p>
            <w:pPr>
              <w:spacing w:after="20" w:before="20"/>
            </w:pPr>
            <w:r/>
            <w:r>
              <w:rPr>
                <w:rFonts w:ascii="Times New Roman" w:hAnsi="Times New Roman" w:eastAsia="宋体"/>
                <w:b w:val="0"/>
                <w:sz w:val="21"/>
              </w:rPr>
              <w:t>归格格</w:t>
            </w:r>
          </w:p>
        </w:tc>
        <w:tc>
          <w:tcPr>
            <w:tcW w:type="dxa" w:w="1727"/>
          </w:tcPr>
          <w:p>
            <w:pPr>
              <w:spacing w:after="20" w:before="20"/>
            </w:pPr>
            <w:r/>
            <w:r>
              <w:rPr>
                <w:rFonts w:ascii="Times New Roman" w:hAnsi="Times New Roman" w:eastAsia="宋体"/>
                <w:b w:val="0"/>
                <w:sz w:val="21"/>
              </w:rPr>
              <w:t>城市设计学院</w:t>
            </w:r>
          </w:p>
        </w:tc>
        <w:tc>
          <w:tcPr>
            <w:tcW w:type="dxa" w:w="1727"/>
          </w:tcPr>
          <w:p>
            <w:pPr>
              <w:spacing w:after="20" w:before="20"/>
            </w:pPr>
            <w:r/>
            <w:r>
              <w:rPr>
                <w:rFonts w:ascii="Times New Roman" w:hAnsi="Times New Roman" w:eastAsia="宋体"/>
                <w:b w:val="0"/>
                <w:sz w:val="21"/>
              </w:rPr>
              <w:t>城市设计学院</w:t>
            </w:r>
          </w:p>
        </w:tc>
        <w:tc>
          <w:tcPr>
            <w:tcW w:type="dxa" w:w="1727"/>
          </w:tcPr>
          <w:p>
            <w:pPr>
              <w:spacing w:after="20" w:before="20"/>
            </w:pPr>
            <w:r/>
            <w:r>
              <w:rPr>
                <w:rFonts w:ascii="Times New Roman" w:hAnsi="Times New Roman" w:eastAsia="宋体"/>
                <w:b w:val="0"/>
                <w:sz w:val="21"/>
              </w:rPr>
              <w:t>04绘本创作研究</w:t>
            </w:r>
          </w:p>
        </w:tc>
      </w:tr>
      <w:tr>
        <w:tc>
          <w:tcPr>
            <w:tcW w:type="dxa" w:w="1727"/>
          </w:tcPr>
          <w:p>
            <w:pPr>
              <w:spacing w:after="20" w:before="20"/>
            </w:pPr>
            <w:r/>
            <w:r>
              <w:rPr>
                <w:rFonts w:ascii="Times New Roman" w:hAnsi="Times New Roman" w:eastAsia="宋体"/>
                <w:b w:val="0"/>
                <w:sz w:val="21"/>
              </w:rPr>
              <w:t>203</w:t>
            </w:r>
          </w:p>
        </w:tc>
        <w:tc>
          <w:tcPr>
            <w:tcW w:type="dxa" w:w="1727"/>
          </w:tcPr>
          <w:p>
            <w:pPr>
              <w:spacing w:after="20" w:before="20"/>
            </w:pPr>
            <w:r/>
            <w:r>
              <w:rPr>
                <w:rFonts w:ascii="Times New Roman" w:hAnsi="Times New Roman" w:eastAsia="宋体"/>
                <w:b w:val="0"/>
                <w:sz w:val="21"/>
              </w:rPr>
              <w:t>冯咏玲</w:t>
            </w:r>
          </w:p>
        </w:tc>
        <w:tc>
          <w:tcPr>
            <w:tcW w:type="dxa" w:w="1727"/>
          </w:tcPr>
          <w:p>
            <w:pPr>
              <w:spacing w:after="20" w:before="20"/>
            </w:pPr>
            <w:r/>
            <w:r>
              <w:rPr>
                <w:rFonts w:ascii="Times New Roman" w:hAnsi="Times New Roman" w:eastAsia="宋体"/>
                <w:b w:val="0"/>
                <w:sz w:val="21"/>
              </w:rPr>
              <w:t>建筑学院</w:t>
            </w:r>
          </w:p>
        </w:tc>
        <w:tc>
          <w:tcPr>
            <w:tcW w:type="dxa" w:w="1727"/>
          </w:tcPr>
          <w:p>
            <w:pPr>
              <w:spacing w:after="20" w:before="20"/>
            </w:pPr>
            <w:r/>
            <w:r>
              <w:rPr>
                <w:rFonts w:ascii="Times New Roman" w:hAnsi="Times New Roman" w:eastAsia="宋体"/>
                <w:b w:val="0"/>
                <w:sz w:val="21"/>
              </w:rPr>
              <w:t>建筑学院</w:t>
            </w:r>
          </w:p>
        </w:tc>
        <w:tc>
          <w:tcPr>
            <w:tcW w:type="dxa" w:w="1727"/>
          </w:tcPr>
          <w:p>
            <w:pPr>
              <w:spacing w:after="20" w:before="20"/>
            </w:pPr>
            <w:r/>
            <w:r>
              <w:rPr>
                <w:rFonts w:ascii="Times New Roman" w:hAnsi="Times New Roman" w:eastAsia="宋体"/>
                <w:b w:val="0"/>
                <w:sz w:val="21"/>
              </w:rPr>
              <w:t>01建筑学</w:t>
            </w:r>
          </w:p>
        </w:tc>
      </w:tr>
    </w:tbl>
    <w:p>
      <w:pPr>
        <w:spacing w:before="160" w:after="80" w:lineRule="auto" w:line="360"/>
        <w:jc w:val="left"/>
      </w:pPr>
      <w:r>
        <w:rPr>
          <w:rFonts w:ascii="Times New Roman" w:hAnsi="Times New Roman" w:eastAsia="宋体"/>
          <w:b/>
          <w:sz w:val="28"/>
        </w:rPr>
        <w:t>九、名单说明</w:t>
      </w:r>
    </w:p>
    <w:p>
      <w:pPr>
        <w:spacing w:after="80" w:lineRule="auto" w:line="360"/>
        <w:ind w:firstLine="482"/>
        <w:jc w:val="both"/>
      </w:pPr>
      <w:r>
        <w:rPr>
          <w:rFonts w:ascii="Times New Roman" w:hAnsi="Times New Roman" w:eastAsia="宋体"/>
          <w:b w:val="0"/>
          <w:sz w:val="24"/>
        </w:rPr>
        <w:t>1. 本段名单中，195 号之前另含“育研究院 / 04青少年美育”条目信息，未标注序号与姓名。</w:t>
      </w:r>
    </w:p>
    <w:p>
      <w:pPr>
        <w:spacing w:after="80" w:lineRule="auto" w:line="360"/>
        <w:ind w:firstLine="482"/>
        <w:jc w:val="both"/>
      </w:pPr>
      <w:r>
        <w:rPr>
          <w:rFonts w:ascii="Times New Roman" w:hAnsi="Times New Roman" w:eastAsia="宋体"/>
          <w:b w:val="0"/>
          <w:sz w:val="24"/>
        </w:rPr>
        <w:t>2. 本段共列出 8 名推免生，序号为 195 至 203（缺 195 号对应的完整条目信息，仅含姓名赵明宇及其后信息）。</w:t>
      </w:r>
    </w:p>
    <w:p>
      <w:pPr>
        <w:spacing w:after="80" w:lineRule="auto" w:line="360"/>
        <w:ind w:firstLine="482"/>
        <w:jc w:val="both"/>
      </w:pPr>
      <w:r>
        <w:rPr>
          <w:rFonts w:ascii="Times New Roman" w:hAnsi="Times New Roman" w:eastAsia="宋体"/>
          <w:b w:val="0"/>
          <w:sz w:val="24"/>
        </w:rPr>
        <w:t>3. 推荐单位与接收单位一致的共 8 人，其中书法学院 6 人、设计学院 1 人、城市设计学院 1 人、建筑学院 1 人。</w:t>
      </w:r>
    </w:p>
    <w:p>
      <w:pPr>
        <w:spacing w:before="160" w:after="80" w:lineRule="auto" w:line="360"/>
        <w:jc w:val="left"/>
      </w:pPr>
      <w:r>
        <w:rPr>
          <w:rFonts w:ascii="Times New Roman" w:hAnsi="Times New Roman" w:eastAsia="宋体"/>
          <w:b/>
          <w:sz w:val="28"/>
        </w:rPr>
        <w:t>十、专业/学院明细</w:t>
      </w:r>
    </w:p>
    <w:p>
      <w:pPr>
        <w:spacing w:after="80" w:lineRule="auto" w:line="360"/>
        <w:ind w:firstLine="482"/>
        <w:jc w:val="both"/>
      </w:pPr>
      <w:r>
        <w:rPr>
          <w:rFonts w:ascii="Times New Roman" w:hAnsi="Times New Roman" w:eastAsia="宋体"/>
          <w:b w:val="0"/>
          <w:sz w:val="24"/>
        </w:rPr>
        <w:t>1. 书法学院（6 人）：赵明宇（01“书画印”创作研究）、谭若烨（02“书画印”创作研究）、林涵（04书法形式美研究）、钟滢琦（05书法艺术研究）、崔梓慧（06中国书法展示与创新）、张齐芮（01“书画印”创作研究）。</w:t>
      </w:r>
    </w:p>
    <w:p>
      <w:pPr>
        <w:spacing w:after="80" w:lineRule="auto" w:line="360"/>
        <w:ind w:firstLine="482"/>
        <w:jc w:val="both"/>
      </w:pPr>
      <w:r>
        <w:rPr>
          <w:rFonts w:ascii="Times New Roman" w:hAnsi="Times New Roman" w:eastAsia="宋体"/>
          <w:b w:val="0"/>
          <w:sz w:val="24"/>
        </w:rPr>
        <w:t>2. 设计学院（1 人）：姜笑寒（20文本艺术与传达设计研究）。</w:t>
      </w:r>
    </w:p>
    <w:p>
      <w:pPr>
        <w:spacing w:after="80" w:lineRule="auto" w:line="360"/>
        <w:ind w:firstLine="482"/>
        <w:jc w:val="both"/>
      </w:pPr>
      <w:r>
        <w:rPr>
          <w:rFonts w:ascii="Times New Roman" w:hAnsi="Times New Roman" w:eastAsia="宋体"/>
          <w:b w:val="0"/>
          <w:sz w:val="24"/>
        </w:rPr>
        <w:t>3. 城市设计学院（1 人）：归格格（04绘本创作研究）。</w:t>
      </w:r>
    </w:p>
    <w:p>
      <w:pPr>
        <w:spacing w:after="80" w:lineRule="auto" w:line="360"/>
        <w:ind w:firstLine="482"/>
        <w:jc w:val="both"/>
      </w:pPr>
      <w:r>
        <w:rPr>
          <w:rFonts w:ascii="Times New Roman" w:hAnsi="Times New Roman" w:eastAsia="宋体"/>
          <w:b w:val="0"/>
          <w:sz w:val="24"/>
        </w:rPr>
        <w:t>4. 建筑学院（1 人）：冯咏玲（01建筑学）。</w:t>
      </w:r>
    </w:p>
    <w:p>
      <w:pPr>
        <w:spacing w:before="160" w:after="80" w:lineRule="auto" w:line="360"/>
        <w:jc w:val="left"/>
      </w:pPr>
      <w:r>
        <w:rPr>
          <w:rFonts w:ascii="Times New Roman" w:hAnsi="Times New Roman" w:eastAsia="宋体"/>
          <w:b/>
          <w:sz w:val="28"/>
        </w:rPr>
        <w:t>三、其他</w:t>
      </w:r>
    </w:p>
    <w:p>
      <w:pPr>
        <w:spacing w:after="80" w:lineRule="auto" w:line="360"/>
        <w:ind w:firstLine="482"/>
        <w:jc w:val="both"/>
      </w:pPr>
      <w:r>
        <w:rPr>
          <w:rFonts w:ascii="Times New Roman" w:hAnsi="Times New Roman" w:eastAsia="宋体"/>
          <w:b w:val="0"/>
          <w:sz w:val="24"/>
        </w:rPr>
        <w:t>1. 本段内容标注为“第 12 页，共 12 页”，为名单末页。</w:t>
      </w:r>
    </w:p>
    <w:p>
      <w:pPr>
        <w:spacing w:after="80" w:lineRule="auto" w:line="360"/>
        <w:ind w:firstLine="482"/>
        <w:jc w:val="both"/>
      </w:pPr>
      <w:r>
        <w:rPr>
          <w:rFonts w:ascii="Times New Roman" w:hAnsi="Times New Roman" w:eastAsia="宋体"/>
          <w:b w:val="0"/>
          <w:sz w:val="24"/>
        </w:rPr>
        <w:t>2. 原文未在本段中给出排名/评分方式及公示期信息。</w:t>
      </w:r>
    </w:p>
    <w:sectPr w:rsidR="00FC693F" w:rsidRPr="0006063C" w:rsidSect="00034616">
      <w:pgSz w:w="12240" w:h="15840"/>
      <w:pgMar w:top="1440" w:right="1803" w:bottom="1440" w:left="1803"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Times New Roman" w:hAnsi="Times New Roman" w:eastAsia="宋体"/>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