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外国语学院关于公示2026届优秀本科毕业生免试攻读研究生放弃和递补推荐名单的通知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中山大学推荐应届本科毕业生免试攻读研究生工作实施办法》（中大教务〔2025〕2号）和《外国语学院推免资格认定遴选细则》（外语〔2025〕3号），原《外国语学院关于公示2026届优秀本科毕业生免试攻读研究生推荐名单的通知》发布后，公示期间英语系马钰、李若瑶2位学生放弃推免资格，经学院推免小组审核，英语系钟慧蕴、蒋雨彤2位学生递补拟获推免资格，现将变动内容予以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发布日期：2025年9月14日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一、公示与反馈方式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如有异议，请在公示期内实名向学院推免工作小组反馈，否则不予受理。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公示时间：2025年9月14日-9月20日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联系电话：020-84113602（学院推免工作小组）；020-84115582（校纪委、监察专员办）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电子邮箱：jwfls@mail.sysu.edu.cn（学院推免工作小组）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二、递补拟获推免资格（普通类）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9"/>
        <w:gridCol w:w="1439"/>
        <w:gridCol w:w="1439"/>
        <w:gridCol w:w="1439"/>
        <w:gridCol w:w="1439"/>
        <w:gridCol w:w="1439"/>
      </w:tblGrid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院系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类别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备注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钟慧蕴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外国语学院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递补拟获推免资格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蒋雨彤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外国语学院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递补拟获推免资格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三、放弃推免资格名单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9"/>
        <w:gridCol w:w="1439"/>
        <w:gridCol w:w="1439"/>
        <w:gridCol w:w="1439"/>
        <w:gridCol w:w="1439"/>
        <w:gridCol w:w="1439"/>
      </w:tblGrid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院系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类别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备注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马钰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外国语学院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放弃推免资格</w:t>
            </w:r>
          </w:p>
        </w:tc>
      </w:tr>
      <w:tr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李若瑶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外国语学院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  <w:tc>
          <w:tcPr>
            <w:tcW w:type="dxa" w:w="143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放弃推免资格</w:t>
            </w:r>
          </w:p>
        </w:tc>
      </w:tr>
    </w:tbl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中山大学外国语学院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2025年9月14日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