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北京理工大学法学院2025年“智慧法治人才培养”暑期夏令营参营营员名单公示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发布日期：2025年7月15日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一、公示内容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本通知公示北京理工大学法学院2025年“智慧法治人才培养”暑期夏令营参营营员名单。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名单包含序号、报名号、姓名等信息，共公示45名营员（部分名单因网页截断未完整显示）。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公示信息由法学院供稿，审核人为刘存福，编辑为周学瑶。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二、联系方式与来源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未提供具体联系电话或邮箱，建议通过法学院官网获取进一步信息。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