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武汉大学水利水电学院关于推荐2027届优秀应届本科毕业生免试攻读硕士学位研究生的规定-武汉大学水利水电学院</w:t>
      </w:r>
    </w:p>
    <w:p>
      <w:r>
        <w:t>武汉大学水利水电学院关于推荐2027届优秀应届本科毕业生免试攻读硕士学位研究生的规定（发布）.doc】已下载 次</w:t>
      </w:r>
    </w:p>
    <w:p>
      <w:r>
        <w:t>附件【武汉大学水利水电学院推荐2027届优秀应届本科毕业生免试攻读硕士学位研究生加分细则（发布）.docx】已下载 次</w:t>
      </w:r>
    </w:p>
    <w:p>
      <w:r>
        <w:t>信息门户</w:t>
      </w:r>
    </w:p>
    <w:p>
      <w:r>
        <w:t>学院综合管理信息系统</w:t>
      </w:r>
    </w:p>
    <w:p>
      <w:r>
        <w:t>本科生教学管理系统</w:t>
      </w:r>
    </w:p>
    <w:p>
      <w:r>
        <w:t>校友信息管理系统</w:t>
      </w:r>
    </w:p>
    <w:p>
      <w:r>
        <w:t>研究生论文评审系统</w:t>
      </w:r>
    </w:p>
    <w:p>
      <w:r>
        <w:t>物业服务电话：68788661</w:t>
      </w:r>
    </w:p>
    <w:p>
      <w:r>
        <w:t>教育部</w:t>
      </w:r>
    </w:p>
    <w:p>
      <w:r>
        <w:t>水利部</w:t>
      </w:r>
    </w:p>
    <w:p>
      <w:r>
        <w:t>武汉大学</w:t>
      </w:r>
    </w:p>
    <w:p>
      <w:r>
        <w:t>水工程科学研究院</w:t>
      </w:r>
    </w:p>
    <w:p>
      <w:r>
        <w:t>水生态研究所</w:t>
      </w:r>
    </w:p>
    <w:p>
      <w:r>
        <w:t>水工程风险与防灾研究所</w:t>
      </w:r>
    </w:p>
    <w:p>
      <w:r>
        <w:t>水系统与绿色发展研究所</w:t>
      </w:r>
    </w:p>
    <w:p>
      <w:r>
        <w:t>智慧水业研究所</w:t>
      </w:r>
    </w:p>
    <w:p>
      <w:r>
        <w:t>水碳循环与碳中和研究所</w:t>
      </w:r>
    </w:p>
    <w:p>
      <w:r>
        <w:t>武汉大学喜马拉雅水电研究中心</w:t>
      </w:r>
    </w:p>
    <w:p>
      <w:r>
        <w:t>水工岩石力学教育部重点实验室</w:t>
      </w:r>
    </w:p>
    <w:p>
      <w:r>
        <w:t>海绵城市建设水系统科学湖北省重点实验室(武汉大学)</w:t>
      </w:r>
    </w:p>
    <w:p>
      <w:r>
        <w:t>《中国农村水利水电》《节水灌溉》期刊</w:t>
      </w:r>
    </w:p>
    <w:p>
      <w:r>
        <w:t>武汉大学工程检测中心</w:t>
      </w:r>
    </w:p>
    <w:p>
      <w:r>
        <w:t>水利学科服务平台</w:t>
      </w:r>
    </w:p>
    <w:p>
      <w:r>
        <w:t>学院公众号</w:t>
      </w:r>
    </w:p>
    <w:p>
      <w:r>
        <w:t>武大水院公众号</w:t>
      </w:r>
    </w:p>
    <w:p>
      <w:r>
        <w:t>水力发电工程系</w:t>
      </w:r>
    </w:p>
    <w:p>
      <w:r>
        <w:t>地址：武汉市武昌区东湖南路8号电话：027-68772215学院邮箱：sdxy@whu.edu.cn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