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医学影像学院关于2026届符合优秀本科毕业生免试攻读硕士学位研究生遴选资格名单的公示</w:t>
      </w:r>
    </w:p>
    <w:p>
      <w:pPr>
        <w:spacing w:before="160" w:after="80" w:lineRule="auto" w:line="360"/>
        <w:jc w:val="left"/>
      </w:pPr>
      <w:r>
        <w:rPr>
          <w:rFonts w:ascii="Times New Roman" w:hAnsi="Times New Roman" w:eastAsia="宋体"/>
          <w:b/>
          <w:sz w:val="28"/>
        </w:rPr>
        <w:t>一、公示事项</w:t>
      </w:r>
    </w:p>
    <w:p>
      <w:pPr>
        <w:spacing w:after="80" w:lineRule="auto" w:line="360"/>
        <w:ind w:firstLine="482"/>
        <w:jc w:val="both"/>
      </w:pPr>
      <w:r>
        <w:rPr>
          <w:rFonts w:ascii="Times New Roman" w:hAnsi="Times New Roman" w:eastAsia="宋体"/>
          <w:b w:val="0"/>
          <w:sz w:val="24"/>
        </w:rPr>
        <w:t>发布日期：2025年9月5日</w:t>
      </w:r>
    </w:p>
    <w:p>
      <w:pPr>
        <w:spacing w:after="80" w:lineRule="auto" w:line="360"/>
        <w:ind w:firstLine="482"/>
        <w:jc w:val="both"/>
      </w:pPr>
      <w:r>
        <w:rPr>
          <w:rFonts w:ascii="Times New Roman" w:hAnsi="Times New Roman" w:eastAsia="宋体"/>
          <w:b w:val="0"/>
          <w:sz w:val="24"/>
        </w:rPr>
        <w:t>医学影像学院就2026届符合优秀本科毕业生免试攻读硕士学位研究生遴选资格名单进行公示。</w:t>
      </w:r>
    </w:p>
    <w:p>
      <w:pPr>
        <w:spacing w:before="160" w:after="80" w:lineRule="auto" w:line="360"/>
        <w:jc w:val="left"/>
      </w:pPr>
      <w:r>
        <w:rPr>
          <w:rFonts w:ascii="Times New Roman" w:hAnsi="Times New Roman" w:eastAsia="宋体"/>
          <w:b/>
          <w:sz w:val="28"/>
        </w:rPr>
        <w:t>二、政策依据</w:t>
      </w:r>
    </w:p>
    <w:p>
      <w:pPr>
        <w:spacing w:after="80" w:lineRule="auto" w:line="360"/>
        <w:ind w:firstLine="482"/>
        <w:jc w:val="both"/>
      </w:pPr>
      <w:r>
        <w:rPr>
          <w:rFonts w:ascii="Times New Roman" w:hAnsi="Times New Roman" w:eastAsia="宋体"/>
          <w:b w:val="0"/>
          <w:sz w:val="24"/>
        </w:rPr>
        <w:t>1. 《关于做好我校推荐2026届优秀本科毕业生免试攻读硕士学位研究生遴选工作的通知》（医大教务〔2025〕93号）</w:t>
      </w:r>
    </w:p>
    <w:p>
      <w:pPr>
        <w:spacing w:after="80" w:lineRule="auto" w:line="360"/>
        <w:ind w:firstLine="482"/>
        <w:jc w:val="both"/>
      </w:pPr>
      <w:r>
        <w:rPr>
          <w:rFonts w:ascii="Times New Roman" w:hAnsi="Times New Roman" w:eastAsia="宋体"/>
          <w:b w:val="0"/>
          <w:sz w:val="24"/>
        </w:rPr>
        <w:t>2. 《医学影像学院优秀本科毕业生免试攻读硕士学位研究生遴选实施细则（2024年修订）》（医大影像〔2024〕13号）</w:t>
      </w:r>
    </w:p>
    <w:p>
      <w:pPr>
        <w:spacing w:before="160" w:after="80" w:lineRule="auto" w:line="360"/>
        <w:jc w:val="left"/>
      </w:pPr>
      <w:r>
        <w:rPr>
          <w:rFonts w:ascii="Times New Roman" w:hAnsi="Times New Roman" w:eastAsia="宋体"/>
          <w:b/>
          <w:sz w:val="28"/>
        </w:rPr>
        <w:t>三、遴选过程</w:t>
      </w:r>
    </w:p>
    <w:p>
      <w:pPr>
        <w:spacing w:after="80" w:lineRule="auto" w:line="360"/>
        <w:ind w:firstLine="482"/>
        <w:jc w:val="both"/>
      </w:pPr>
      <w:r>
        <w:rPr>
          <w:rFonts w:ascii="Times New Roman" w:hAnsi="Times New Roman" w:eastAsia="宋体"/>
          <w:b w:val="0"/>
          <w:sz w:val="24"/>
        </w:rPr>
        <w:t>遵循公开、公平、公正原则，经学生个人申请，学院推免遴选工作小组审核。</w:t>
      </w:r>
    </w:p>
    <w:p>
      <w:pPr>
        <w:spacing w:before="160" w:after="80" w:lineRule="auto" w:line="360"/>
        <w:jc w:val="left"/>
      </w:pPr>
      <w:r>
        <w:rPr>
          <w:rFonts w:ascii="Times New Roman" w:hAnsi="Times New Roman" w:eastAsia="宋体"/>
          <w:b/>
          <w:sz w:val="28"/>
        </w:rPr>
        <w:t>四、符合资格名单</w:t>
      </w:r>
    </w:p>
    <w:p>
      <w:pPr>
        <w:spacing w:after="80" w:lineRule="auto" w:line="360"/>
        <w:ind w:firstLine="482"/>
        <w:jc w:val="both"/>
      </w:pPr>
      <w:r>
        <w:rPr>
          <w:rFonts w:ascii="Times New Roman" w:hAnsi="Times New Roman" w:eastAsia="宋体"/>
          <w:b w:val="0"/>
          <w:sz w:val="24"/>
        </w:rPr>
        <w:t>1. 医学影像学专业：林昭媛等15位学生</w:t>
      </w:r>
    </w:p>
    <w:p>
      <w:pPr>
        <w:spacing w:after="80" w:lineRule="auto" w:line="360"/>
        <w:ind w:firstLine="482"/>
        <w:jc w:val="both"/>
      </w:pPr>
      <w:r>
        <w:rPr>
          <w:rFonts w:ascii="Times New Roman" w:hAnsi="Times New Roman" w:eastAsia="宋体"/>
          <w:b w:val="0"/>
          <w:sz w:val="24"/>
        </w:rPr>
        <w:t>2. 医学影像技术专业：谢佳林等8位学生</w:t>
      </w:r>
    </w:p>
    <w:p>
      <w:pPr>
        <w:spacing w:after="80" w:lineRule="auto" w:line="360"/>
        <w:ind w:firstLine="482"/>
        <w:jc w:val="both"/>
      </w:pPr>
      <w:r>
        <w:rPr>
          <w:rFonts w:ascii="Times New Roman" w:hAnsi="Times New Roman" w:eastAsia="宋体"/>
          <w:b w:val="0"/>
          <w:sz w:val="24"/>
        </w:rPr>
        <w:t>3. 智能医学工程专业：黄启铖等4位同学</w:t>
      </w:r>
    </w:p>
    <w:p>
      <w:pPr>
        <w:spacing w:after="80" w:lineRule="auto" w:line="360"/>
        <w:ind w:firstLine="482"/>
        <w:jc w:val="both"/>
      </w:pPr>
      <w:r>
        <w:rPr>
          <w:rFonts w:ascii="Times New Roman" w:hAnsi="Times New Roman" w:eastAsia="宋体"/>
          <w:b w:val="0"/>
          <w:sz w:val="24"/>
        </w:rPr>
        <w:t>名单详见附件。</w:t>
      </w:r>
    </w:p>
    <w:p>
      <w:pPr>
        <w:spacing w:before="160" w:after="80" w:lineRule="auto" w:line="360"/>
        <w:jc w:val="left"/>
      </w:pPr>
      <w:r>
        <w:rPr>
          <w:rFonts w:ascii="Times New Roman" w:hAnsi="Times New Roman" w:eastAsia="宋体"/>
          <w:b/>
          <w:sz w:val="28"/>
        </w:rPr>
        <w:t>五、公示时间</w:t>
      </w:r>
    </w:p>
    <w:p>
      <w:pPr>
        <w:spacing w:after="80" w:lineRule="auto" w:line="360"/>
        <w:ind w:firstLine="482"/>
        <w:jc w:val="both"/>
      </w:pPr>
      <w:r>
        <w:rPr>
          <w:rFonts w:ascii="Times New Roman" w:hAnsi="Times New Roman" w:eastAsia="宋体"/>
          <w:b w:val="0"/>
          <w:sz w:val="24"/>
        </w:rPr>
        <w:t>2025年9月5日至2025年9月11日。</w:t>
      </w:r>
    </w:p>
    <w:p>
      <w:pPr>
        <w:spacing w:before="160" w:after="80" w:lineRule="auto" w:line="360"/>
        <w:jc w:val="left"/>
      </w:pPr>
      <w:r>
        <w:rPr>
          <w:rFonts w:ascii="Times New Roman" w:hAnsi="Times New Roman" w:eastAsia="宋体"/>
          <w:b/>
          <w:sz w:val="28"/>
        </w:rPr>
        <w:t>六、联系方式</w:t>
      </w:r>
    </w:p>
    <w:p>
      <w:pPr>
        <w:spacing w:before="160" w:after="80" w:lineRule="auto" w:line="360"/>
        <w:jc w:val="left"/>
      </w:pPr>
      <w:r>
        <w:rPr>
          <w:rFonts w:ascii="Times New Roman" w:hAnsi="Times New Roman" w:eastAsia="宋体"/>
          <w:b/>
          <w:sz w:val="28"/>
        </w:rPr>
        <w:t>七、附件</w:t>
      </w:r>
    </w:p>
    <w:p>
      <w:pPr>
        <w:spacing w:after="80" w:lineRule="auto" w:line="360"/>
        <w:ind w:firstLine="482"/>
        <w:jc w:val="both"/>
      </w:pPr>
      <w:r>
        <w:rPr>
          <w:rFonts w:ascii="Times New Roman" w:hAnsi="Times New Roman" w:eastAsia="宋体"/>
          <w:b w:val="0"/>
          <w:sz w:val="24"/>
        </w:rPr>
        <w:t>医学影像学院普通本科生各专业符合推免遴选名单汇总表.xlsx</w:t>
      </w:r>
    </w:p>
    <w:p>
      <w:pPr>
        <w:spacing w:after="80" w:lineRule="auto" w:line="360"/>
        <w:ind w:firstLine="482"/>
        <w:jc w:val="both"/>
      </w:pPr>
      <w:r>
        <w:rPr>
          <w:rFonts w:ascii="Times New Roman" w:hAnsi="Times New Roman" w:eastAsia="宋体"/>
          <w:b w:val="0"/>
          <w:sz w:val="24"/>
        </w:rPr>
        <w:t>医学影像学院</w:t>
      </w:r>
    </w:p>
    <w:p>
      <w:pPr>
        <w:spacing w:after="80" w:lineRule="auto" w:line="360"/>
        <w:ind w:firstLine="482"/>
        <w:jc w:val="both"/>
      </w:pPr>
      <w:r>
        <w:rPr>
          <w:rFonts w:ascii="Times New Roman" w:hAnsi="Times New Roman" w:eastAsia="宋体"/>
          <w:b w:val="0"/>
          <w:sz w:val="24"/>
        </w:rPr>
        <w:t>2025年9月5日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