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河海学院推荐本科毕业生免试攻读研究生工作实施细则（2027届）</w:t>
      </w:r>
    </w:p>
    <w:p>
      <w:r>
        <w:t>河海学院推荐本科毕业生免试攻读研究生工作实施细则（2027届）</w:t>
      </w:r>
    </w:p>
    <w:p>
      <w:r>
        <w:t>复审：吴文雪</w:t>
      </w:r>
    </w:p>
    <w:p>
      <w:r>
        <w:t>终审：汪承志</w:t>
      </w:r>
    </w:p>
    <w:p>
      <w:r>
        <w:t>来源：教学管理办公室</w:t>
      </w:r>
    </w:p>
    <w:p>
      <w:r>
        <w:t>浏览： 次</w:t>
      </w:r>
    </w:p>
    <w:p>
      <w:r>
        <w:t>相关附件</w:t>
      </w:r>
    </w:p>
    <w:p>
      <w:r>
        <w:t>33-关于开展2027年推荐优秀应届本科毕业生免试攻读研究生工作的通知.pdf</w:t>
      </w:r>
    </w:p>
    <w:p>
      <w:r>
        <w:t>已下载 次</w:t>
      </w:r>
    </w:p>
    <w:p>
      <w:r>
        <w:t>附件1：重庆交通大学2027年推荐优秀应届本科毕业生免试攻读研究生承诺书.docx</w:t>
      </w:r>
    </w:p>
    <w:p>
      <w:r>
        <w:t>已下载 次</w:t>
      </w:r>
    </w:p>
    <w:p>
      <w:r>
        <w:t>附件2：2027届拟推免名单汇总表.xlsx</w:t>
      </w:r>
    </w:p>
    <w:p>
      <w:r>
        <w:t>已下载 次</w:t>
      </w:r>
    </w:p>
    <w:p>
      <w:r>
        <w:t>附件4：学生推免资格申请表、专家推荐信样表.docx</w:t>
      </w:r>
    </w:p>
    <w:p>
      <w:r>
        <w:t>已下载 次</w:t>
      </w:r>
    </w:p>
    <w:p>
      <w:r>
        <w:t>信息公告</w:t>
      </w:r>
    </w:p>
    <w:p>
      <w:r>
        <w:t>党政公开</w:t>
      </w:r>
    </w:p>
    <w:p>
      <w:r>
        <w:t>通知公示</w:t>
      </w:r>
    </w:p>
    <w:p>
      <w:r>
        <w:t>学术信息</w:t>
      </w:r>
    </w:p>
    <w:p>
      <w:r>
        <w:t>文件下载</w:t>
      </w:r>
    </w:p>
    <w:p>
      <w:r>
        <w:t>地址：重庆市南岸区学府大道66号</w:t>
      </w:r>
    </w:p>
    <w:p>
      <w:r>
        <w:t>邮箱：hhxy@cqjtu.edu.cn 电话(Tel):(023)62652714</w:t>
      </w:r>
    </w:p>
    <w:p>
      <w:r>
        <w:t>河海大学四川大学水利水电学院武汉大学水利水电学院南京水利科学研究院长江科学院</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