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云南民族大学关于接收2026年推荐免试硕士研究生的通知-云南民族大学-研究生院</w:t>
      </w:r>
    </w:p>
    <w:p>
      <w:pPr>
        <w:spacing w:line="360" w:lineRule="auto" w:before="0" w:after="80"/>
        <w:ind w:firstLine="482"/>
        <w:jc w:val="both"/>
      </w:pPr>
      <w:r>
        <w:rPr>
          <w:rFonts w:ascii="Times New Roman" w:hAnsi="Times New Roman" w:eastAsia="宋体"/>
          <w:b w:val="0"/>
          <w:sz w:val="24"/>
        </w:rPr>
        <w:t>热忱欢迎具有免试资格的优秀应届本科毕业生到我校攻读硕士学位研究生，有关事项安排如下：</w:t>
      </w:r>
    </w:p>
    <w:p>
      <w:pPr>
        <w:spacing w:line="360" w:lineRule="auto" w:before="160" w:after="80"/>
        <w:ind w:firstLine="0"/>
        <w:jc w:val="left"/>
      </w:pPr>
      <w:r>
        <w:rPr>
          <w:rFonts w:ascii="Times New Roman" w:hAnsi="Times New Roman" w:eastAsia="宋体"/>
          <w:b/>
          <w:sz w:val="28"/>
        </w:rPr>
        <w:t>一、招生人数与专业</w:t>
      </w:r>
    </w:p>
    <w:p>
      <w:pPr>
        <w:spacing w:line="360" w:lineRule="auto" w:before="0" w:after="80"/>
        <w:ind w:firstLine="482"/>
        <w:jc w:val="both"/>
      </w:pPr>
      <w:r>
        <w:rPr>
          <w:rFonts w:ascii="Times New Roman" w:hAnsi="Times New Roman" w:eastAsia="宋体"/>
          <w:b w:val="0"/>
          <w:sz w:val="24"/>
        </w:rPr>
        <w:t>我校2026年拟招收攻读硕士学位研究生1600余人（最终以上级部门下达的招生计划为准），可接收大量的具有免试资格的优秀应届本科毕业生到我校攻读硕士学位研究生。我校硕士研究生招生专业除工商管理（非全日制）、公共管理（非全日制）外均接收报名，具体招生专业以中国研究生招生信息网管理平台—“全国推荐优秀应届本科毕业生免试攻读研究生信息公开暨管理服务系统”（以下简称“推免服务系统”，网址：http://yz.chsi.com.cn/tm）公布专业为准。</w:t>
      </w:r>
    </w:p>
    <w:p>
      <w:pPr>
        <w:spacing w:line="360" w:lineRule="auto" w:before="160" w:after="80"/>
        <w:ind w:firstLine="0"/>
        <w:jc w:val="left"/>
      </w:pPr>
      <w:r>
        <w:rPr>
          <w:rFonts w:ascii="Times New Roman" w:hAnsi="Times New Roman" w:eastAsia="宋体"/>
          <w:b/>
          <w:sz w:val="28"/>
        </w:rPr>
        <w:t>二、接收条件</w:t>
      </w:r>
    </w:p>
    <w:p>
      <w:pPr>
        <w:spacing w:line="360" w:lineRule="auto" w:before="160" w:after="80"/>
        <w:ind w:firstLine="0"/>
        <w:jc w:val="left"/>
      </w:pPr>
      <w:r>
        <w:rPr>
          <w:rFonts w:ascii="Times New Roman" w:hAnsi="Times New Roman" w:eastAsia="宋体"/>
          <w:b/>
          <w:sz w:val="28"/>
        </w:rPr>
        <w:t>1.拥护中国共产党的领导，愿为社会主义现代化建设服务，品德良好，遵纪守法，身心健康。</w:t>
      </w:r>
    </w:p>
    <w:p>
      <w:pPr>
        <w:spacing w:line="360" w:lineRule="auto" w:before="160" w:after="80"/>
        <w:ind w:firstLine="0"/>
        <w:jc w:val="left"/>
      </w:pPr>
      <w:r>
        <w:rPr>
          <w:rFonts w:ascii="Times New Roman" w:hAnsi="Times New Roman" w:eastAsia="宋体"/>
          <w:b/>
          <w:sz w:val="28"/>
        </w:rPr>
        <w:t>2.申请人必须是应届本科毕业生，且获得所在学校的推荐免试资格。</w:t>
      </w:r>
    </w:p>
    <w:p>
      <w:pPr>
        <w:spacing w:line="360" w:lineRule="auto" w:before="160" w:after="80"/>
        <w:ind w:firstLine="0"/>
        <w:jc w:val="left"/>
      </w:pPr>
      <w:r>
        <w:rPr>
          <w:rFonts w:ascii="Times New Roman" w:hAnsi="Times New Roman" w:eastAsia="宋体"/>
          <w:b/>
          <w:sz w:val="28"/>
        </w:rPr>
        <w:t>3.本科阶段学习成绩优异，无不及格或重修科目，学术研究兴趣浓厚，具有较强的创新意识和科研能力。</w:t>
      </w:r>
    </w:p>
    <w:p>
      <w:pPr>
        <w:spacing w:line="360" w:lineRule="auto" w:before="160" w:after="80"/>
        <w:ind w:firstLine="0"/>
        <w:jc w:val="left"/>
      </w:pPr>
      <w:r>
        <w:rPr>
          <w:rFonts w:ascii="Times New Roman" w:hAnsi="Times New Roman" w:eastAsia="宋体"/>
          <w:b/>
          <w:sz w:val="28"/>
        </w:rPr>
        <w:t>三、申请程序</w:t>
      </w:r>
    </w:p>
    <w:p>
      <w:pPr>
        <w:spacing w:line="360" w:lineRule="auto" w:before="160" w:after="80"/>
        <w:ind w:firstLine="0"/>
        <w:jc w:val="left"/>
      </w:pPr>
      <w:r>
        <w:rPr>
          <w:rFonts w:ascii="Times New Roman" w:hAnsi="Times New Roman" w:eastAsia="宋体"/>
          <w:b/>
          <w:sz w:val="28"/>
        </w:rPr>
        <w:t>1.推免生应按照教育部规定登录“推免服务系统”进行网上报名，系统开放时间以“推免服务系统”通知为准，逾期不予受理。</w:t>
      </w:r>
    </w:p>
    <w:p>
      <w:pPr>
        <w:spacing w:line="360" w:lineRule="auto" w:before="160" w:after="80"/>
        <w:ind w:firstLine="0"/>
        <w:jc w:val="left"/>
      </w:pPr>
      <w:r>
        <w:rPr>
          <w:rFonts w:ascii="Times New Roman" w:hAnsi="Times New Roman" w:eastAsia="宋体"/>
          <w:b/>
          <w:sz w:val="28"/>
        </w:rPr>
        <w:t>2.我校各学院（所）在系统中审核报名信息、发送复试通知短信。推免生应及时在系统中接受复试通知，并按通知要求参加考核。</w:t>
      </w:r>
    </w:p>
    <w:p>
      <w:pPr>
        <w:spacing w:line="360" w:lineRule="auto" w:before="160" w:after="80"/>
        <w:ind w:firstLine="0"/>
        <w:jc w:val="left"/>
      </w:pPr>
      <w:r>
        <w:rPr>
          <w:rFonts w:ascii="Times New Roman" w:hAnsi="Times New Roman" w:eastAsia="宋体"/>
          <w:b/>
          <w:sz w:val="28"/>
        </w:rPr>
        <w:t>3.复试合格的推免生，学校将通过“推免服务系统”发送拟录取通知，推免生须在待录取通知要求的时间内进行确认。</w:t>
      </w:r>
    </w:p>
    <w:p>
      <w:pPr>
        <w:spacing w:line="360" w:lineRule="auto" w:before="160" w:after="80"/>
        <w:ind w:firstLine="0"/>
        <w:jc w:val="left"/>
      </w:pPr>
      <w:r>
        <w:rPr>
          <w:rFonts w:ascii="Times New Roman" w:hAnsi="Times New Roman" w:eastAsia="宋体"/>
          <w:b/>
          <w:sz w:val="28"/>
        </w:rPr>
        <w:t>四、申请材料</w:t>
      </w:r>
    </w:p>
    <w:p>
      <w:pPr>
        <w:spacing w:line="360" w:lineRule="auto" w:before="0" w:after="80"/>
        <w:ind w:firstLine="482"/>
        <w:jc w:val="both"/>
      </w:pPr>
      <w:r>
        <w:rPr>
          <w:rFonts w:ascii="Times New Roman" w:hAnsi="Times New Roman" w:eastAsia="宋体"/>
          <w:b w:val="0"/>
          <w:sz w:val="24"/>
        </w:rPr>
        <w:t>考生在“推免服务系统”中报名后，应提交如下申请材料：</w:t>
      </w:r>
    </w:p>
    <w:p>
      <w:pPr>
        <w:spacing w:line="360" w:lineRule="auto" w:before="160" w:after="80"/>
        <w:ind w:firstLine="0"/>
        <w:jc w:val="left"/>
      </w:pPr>
      <w:r>
        <w:rPr>
          <w:rFonts w:ascii="Times New Roman" w:hAnsi="Times New Roman" w:eastAsia="宋体"/>
          <w:b/>
          <w:sz w:val="28"/>
        </w:rPr>
        <w:t>1.学生证、身份证复印件各1份扫描件。</w:t>
      </w:r>
    </w:p>
    <w:p>
      <w:pPr>
        <w:spacing w:line="360" w:lineRule="auto" w:before="160" w:after="80"/>
        <w:ind w:firstLine="0"/>
        <w:jc w:val="left"/>
      </w:pPr>
      <w:r>
        <w:rPr>
          <w:rFonts w:ascii="Times New Roman" w:hAnsi="Times New Roman" w:eastAsia="宋体"/>
          <w:b/>
          <w:sz w:val="28"/>
        </w:rPr>
        <w:t>2.本科三学年成绩单（教务处原件扫描件）。</w:t>
      </w:r>
    </w:p>
    <w:p>
      <w:pPr>
        <w:spacing w:line="360" w:lineRule="auto" w:before="160" w:after="80"/>
        <w:ind w:firstLine="0"/>
        <w:jc w:val="left"/>
      </w:pPr>
      <w:r>
        <w:rPr>
          <w:rFonts w:ascii="Times New Roman" w:hAnsi="Times New Roman" w:eastAsia="宋体"/>
          <w:b/>
          <w:sz w:val="28"/>
        </w:rPr>
        <w:t>3.英语等级考试成绩单扫描件。</w:t>
      </w:r>
    </w:p>
    <w:p>
      <w:pPr>
        <w:spacing w:line="360" w:lineRule="auto" w:before="0" w:after="80"/>
        <w:ind w:firstLine="482"/>
        <w:jc w:val="both"/>
      </w:pPr>
      <w:r>
        <w:rPr>
          <w:rFonts w:ascii="Times New Roman" w:hAnsi="Times New Roman" w:eastAsia="宋体"/>
          <w:b w:val="0"/>
          <w:sz w:val="24"/>
        </w:rPr>
        <w:t>以上材料请于复试前提交申请学院，申请材料提交后不再退还。</w:t>
      </w:r>
    </w:p>
    <w:p>
      <w:pPr>
        <w:spacing w:line="360" w:lineRule="auto" w:before="160" w:after="80"/>
        <w:ind w:firstLine="0"/>
        <w:jc w:val="left"/>
      </w:pPr>
      <w:r>
        <w:rPr>
          <w:rFonts w:ascii="Times New Roman" w:hAnsi="Times New Roman" w:eastAsia="宋体"/>
          <w:b/>
          <w:sz w:val="28"/>
        </w:rPr>
        <w:t>五、其它要求</w:t>
      </w:r>
    </w:p>
    <w:p>
      <w:pPr>
        <w:spacing w:line="360" w:lineRule="auto" w:before="160" w:after="80"/>
        <w:ind w:firstLine="0"/>
        <w:jc w:val="left"/>
      </w:pPr>
      <w:r>
        <w:rPr>
          <w:rFonts w:ascii="Times New Roman" w:hAnsi="Times New Roman" w:eastAsia="宋体"/>
          <w:b/>
          <w:sz w:val="28"/>
        </w:rPr>
        <w:t>1.我校推免生的录取类别均为非定向，其学费、学制、奖助学金与统考录取考生一致。</w:t>
      </w:r>
    </w:p>
    <w:p>
      <w:pPr>
        <w:spacing w:line="360" w:lineRule="auto" w:before="160" w:after="80"/>
        <w:ind w:firstLine="0"/>
        <w:jc w:val="left"/>
      </w:pPr>
      <w:r>
        <w:rPr>
          <w:rFonts w:ascii="Times New Roman" w:hAnsi="Times New Roman" w:eastAsia="宋体"/>
          <w:b/>
          <w:sz w:val="28"/>
        </w:rPr>
        <w:t>2.超过教育部规定时限接收的推免生无效。</w:t>
      </w:r>
    </w:p>
    <w:p>
      <w:pPr>
        <w:spacing w:line="360" w:lineRule="auto" w:before="160" w:after="80"/>
        <w:ind w:firstLine="0"/>
        <w:jc w:val="left"/>
      </w:pPr>
      <w:r>
        <w:rPr>
          <w:rFonts w:ascii="Times New Roman" w:hAnsi="Times New Roman" w:eastAsia="宋体"/>
          <w:b/>
          <w:sz w:val="28"/>
        </w:rPr>
        <w:t>3.未经复试或复试不合格的申请者不予录取。</w:t>
      </w:r>
    </w:p>
    <w:p>
      <w:pPr>
        <w:spacing w:line="360" w:lineRule="auto" w:before="160" w:after="80"/>
        <w:ind w:firstLine="0"/>
        <w:jc w:val="left"/>
      </w:pPr>
      <w:r>
        <w:rPr>
          <w:rFonts w:ascii="Times New Roman" w:hAnsi="Times New Roman" w:eastAsia="宋体"/>
          <w:b/>
          <w:sz w:val="28"/>
        </w:rPr>
        <w:t>4.已被我校接收的推免生，不得到其它院校申请推免资格，不得再次报名参加全国硕士研究生招生入学统一考试。否则，将取消推免生资格，列为统考生。</w:t>
      </w:r>
    </w:p>
    <w:p>
      <w:pPr>
        <w:spacing w:line="360" w:lineRule="auto" w:before="160" w:after="80"/>
        <w:ind w:firstLine="0"/>
        <w:jc w:val="left"/>
      </w:pPr>
      <w:r>
        <w:rPr>
          <w:rFonts w:ascii="Times New Roman" w:hAnsi="Times New Roman" w:eastAsia="宋体"/>
          <w:b/>
          <w:sz w:val="28"/>
        </w:rPr>
        <w:t>5.入学前未取得学士学位或本科毕业证书或受到处分的，取消录取资格。</w:t>
      </w:r>
    </w:p>
    <w:p>
      <w:pPr>
        <w:spacing w:line="360" w:lineRule="auto" w:before="160" w:after="80"/>
        <w:ind w:firstLine="0"/>
        <w:jc w:val="left"/>
      </w:pPr>
      <w:r>
        <w:rPr>
          <w:rFonts w:ascii="Times New Roman" w:hAnsi="Times New Roman" w:eastAsia="宋体"/>
          <w:b/>
          <w:sz w:val="28"/>
        </w:rPr>
        <w:t>6.对在申请推免生过程中弄虚作假的学生，一经发现，即取消推免生资格，对已录取者取消录取资格和学籍，由推荐单位按学生管理规定进行相应处理。</w:t>
      </w:r>
    </w:p>
    <w:p>
      <w:pPr>
        <w:spacing w:line="360" w:lineRule="auto" w:before="120" w:after="60"/>
        <w:ind w:firstLine="0"/>
        <w:jc w:val="left"/>
      </w:pPr>
      <w:r>
        <w:rPr>
          <w:rFonts w:ascii="Times New Roman" w:hAnsi="Times New Roman" w:eastAsia="宋体"/>
          <w:b/>
          <w:sz w:val="24"/>
        </w:rPr>
        <w:t>云南民族大学</w:t>
      </w:r>
    </w:p>
    <w:p>
      <w:pPr>
        <w:spacing w:line="360" w:lineRule="auto" w:before="120" w:after="60"/>
        <w:ind w:firstLine="0"/>
        <w:jc w:val="left"/>
      </w:pPr>
      <w:r>
        <w:rPr>
          <w:rFonts w:ascii="Times New Roman" w:hAnsi="Times New Roman" w:eastAsia="宋体"/>
          <w:b/>
          <w:sz w:val="24"/>
        </w:rPr>
        <w:t>2025年9月8日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