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附件：外国语学院2026届优秀本科毕业生免试攻读研究生推荐名单（含候补）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一、推荐名单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发布日期（推定）：2025年9月10日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本附件为外国语学院2026届优秀本科毕业生免试攻读研究生推荐名单（含候补），按专业分组列示，推荐类别分为普通类与普通类（候补）。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英语（外国语学院）专业推荐名单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7"/>
        <w:gridCol w:w="1727"/>
        <w:gridCol w:w="1727"/>
        <w:gridCol w:w="1727"/>
        <w:gridCol w:w="1727"/>
      </w:tblGrid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推荐类别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22341077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袁清渠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22341073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杨善童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20302165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马钰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22341074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杨玉玲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22341038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李玥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22341034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李若瑶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22341084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张雨晴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22341023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洪梓淇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22341064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唐艺芝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22341039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李悦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22341005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陈恺瑶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</w:tbl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法语专业推荐名单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7"/>
        <w:gridCol w:w="1727"/>
        <w:gridCol w:w="1727"/>
        <w:gridCol w:w="1727"/>
        <w:gridCol w:w="1727"/>
      </w:tblGrid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推荐类别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22341012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冯詹霑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22341021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何亦凡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22341002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曾钰淇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22341086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赵僡灵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</w:tbl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德语专业推荐名单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7"/>
        <w:gridCol w:w="1727"/>
        <w:gridCol w:w="1727"/>
        <w:gridCol w:w="1727"/>
        <w:gridCol w:w="1727"/>
      </w:tblGrid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推荐类别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21315018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高雅诗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22341068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吴雨桐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22341057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潘幸祖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</w:tbl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日语专业推荐名单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7"/>
        <w:gridCol w:w="1727"/>
        <w:gridCol w:w="1727"/>
        <w:gridCol w:w="1727"/>
        <w:gridCol w:w="1727"/>
      </w:tblGrid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推荐类别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22341062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阮晓岚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22341022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何应辉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22341051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罗彤彤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21311438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黄衍杰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21315220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林杰轩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22341016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郭恩琪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二、放弃和递补情况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7"/>
        <w:gridCol w:w="1727"/>
        <w:gridCol w:w="1727"/>
        <w:gridCol w:w="1727"/>
        <w:gridCol w:w="1727"/>
      </w:tblGrid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放弃和递补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20302165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马钰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放弃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22341034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李若瑶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放弃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22341091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钟慧蕴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递补拟获推免资格（普通类）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22341030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蒋雨彤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递补拟获推免资格（普通类）</w:t>
            </w:r>
          </w:p>
        </w:tc>
      </w:tr>
    </w:tbl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