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贵州大学北阿拉巴马国际工程技术学院关于推荐2026届优秀应届本科毕业生免试攻读硕士学位研究生实施细则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发布日期：2025-09-03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一、通知背景与目的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本通知为贵州大学北阿拉巴马国际工程技术学院推荐2026届优秀应届本科毕业生免试攻读硕士学位研究生（推免生）的实施细则。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通知面向2026届本科毕业生，发布日期为2025年9月3日。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二、推免生名额分配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附件1提供了2026届推免生名额分配表，具体名额按学院各专业分配。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推免生申请需填写附件2《贵州大学推荐优秀应届本科毕业生免试攻读硕士学位研究生申请表》。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三、申请条件与材料要求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申请学生需为2026届优秀应届本科毕业生，符合学校及学院推免生基本条件。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申请材料包括：推免生申请表（附件2）、学术成果及学科竞赛登记表（附件3）、竞赛目录（附件4）等。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学术成果及学科竞赛需按附件3要求如实登记，并参照附件4《2023全国普通高校大学生竞赛分析报告》竞赛目录认定。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四、工作流程与时间安排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推免生工作进程详见附件5《贵州大学北阿拉巴马国际工程技术学院2026届推免生工作进程表》。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学生需按进程表规定的时间节点完成申请、材料提交及审核流程。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联系电话：0851-83854609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联系邮箱：naie@gzu.edu.cn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办公地址：贵州省贵阳市花溪区贵州大学西校区德正楼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微信公众号：贵大北阿国际工程技术学院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（本通知同时涵盖预推免与正式推免流程）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