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关于公布景德镇陶瓷大学考古文博学院2026年推荐免试硕士研究生复试成绩的通知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根据《景德镇陶瓷大学考古文博学院2026年接收推荐免试攻读硕士学位研究生工作细则》有关规定，经相关程序，现将景德镇陶瓷大学考古文博学院2026年推荐免试硕士研究生复试成绩予以公布。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发布日期（推定）：2025年9月22日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一、复试成绩公布名单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59"/>
        <w:gridCol w:w="959"/>
        <w:gridCol w:w="959"/>
        <w:gridCol w:w="959"/>
        <w:gridCol w:w="959"/>
        <w:gridCol w:w="959"/>
        <w:gridCol w:w="959"/>
        <w:gridCol w:w="959"/>
        <w:gridCol w:w="959"/>
      </w:tblGrid>
      <w:tr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身份证号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专业及专业代码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研究方向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学习形式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专业能力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综合素质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听力口语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总成绩</w:t>
            </w:r>
          </w:p>
        </w:tc>
      </w:tr>
      <w:tr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邹雪芹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3605022004******2X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文物（1451）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文物评估与展示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全日制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85.25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88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90</w:t>
            </w:r>
          </w:p>
        </w:tc>
        <w:tc>
          <w:tcPr>
            <w:tcW w:type="dxa" w:w="959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86.26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本次公布复试成绩共 1 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成绩构成包括专业能力、综合素质、听力口语、总成绩四项。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公布单位为景德镇陶瓷大学考古文博学院，日期为 2025年9月28日。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