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360" w:lineRule="auto" w:before="240" w:after="160"/>
        <w:ind w:firstLine="0"/>
        <w:jc w:val="center"/>
      </w:pPr>
      <w:r>
        <w:rPr>
          <w:rFonts w:ascii="Times New Roman" w:hAnsi="Times New Roman" w:eastAsia="宋体"/>
          <w:b/>
          <w:sz w:val="32"/>
        </w:rPr>
        <w:t>法学院2026届优秀本科生免推攻读硕士研究生工作方案-长江大学法学院、知识产权学院</w:t>
      </w:r>
    </w:p>
    <w:p>
      <w:pPr>
        <w:spacing w:line="360" w:lineRule="auto" w:before="0" w:after="80"/>
        <w:ind w:firstLine="482"/>
        <w:jc w:val="both"/>
      </w:pPr>
      <w:r>
        <w:rPr>
          <w:rFonts w:ascii="Times New Roman" w:hAnsi="Times New Roman" w:eastAsia="宋体"/>
          <w:b w:val="0"/>
          <w:sz w:val="24"/>
        </w:rPr>
        <w:t>法学院推荐2026届优秀本科毕业生免试攻读硕士研究生工作方案</w:t>
      </w:r>
    </w:p>
    <w:p>
      <w:pPr>
        <w:spacing w:line="360" w:lineRule="auto" w:before="0" w:after="80"/>
        <w:ind w:firstLine="482"/>
        <w:jc w:val="both"/>
      </w:pPr>
      <w:r>
        <w:rPr>
          <w:rFonts w:ascii="Times New Roman" w:hAnsi="Times New Roman" w:eastAsia="宋体"/>
          <w:b w:val="0"/>
          <w:sz w:val="24"/>
        </w:rPr>
        <w:t>根据本科生院《关于做好推荐2026届优秀本科毕业生免试攻读硕士学位研究生工作的通知》和《长江大学推荐优秀应届本科毕业生免试攻读硕士学位研究生管理办法》（长大校发【2025】9 号）精神，结合我院实际，特制定推免工作方案。</w:t>
      </w:r>
    </w:p>
    <w:p>
      <w:pPr>
        <w:spacing w:line="360" w:lineRule="auto" w:before="160" w:after="80"/>
        <w:ind w:firstLine="0"/>
        <w:jc w:val="left"/>
      </w:pPr>
      <w:r>
        <w:rPr>
          <w:rFonts w:ascii="Times New Roman" w:hAnsi="Times New Roman" w:eastAsia="宋体"/>
          <w:b/>
          <w:sz w:val="28"/>
        </w:rPr>
        <w:t>一、组织领导</w:t>
      </w:r>
    </w:p>
    <w:p>
      <w:pPr>
        <w:spacing w:line="360" w:lineRule="auto" w:before="160" w:after="80"/>
        <w:ind w:firstLine="0"/>
        <w:jc w:val="left"/>
      </w:pPr>
      <w:r>
        <w:rPr>
          <w:rFonts w:ascii="Times New Roman" w:hAnsi="Times New Roman" w:eastAsia="宋体"/>
          <w:b/>
          <w:sz w:val="28"/>
        </w:rPr>
        <w:t>1、成立推免生遴选工作小组</w:t>
      </w:r>
    </w:p>
    <w:p>
      <w:pPr>
        <w:spacing w:line="360" w:lineRule="auto" w:before="0" w:after="80"/>
        <w:ind w:firstLine="482"/>
        <w:jc w:val="both"/>
      </w:pPr>
      <w:r>
        <w:rPr>
          <w:rFonts w:ascii="Times New Roman" w:hAnsi="Times New Roman" w:eastAsia="宋体"/>
          <w:b w:val="0"/>
          <w:sz w:val="24"/>
        </w:rPr>
        <w:t>负责制定本院推免工作方案细则和具体工作的组织与实施。</w:t>
      </w:r>
    </w:p>
    <w:p>
      <w:pPr>
        <w:spacing w:line="360" w:lineRule="auto" w:before="120" w:after="60"/>
        <w:ind w:firstLine="0"/>
        <w:jc w:val="left"/>
      </w:pPr>
      <w:r>
        <w:rPr>
          <w:rFonts w:ascii="Times New Roman" w:hAnsi="Times New Roman" w:eastAsia="宋体"/>
          <w:b/>
          <w:sz w:val="24"/>
        </w:rPr>
        <w:t>组 长：李华成 张凡</w:t>
      </w:r>
    </w:p>
    <w:p>
      <w:pPr>
        <w:spacing w:line="360" w:lineRule="auto" w:before="120" w:after="60"/>
        <w:ind w:firstLine="0"/>
        <w:jc w:val="left"/>
      </w:pPr>
      <w:r>
        <w:rPr>
          <w:rFonts w:ascii="Times New Roman" w:hAnsi="Times New Roman" w:eastAsia="宋体"/>
          <w:b/>
          <w:sz w:val="24"/>
        </w:rPr>
        <w:t>成 员：杨春磊 唐飞 徐莹 王蕾 刘依强 盛文军</w:t>
      </w:r>
    </w:p>
    <w:p>
      <w:pPr>
        <w:spacing w:line="360" w:lineRule="auto" w:before="120" w:after="60"/>
        <w:ind w:firstLine="0"/>
        <w:jc w:val="left"/>
      </w:pPr>
      <w:r>
        <w:rPr>
          <w:rFonts w:ascii="Times New Roman" w:hAnsi="Times New Roman" w:eastAsia="宋体"/>
          <w:b/>
          <w:sz w:val="24"/>
        </w:rPr>
        <w:t>纪检委员：严星</w:t>
      </w:r>
    </w:p>
    <w:p>
      <w:pPr>
        <w:spacing w:line="360" w:lineRule="auto" w:before="160" w:after="80"/>
        <w:ind w:firstLine="0"/>
        <w:jc w:val="left"/>
      </w:pPr>
      <w:r>
        <w:rPr>
          <w:rFonts w:ascii="Times New Roman" w:hAnsi="Times New Roman" w:eastAsia="宋体"/>
          <w:b/>
          <w:sz w:val="28"/>
        </w:rPr>
        <w:t>2、成立推免生遴选专家审核小组</w:t>
      </w:r>
    </w:p>
    <w:p>
      <w:pPr>
        <w:spacing w:line="360" w:lineRule="auto" w:before="0" w:after="80"/>
        <w:ind w:firstLine="482"/>
        <w:jc w:val="both"/>
      </w:pPr>
      <w:r>
        <w:rPr>
          <w:rFonts w:ascii="Times New Roman" w:hAnsi="Times New Roman" w:eastAsia="宋体"/>
          <w:b w:val="0"/>
          <w:sz w:val="24"/>
        </w:rPr>
        <w:t>由副教授及以上职称专家组成，对申请推免的学生进行资格审核、奖励加分审查等。</w:t>
      </w:r>
    </w:p>
    <w:p>
      <w:pPr>
        <w:spacing w:line="360" w:lineRule="auto" w:before="120" w:after="60"/>
        <w:ind w:firstLine="0"/>
        <w:jc w:val="left"/>
      </w:pPr>
      <w:r>
        <w:rPr>
          <w:rFonts w:ascii="Times New Roman" w:hAnsi="Times New Roman" w:eastAsia="宋体"/>
          <w:b/>
          <w:sz w:val="24"/>
        </w:rPr>
        <w:t>组长：李华成</w:t>
      </w:r>
    </w:p>
    <w:p>
      <w:pPr>
        <w:spacing w:line="360" w:lineRule="auto" w:before="120" w:after="60"/>
        <w:ind w:firstLine="0"/>
        <w:jc w:val="left"/>
      </w:pPr>
      <w:r>
        <w:rPr>
          <w:rFonts w:ascii="Times New Roman" w:hAnsi="Times New Roman" w:eastAsia="宋体"/>
          <w:b/>
          <w:sz w:val="24"/>
        </w:rPr>
        <w:t>成员：杨春磊、唐飞、陈群辉、刘庆</w:t>
      </w:r>
    </w:p>
    <w:p>
      <w:pPr>
        <w:spacing w:line="360" w:lineRule="auto" w:before="160" w:after="80"/>
        <w:ind w:firstLine="0"/>
        <w:jc w:val="left"/>
      </w:pPr>
      <w:r>
        <w:rPr>
          <w:rFonts w:ascii="Times New Roman" w:hAnsi="Times New Roman" w:eastAsia="宋体"/>
          <w:b/>
          <w:sz w:val="28"/>
        </w:rPr>
        <w:t>二、推荐对象</w:t>
      </w:r>
    </w:p>
    <w:p>
      <w:pPr>
        <w:spacing w:line="360" w:lineRule="auto" w:before="0" w:after="80"/>
        <w:ind w:firstLine="482"/>
        <w:jc w:val="both"/>
      </w:pPr>
      <w:r>
        <w:rPr>
          <w:rFonts w:ascii="Times New Roman" w:hAnsi="Times New Roman" w:eastAsia="宋体"/>
          <w:b w:val="0"/>
          <w:sz w:val="24"/>
        </w:rPr>
        <w:t>法学院普通全日制本科2026届毕业生（不含定向、专升本以及第二学士学位）</w:t>
      </w:r>
    </w:p>
    <w:p>
      <w:pPr>
        <w:spacing w:line="360" w:lineRule="auto" w:before="160" w:after="80"/>
        <w:ind w:firstLine="0"/>
        <w:jc w:val="left"/>
      </w:pPr>
      <w:r>
        <w:rPr>
          <w:rFonts w:ascii="Times New Roman" w:hAnsi="Times New Roman" w:eastAsia="宋体"/>
          <w:b/>
          <w:sz w:val="28"/>
        </w:rPr>
        <w:t>三、推荐类型、条件和考核标准</w:t>
      </w:r>
    </w:p>
    <w:p>
      <w:pPr>
        <w:spacing w:line="360" w:lineRule="auto" w:before="0" w:after="80"/>
        <w:ind w:firstLine="482"/>
        <w:jc w:val="both"/>
      </w:pPr>
      <w:r>
        <w:rPr>
          <w:rFonts w:ascii="Times New Roman" w:hAnsi="Times New Roman" w:eastAsia="宋体"/>
          <w:b w:val="0"/>
          <w:sz w:val="24"/>
        </w:rPr>
        <w:t>具体按《长江大学推荐优秀应届本科毕业生免试攻读硕士学位研究生管理办法》（长大校发[2025]9 号），以下简称《管理办法》第四章、第七章执行。</w:t>
      </w:r>
    </w:p>
    <w:p>
      <w:pPr>
        <w:spacing w:line="360" w:lineRule="auto" w:before="160" w:after="80"/>
        <w:ind w:firstLine="0"/>
        <w:jc w:val="left"/>
      </w:pPr>
      <w:r>
        <w:rPr>
          <w:rFonts w:ascii="Times New Roman" w:hAnsi="Times New Roman" w:eastAsia="宋体"/>
          <w:b/>
          <w:sz w:val="28"/>
        </w:rPr>
        <w:t>四、工作安排</w:t>
      </w:r>
    </w:p>
    <w:p>
      <w:pPr>
        <w:spacing w:line="360" w:lineRule="auto" w:before="0" w:after="80"/>
        <w:ind w:firstLine="482"/>
        <w:jc w:val="both"/>
      </w:pPr>
      <w:r>
        <w:rPr>
          <w:rFonts w:ascii="Times New Roman" w:hAnsi="Times New Roman" w:eastAsia="宋体"/>
          <w:b w:val="0"/>
          <w:sz w:val="24"/>
        </w:rPr>
        <w:t>1、9月4日前：制定本院推免工作实施方案报本科生院审核后公布。</w:t>
      </w:r>
    </w:p>
    <w:p>
      <w:pPr>
        <w:spacing w:line="360" w:lineRule="auto" w:before="0" w:after="80"/>
        <w:ind w:firstLine="482"/>
        <w:jc w:val="both"/>
      </w:pPr>
      <w:r>
        <w:rPr>
          <w:rFonts w:ascii="Times New Roman" w:hAnsi="Times New Roman" w:eastAsia="宋体"/>
          <w:b w:val="0"/>
          <w:sz w:val="24"/>
        </w:rPr>
        <w:t>2、9月9日前：符合申请条件的学生向本院提交申请,填写相关申请表格（附件1-2）。申请学生将申请表及审定后的奖励证明等有关支撑材料的原件和复印件交至法学院教学办（文科大楼B区1112），截止时间：2025年9月8日下午17:30前（逾期不再补报）。报名学生进学院推免工作QQ群：1039356824，进群请备注真实姓名、专业班级）</w:t>
      </w:r>
    </w:p>
    <w:p>
      <w:pPr>
        <w:spacing w:line="360" w:lineRule="auto" w:before="0" w:after="80"/>
        <w:ind w:firstLine="482"/>
        <w:jc w:val="both"/>
      </w:pPr>
      <w:r>
        <w:rPr>
          <w:rFonts w:ascii="Times New Roman" w:hAnsi="Times New Roman" w:eastAsia="宋体"/>
          <w:b w:val="0"/>
          <w:sz w:val="24"/>
        </w:rPr>
        <w:t>3、9月10日前：学院对申请特殊学术专长推免生和提交科研创新成果、竞赛获奖的推免生组织答辩（全程录音录像），专家审核小组根据学生提交的材料、答辩等情况给出明确的审核认定意见并签字存档。</w:t>
      </w:r>
    </w:p>
    <w:p>
      <w:pPr>
        <w:spacing w:line="360" w:lineRule="auto" w:before="0" w:after="80"/>
        <w:ind w:firstLine="482"/>
        <w:jc w:val="both"/>
      </w:pPr>
      <w:r>
        <w:rPr>
          <w:rFonts w:ascii="Times New Roman" w:hAnsi="Times New Roman" w:eastAsia="宋体"/>
          <w:b w:val="0"/>
          <w:sz w:val="24"/>
        </w:rPr>
        <w:t>4、9月11日前：学院制定推免名额分配方案，报本科生院审核后，在本院网站公布。</w:t>
      </w:r>
    </w:p>
    <w:p>
      <w:pPr>
        <w:spacing w:line="360" w:lineRule="auto" w:before="0" w:after="80"/>
        <w:ind w:firstLine="482"/>
        <w:jc w:val="both"/>
      </w:pPr>
      <w:r>
        <w:rPr>
          <w:rFonts w:ascii="Times New Roman" w:hAnsi="Times New Roman" w:eastAsia="宋体"/>
          <w:b w:val="0"/>
          <w:sz w:val="24"/>
        </w:rPr>
        <w:t>5、9月12日-13日：学院对申请推免资格审核通过的学生以专业为单位进行综合成绩排序公示（2天）。并将公示期满无异议的名单报本科生院。</w:t>
      </w:r>
    </w:p>
    <w:p>
      <w:pPr>
        <w:spacing w:line="360" w:lineRule="auto" w:before="0" w:after="80"/>
        <w:ind w:firstLine="482"/>
        <w:jc w:val="both"/>
      </w:pPr>
      <w:r>
        <w:rPr>
          <w:rFonts w:ascii="Times New Roman" w:hAnsi="Times New Roman" w:eastAsia="宋体"/>
          <w:b w:val="0"/>
          <w:sz w:val="24"/>
        </w:rPr>
        <w:t>6、9月14日-16日：拟推免名单公示。根据本院推免工作实施方案和名额分配方案，依据学生的综合排名，分专业按推免生名额的120%（其中20%为候补人员）确定拟推免学生名单并进行公示（3天），公示期满无异议后按要求报本科生院。</w:t>
      </w:r>
    </w:p>
    <w:p>
      <w:pPr>
        <w:spacing w:line="360" w:lineRule="auto" w:before="160" w:after="80"/>
        <w:ind w:firstLine="0"/>
        <w:jc w:val="left"/>
      </w:pPr>
      <w:r>
        <w:rPr>
          <w:rFonts w:ascii="Times New Roman" w:hAnsi="Times New Roman" w:eastAsia="宋体"/>
          <w:b/>
          <w:sz w:val="28"/>
        </w:rPr>
        <w:t>五、相关说明</w:t>
      </w:r>
    </w:p>
    <w:p>
      <w:pPr>
        <w:spacing w:line="360" w:lineRule="auto" w:before="160" w:after="80"/>
        <w:ind w:firstLine="0"/>
        <w:jc w:val="left"/>
      </w:pPr>
      <w:r>
        <w:rPr>
          <w:rFonts w:ascii="Times New Roman" w:hAnsi="Times New Roman" w:eastAsia="宋体"/>
          <w:b/>
          <w:sz w:val="28"/>
        </w:rPr>
        <w:t>1、排名规则：分专业按综合成绩由高到低进行排名推荐。综合成绩相同时，以外语六级成绩合格优先推荐。综合成绩相同且外语六级都合格的情况，以奖励分由高到低推荐。</w:t>
      </w:r>
    </w:p>
    <w:p>
      <w:pPr>
        <w:spacing w:line="360" w:lineRule="auto" w:before="160" w:after="80"/>
        <w:ind w:firstLine="0"/>
        <w:jc w:val="left"/>
      </w:pPr>
      <w:r>
        <w:rPr>
          <w:rFonts w:ascii="Times New Roman" w:hAnsi="Times New Roman" w:eastAsia="宋体"/>
          <w:b/>
          <w:sz w:val="28"/>
        </w:rPr>
        <w:t>2、综合成绩=学业成绩+奖励分。学业成绩为必修课加权平均成绩，相关课程应为首次成绩,重修（考）、补考成绩不计入。</w:t>
      </w:r>
    </w:p>
    <w:p>
      <w:pPr>
        <w:spacing w:line="360" w:lineRule="auto" w:before="160" w:after="80"/>
        <w:ind w:firstLine="0"/>
        <w:jc w:val="left"/>
      </w:pPr>
      <w:r>
        <w:rPr>
          <w:rFonts w:ascii="Times New Roman" w:hAnsi="Times New Roman" w:eastAsia="宋体"/>
          <w:b/>
          <w:sz w:val="28"/>
        </w:rPr>
        <w:t>3、奖励分为各项奖励加分之和，合计最多不超过15分。奖励分计算范围必须为申请人自入学开始、截至报名之日止所获得的荣誉、奖项以及完成的成果等。</w:t>
      </w:r>
    </w:p>
    <w:p>
      <w:pPr>
        <w:spacing w:line="360" w:lineRule="auto" w:before="160" w:after="80"/>
        <w:ind w:firstLine="0"/>
        <w:jc w:val="left"/>
      </w:pPr>
      <w:r>
        <w:rPr>
          <w:rFonts w:ascii="Times New Roman" w:hAnsi="Times New Roman" w:eastAsia="宋体"/>
          <w:b/>
          <w:sz w:val="28"/>
        </w:rPr>
        <w:t>4、诚实守信。学生在申请推免过程中应诚实守信，否则学校将有关失信情况如实记入个人档案。</w:t>
      </w:r>
    </w:p>
    <w:p>
      <w:pPr>
        <w:spacing w:line="360" w:lineRule="auto" w:before="160" w:after="80"/>
        <w:ind w:firstLine="0"/>
        <w:jc w:val="left"/>
      </w:pPr>
      <w:r>
        <w:rPr>
          <w:rFonts w:ascii="Times New Roman" w:hAnsi="Times New Roman" w:eastAsia="宋体"/>
          <w:b/>
          <w:sz w:val="28"/>
        </w:rPr>
        <w:t>5、在审核、公示期间，若拟推荐推免生不符合条件或自动放弃，则依据候补人选的排名由候补人选依次递补。</w:t>
      </w:r>
    </w:p>
    <w:p>
      <w:pPr>
        <w:spacing w:line="360" w:lineRule="auto" w:before="160" w:after="80"/>
        <w:ind w:firstLine="0"/>
        <w:jc w:val="left"/>
      </w:pPr>
      <w:r>
        <w:rPr>
          <w:rFonts w:ascii="Times New Roman" w:hAnsi="Times New Roman" w:eastAsia="宋体"/>
          <w:b/>
          <w:sz w:val="28"/>
        </w:rPr>
        <w:t>6、未尽事宜，以上级部门文件或通知为准。</w:t>
      </w:r>
    </w:p>
    <w:p>
      <w:pPr>
        <w:spacing w:line="360" w:lineRule="auto" w:before="160" w:after="80"/>
        <w:ind w:firstLine="0"/>
        <w:jc w:val="left"/>
      </w:pPr>
      <w:r>
        <w:rPr>
          <w:rFonts w:ascii="Times New Roman" w:hAnsi="Times New Roman" w:eastAsia="宋体"/>
          <w:b/>
          <w:sz w:val="28"/>
        </w:rPr>
        <w:t>六、咨询与监督</w:t>
      </w:r>
    </w:p>
    <w:p>
      <w:pPr>
        <w:spacing w:line="360" w:lineRule="auto" w:before="0" w:after="80"/>
        <w:ind w:firstLine="482"/>
        <w:jc w:val="both"/>
      </w:pPr>
      <w:r>
        <w:rPr>
          <w:rFonts w:ascii="Times New Roman" w:hAnsi="Times New Roman" w:eastAsia="宋体"/>
          <w:b w:val="0"/>
          <w:sz w:val="24"/>
        </w:rPr>
        <w:t>咨询电话： 0716-8062153，邮箱：1275194990@qq.com</w:t>
      </w:r>
    </w:p>
    <w:p>
      <w:pPr>
        <w:spacing w:line="360" w:lineRule="auto" w:before="0" w:after="80"/>
        <w:ind w:firstLine="482"/>
        <w:jc w:val="both"/>
      </w:pPr>
      <w:r>
        <w:rPr>
          <w:rFonts w:ascii="Times New Roman" w:hAnsi="Times New Roman" w:eastAsia="宋体"/>
          <w:b w:val="0"/>
          <w:sz w:val="24"/>
        </w:rPr>
        <w:t>纪检委员电话： 0716-8060092, 邮箱：270676245@qq.com</w:t>
      </w:r>
    </w:p>
    <w:p>
      <w:pPr>
        <w:spacing w:line="360" w:lineRule="auto" w:before="0" w:after="80"/>
        <w:ind w:firstLine="482"/>
        <w:jc w:val="both"/>
      </w:pPr>
      <w:r>
        <w:rPr>
          <w:rFonts w:ascii="Times New Roman" w:hAnsi="Times New Roman" w:eastAsia="宋体"/>
          <w:b w:val="0"/>
          <w:sz w:val="24"/>
        </w:rPr>
        <w:t>请点击链接学校通知：关于做好推荐 2026 届优秀本科毕业生免试攻读硕士学位研究生工作的通知</w:t>
      </w:r>
    </w:p>
    <w:p>
      <w:pPr>
        <w:spacing w:line="360" w:lineRule="auto" w:before="120" w:after="60"/>
        <w:ind w:firstLine="0"/>
        <w:jc w:val="left"/>
      </w:pPr>
      <w:r>
        <w:rPr>
          <w:rFonts w:ascii="Times New Roman" w:hAnsi="Times New Roman" w:eastAsia="宋体"/>
          <w:b/>
          <w:sz w:val="24"/>
        </w:rPr>
        <w:t>法 学 院</w:t>
      </w:r>
    </w:p>
    <w:p>
      <w:pPr>
        <w:spacing w:line="360" w:lineRule="auto" w:before="120" w:after="60"/>
        <w:ind w:firstLine="0"/>
        <w:jc w:val="left"/>
      </w:pPr>
      <w:r>
        <w:rPr>
          <w:rFonts w:ascii="Times New Roman" w:hAnsi="Times New Roman" w:eastAsia="宋体"/>
          <w:b/>
          <w:sz w:val="24"/>
        </w:rPr>
        <w:t>2025年9月2日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