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大连理工大学莱斯特国际学院推荐2026年优秀应届本科毕业生免试攻读研究生工作实施办法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根据《大连理工大学推荐2026年优秀应届本科毕业生免试攻读研究生工作实施办法》规定，莱斯特国际学院特制定本办法。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学院成立免试攻读研究生（以下简称推免生）领导小组和工作小组，在学校推免工作领导小组的统筹管理、指导下，具体负责推荐免试研究生的组织与实施。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莱斯特国际学院推免领导小组由学院党政领导、教授和专家组成，成员如下（按姓氏字母排序）：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组长：孙刘劼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成员：刘进轩、谭振权、曾岑、张金涛、赵玲玲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莱斯特国际学院推免工作小组由学院教授和专家组成，工作小组成员如下（按姓氏字母排序）：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组长：谭振权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成员：郭庆杰、吕振伟、邱子航、孙萌萌、徐连杰、曾岑、张金涛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监督组：赵玲玲、张悦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德智体美劳全面衡量，以德为先，把学生思想品德考核作为推免生遴选的重要内容和录取的重要依据，严格遵循实事求是的原则，注重对学生政治态度、思想表现、道德品质、科学精神、诚实守信、遵纪守法等方面的考查，思想品德考核不合格者不予推荐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坚持知识、能力、素质综合考查的原则，秉持公平、公开、公正的原则，严格按学校、学院的推免生工作程序、推免办法进行。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具有高尚的爱国主义情操和集体主义精神，社会主义信念坚定，社会责任感强，遵纪守法，积极向上，身心健康。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勤奋学习，刻苦钻研，成绩优秀，完成前三学年（四年制）培养方案中必修课程，学习成绩排名专业前40%；一考不及格的必修课程不能超过2门。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全校推荐名额按教育部规定人数执行，学院推荐名额由学校下达。根据学院2022级各专业发展现状来分配名额。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学生人数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推荐名额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过程装备与控制工程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数理基础科学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13+1*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