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 w:lineRule="auto" w:line="360"/>
        <w:jc w:val="center"/>
      </w:pPr>
      <w:r>
        <w:rPr>
          <w:rFonts w:ascii="Times New Roman" w:hAnsi="Times New Roman" w:eastAsia="宋体"/>
          <w:b/>
          <w:sz w:val="32"/>
        </w:rPr>
        <w:t>序号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本段为推免生名单，共收录 540 人，按序号、姓名、所在学校列出。名单涉及北京大学、清华大学、复旦大学、上海交通大学、浙江大学、南京大学、中国科学技术大学、武汉大学、中山大学、四川大学、山东大学、南开大学、厦门大学、吉林大学、华中科技大学、中国农业大学、西北农林科技大学、南京农业大学、华中农业大学、华南农业大学、北京师范大学、华东师范大学、哈尔滨工业大学、西安交通大学、天津大学、同济大学、东南大学、北京航空航天大学、北京理工大学、华东理工大学、中国药科大学、北京林业大学、四川农业大学、东北农业大学、东北林业大学、兰州大学、云南大学、郑州大学、南昌大学、湖南大学、华南理工大学、南方科技大学、上海科技大学、中国科学院大学、首都师范大学、首都医科大学、南方医科大学、陕西师范大学、南京师范大学、中央民族大学、北京化工大学、武汉理工大学、武汉科技大学、河南大学、天津科技大学、福建农林大学、吉林农业大学、内蒙古大学、西南大学、中国海洋大学、空军军医大学、昆山杜克大学、马里兰大学帕克分校等院校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发布日期（推定）：2025年9月1日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十、名单明细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59"/>
        <w:gridCol w:w="959"/>
        <w:gridCol w:w="959"/>
        <w:gridCol w:w="959"/>
        <w:gridCol w:w="959"/>
        <w:gridCol w:w="959"/>
        <w:gridCol w:w="959"/>
        <w:gridCol w:w="959"/>
        <w:gridCol w:w="959"/>
      </w:tblGrid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所在学校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所在学校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所在学校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安彦尊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首都师范大学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王雪铟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白佳玉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李文睿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白宇泽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李心然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王彦岚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蔡恺玲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李昕纯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王业成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蔡琳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苏州大学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李欣平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王烨枫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蔡梦绮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南方医科大学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李星谕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王一白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蔡王铭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李修怡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王一萌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蔡心怡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李娅华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王一鸣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蔡奕鑫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李颜屹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王伊航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蔡予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李一航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王宜飞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蔡忠延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李一珉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王奕昕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曹雅宁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李依晨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王宇泽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内蒙古大学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曾芳堃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李依潼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王雨川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曾燕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李沂桉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王昱淇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曾绎如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李逸雪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柴崧博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李悠然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王悦欢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车悦彤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李宇恒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王真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苏州大学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陈北荻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南方科技大学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李雨龙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王稚瑶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陈蔡睿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李雨桐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王子喾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陈淏曦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中国科学技术大学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李语菲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王子齐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陈佳慧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李语桐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王子兮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南方科技大学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陈家璇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219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李玉超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王子洋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西安交通大学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陈嘉一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西北农林科技大学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李昱辰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王紫祺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西北农林科技大学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陈璟瑜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李泽宏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南昌大学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魏靖弢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陈峻堃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李泽慧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云南大学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魏柯岩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陈肯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李喆言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魏欣睿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马里兰大学帕克分校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陈萌雨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李政举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华南理工大学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魏伊辰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西北农林科技大学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陈品羽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郦晋恒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文子涵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陈瑞霖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梁朵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吴浩钧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陈兮贤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梁凤嘉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吴禾宇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陈徐帆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梁慧婷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吴婧妍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中国科学院大学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陈依琪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229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梁璐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吴牧雅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陈怡帆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郑州大学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梁诗颖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吴松泽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陈弈初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梁易笑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吴悠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陈逸欣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廖夏满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吴悠然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昆山杜克大学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陈宇乐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廖志聪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吴与同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陈禹臻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林敬暄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吴雨馨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陈跃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林靖翕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云南大学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吴玥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陈展毅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西安交通大学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林乐天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吴卓显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陈钟翰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林玫含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吴自然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程欣然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林任天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夏浚桓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程远航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239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林务屹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夏省玘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程子凡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夏小倩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西北农林科技大学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仇艺霖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林云霞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夏祎岑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崔灏梵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林之贺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439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夏张喆禹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崔心蕴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蔺奕菲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向佳祺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北京航空航天大学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崔雅童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凌悦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向俊昊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崔鋆铎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凌越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肖博艺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崔子杰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刘红豆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肖昌奇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戴正宇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刘晋宇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肖文佳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空军军医大学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党一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刘竞源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肖宇瑶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党梓元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249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刘婧瑶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谢佳晔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邓晶丹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刘俊均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谢田雨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邓忻雨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华南理工大学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谢逸萱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邓彦卓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刘千羽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哈尔滨工业大学（威海）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449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谢雨舟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邓依涵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陕西师范大学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刘润远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辛春延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邓蕴恬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刘若芊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辛儒林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邓贞志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刘书昆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辛雨桐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狄晨阳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刘思宇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熊超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翟傲雪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刘童杭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熊奕凯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丁唐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刘锡童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熊英翔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丁田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259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刘新涵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徐灿濛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董建豪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刘一冉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徐彻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董祎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刘弈天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南方医科大学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徐鹤薇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窦晨晔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刘奕琳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459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徐梦倩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窦子霄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刘奕彤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徐牧远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杜昌钰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刘韫滔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徐勤政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杜泓霖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柳祎曈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徐思睿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69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杜佳辰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龙志鹏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徐昕瑶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杜茂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北京理工大学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娄千诺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中国科学技术大学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徐艺溶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段天娇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卢浩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徐雨轩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苏州大学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鄂征宇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武汉理工大学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269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卢怡巧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许小虎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樊澈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卢玥西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闫嘉璐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范宸玮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卢卓然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闫琦昕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同济大学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范诗依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路邦之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469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阎静怡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范婷雪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罗灿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阳怡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范有翔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罗涵庭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杨宸沣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范泽轩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罗诗佳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杨斐元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79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方思琪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罗旸皓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杨洁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房盈杉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北京化工大学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罗芸灵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杨梦溪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费子健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吕肖昳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杨濮瑞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河南大学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冯莉婷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279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马浩文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北京林业大学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杨润泽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冯一凡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马莉雅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杨欣怡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冯原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马林龄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杨欣宇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中国科学院大学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奉翔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马铭铭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479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杨絮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傅胤博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马鹏宇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北京林业大学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杨雅祺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高畅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西北农林科技大学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马书阳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杨一笛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高镝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西北农林科技大学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马思远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杨一鸣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高赫远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中国科学技术大学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马奕寒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西安交通大学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杨雨涵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西北农林科技大学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高鹤嘉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马逸晨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福建农林大学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杨雨曦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高可心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马裕彤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杨卓越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高启尧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电子科技大学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289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麦伟江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华南理工大学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叶嘉锐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西北农林科技大学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高睿涵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毛一晨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叶荣添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北京化工大学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高思雨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毛竺田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叶顺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同济大学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高逸舟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毛子荷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489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叶序韬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天津科技大学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高宇阳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孟家伊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应若冰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福建农林大学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高月郝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孟磊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游乐怡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清华大学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耿晨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米永远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于春晖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99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巩一非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莫子睿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于东辉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郑州大学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100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顾皓天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倪佳琳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于昊正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101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顾宇晨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倪杨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于宛禾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102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郭嘉言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299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倪颖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496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于沂汛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</w:tbl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本段为推免拟录取名单的连续条目，采用“序号 姓名 本科院校”三列并排排版，共出现 3 组并列序号区间：1—197、337—394、534—591。以下按原表结构还原为 Markdown 表格。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59"/>
        <w:gridCol w:w="959"/>
        <w:gridCol w:w="959"/>
        <w:gridCol w:w="959"/>
        <w:gridCol w:w="959"/>
        <w:gridCol w:w="959"/>
        <w:gridCol w:w="959"/>
        <w:gridCol w:w="959"/>
        <w:gridCol w:w="959"/>
      </w:tblGrid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胡云帆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北京理工大学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337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史心怡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北京林业大学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张馨月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同济大学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黄程煜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338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史雪霁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张行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天津大学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黄俊铭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339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帅瑶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黄乐妍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司楚扬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张萱喆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黄鸣政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斯奕恺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张一朵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黄千城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电子科技大学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宋东霖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539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黄思锐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宋昊泽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张奕婧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中央民族大学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黄昱翔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宋浩正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张谊显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黄煜涵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宋欣瑞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张逸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149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黄祖成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武汉理工大学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宋兆祺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张蓥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霍思彤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宋卓航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张永胜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姬忠杭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苏明锐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季殊灿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349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孙涵斌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张宇帆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中国科学院大学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贾梓杏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孙浩宇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同济大学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张玥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江兆琨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孙洪楷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张蕴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姜皓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孙名泽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电子科技大学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549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张芷菁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姜如歌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孙天骄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张卓洋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姜宇阳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北京林业大学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孙童瑶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西安交通大学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张子瑶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蒋庚芮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孙晓文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张子仪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159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蒋林灵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孙逸飞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赵晨辰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蒋雅雯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孙宇轩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赵晨熙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南昌大学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金露雨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天津大学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邰振宇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赵翎言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南方医科大学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金一鸣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359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谭訸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赵明璐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天津大学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金宜家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唐晨茜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赵诗琪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天津大学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靳翔凯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唐精虹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赵王谦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苏州大学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景泽虞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唐偌菥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天津大学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559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赵梓淇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孔段炼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唐亦心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华南农业大学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郑嘉一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匡杰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唐子涵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南方科技大学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郑开扬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兰纯彦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电子科技大学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陶温欣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天津大学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郑兰欣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169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兰雅安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田嘉炜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清华大学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郑翔弈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上海交通大学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乐言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仝轩宇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钟润文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西安交通大学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黎烯悦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涂馨禹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钟一轩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李陈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369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万亚骅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周百川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李春松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汪润玉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周炳坤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李东宣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王波淳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周常乐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李非同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569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周程程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李佳慧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王晨阁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周乐凡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同济大学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李佳霖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对外经济贸易大学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王川旻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周启航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李佳敏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兰州大学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周熙正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179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李佳熹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同济大学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王涵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内蒙古大学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周喜悦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李嘉伟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王涵睿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山东大学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周心博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北京理工大学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李鉴哲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王华一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周妍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北京化工大学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李金泽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379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王家圆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北京化工大学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周旸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云南大学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李晋彤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王靖淞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周叶玲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李康润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王俊洁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武汉大学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周奕含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李林睿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华中农业大学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王康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579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周奕杉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李林森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王丽清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华中师范大学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周芷瑶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四川农业大学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李鲁玉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北京理工大学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王启月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中山大学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周致远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李美含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厦门大学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王清灏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北京师范大学珠海校区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朱淳博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北京师范大学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189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李梦莹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王秋锋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朱汉林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李南逸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王茹卉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中央民族大学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朱家麟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959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说明：本段未出现排名或评分方式、公示期等字段，仅包含序号、姓名、本科院校三类信息。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本段为推免拟录取名单公示信息，共列出 18 人，涉及 84 号至 197 号、388 号至 394 号、585 号至 591 号三个号段，录取院校包括上海科技大学、中国海洋大学、北京大学、中国药科大学、浙江大学、哈尔滨工业大学、西南大学、复旦大学、吉林大学、华东师范大学、湖南师范大学、东北林业大学、南开大学、四川大学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十、名单明细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录取院校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84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朱家麟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八、说明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本段未提供排名或评分方式、公示期等具体信息。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名单人数以本段实际列出条目为准，共 22 条记录。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本段为推免拟录取名单公示信息，共列出 24 人，涉及 16 所高校。名单按序号、姓名、本科院校排列，序号自 191 起至 197、388 起至 394、585 起至 591 分段连续。具体明细如下：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朱家麟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十、名单构成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本段共 24 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涉及本科院校 16 所：中国海洋大学、北京大学、哈尔滨工业大学、西南大学、复旦大学、吉林大学、上海科技大学、东北林业大学、浙江大学、华东师范大学、湖南师范大学、中国药科大学、南开大学、四川大学。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八、排名与评分方式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本段未提供排名或评分方式。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九、公示期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本段未提供公示期。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本段为推免拟录取名单公示信息，共列出 24 人，涉及姓名、本科院校及序号三项内容，具体如下：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十、名单明细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朱家麟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198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八、人数与院校分布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本段名单共 24 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本科院校分布：北京大学 5 人，浙江大学 4 人，上海科技大学 2 人，中国海洋大学 1 人，中国药科大学 1 人，哈尔滨工业大学 1 人，西南大学 1 人，东北林业大学 1 人，南开大学 1 人，复旦大学 1 人，吉林大学 1 人，华东师范大学 1 人，湖南师范大学 1 人，四川大学 1 人。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九、序号说明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名单序号为 191 至 198、388 至 394、585 至 591 三段连续编号。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本段未包含排名或评分方式、公示期信息。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十、名单概况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本段为推免拟录取名单节选，共列出 24 人，序号范围为 191 至 197、388 至 394、585 至 591。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八、名单明细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朱家麟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九、说明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本段未包含专业/学院明细、排名或评分方式、公示期等信息。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名单中序号 592 对应人员为左金玉，本科院校为四川大学。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本段为推免拟录取名单中的部分人员信息，共列出 27 人，涉及姓名、本科院校及编号三项内容，具体如下：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编号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家麟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</w:r>
          </w:p>
        </w:tc>
      </w:tr>
    </w:tbl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说明：本段未包含专业明细、排名或评分方式、公示期等信息。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本段为推免拟录取名单信息，共列出 24 人，涉及姓名、本科院校及编号信息，具体如下：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编号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十、名单概况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本段名单共 24 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涉及本科院校包括：中国海洋大学、北京大学、哈尔滨工业大学、西南大学、复旦大学、吉林大学、上海科技大学、东北林业大学、浙江大学、华东师范大学、湖南师范大学、中国药科大学、南开大学、四川大学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其中北京大学 5 人，浙江大学 4 人，中国海洋大学 1 人，哈尔滨工业大学 1 人，西南大学 1 人，复旦大学 1 人，吉林大学 1 人，上海科技大学 1 人，东北林业大学 1 人，华东师范大学 1 人，湖南师范大学 1 人，中国药科大学 1 人，南开大学 1 人，四川大学 1 人。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八、编号区间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191 至 197。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388 至 394。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585 至 591。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九、其他信息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本段未提供排名或评分方式。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本段未提供公示期。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本段未提供图片。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本段为推免拟录取名单公示信息，共列出 24 人，涉及序号 191 至 197、388 至 394、585 至 591。名单包含姓名与本科院校两项信息，未提供专业、学院、排名或评分方式，亦未标注公示期。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十、名单明细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八、统计说明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本段名单共 24 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本科院校分布：北京大学 5 人，浙江大学 4 人，上海科技大学 1 人，中国海洋大学 1 人，哈尔滨工业大学 1 人，西南大学 1 人，复旦大学 1 人，吉林大学 1 人，东北林业大学 1 人，华东师范大学 1 人，湖南师范大学 1 人，中国药科大学 1 人，南开大学 1 人，四川大学 1 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本段未包含专业、学院、排名或评分方式、公示期等信息。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本段为推免拟录取名单公示信息，共列出 18 人，涉及序号 191—197、388—394、585—591，生源高校包括上海科技大学、中国海洋大学、北京大学、中国药科大学、哈尔滨工业大学、西南大学、复旦大学、吉林大学、浙江大学、华东师范大学、湖南师范大学、东北林业大学、南开大学、四川大学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十、名单明细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本科高校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八、说明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本段未提供专业/学院明细、排名或评分方式、公示期起止日期及联系方式。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名单人数以本段实际列示为准，共 21 人。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十、名单信息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本段为推免生名单节选，共列出 24 人，涉及序号 191 至 197、388 至 394、585 至 591。名单包含序号、姓名、本科院校三项信息。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八、名单明细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九、说明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本段未包含专业/学院明细、排名或评分方式、公示期等信息。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本段未包含图片内容。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本段为推免拟录取名单公示信息，共列出 18 人，涉及序号 191—197、388—394、585—591。名单明细如下：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十、名单构成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本段共涉及 21 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序号区间为 191—197、388—394、585—591。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本科院校包括：中国海洋大学、北京大学、哈尔滨工业大学、西南大学、复旦大学、吉林大学、上海科技大学、东北林业大学、浙江大学、华东师范大学、湖南师范大学、中国药科大学、南开大学、四川大学。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八、排名与评分方式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原文未提供排名或评分方式。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原文未提供公示期信息。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十、名单信息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本段为推免拟录取名单节选，共涉及 16 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名单按序号、姓名、本科院校排列，序号范围为 191 至 197、388 至 394、585 至 591。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八、名单明细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九、说明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本段未包含专业/学院明细、排名/评分方式及公示期信息。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本段未包含图片内容。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本段为推免拟录取名单中的第 191 至 197 号、第 388 至 394 号、第 585 至 591 号，共 21 人。名单按序号、姓名、本科院校排列，具体如下：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十、人数统计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本段名单合计 21 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其中序号 191 至 197 共 7 人；序号 388 至 394 共 7 人；序号 585 至 591 共 7 人。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八、本科院校明细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北京大学 5 人：李睿洋、李亭颐、王瑞扬、王天行、庄凯博。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浙江大学 4 人：王昕、朱怡颖、朱熠烁、祝锦添。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中国海洋大学 1 人：李睿琪。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4. 中国药科大学 1 人：朱靖萱。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5. 上海科技大学 1 人：王诗怡。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6. 哈尔滨工业大学 1 人：李若瑄。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7. 西南大学 1 人：李珊珊。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8. 复旦大学 1 人：李思诺。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9. 吉林大学 1 人：李思璇。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10. 东北林业大学 1 人：王文睿。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11. 华东师范大学 1 人：王歆尧。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12. 湖南师范大学 1 人：王鑫雨。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13. 南开大学 1 人：朱至易。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14. 四川大学 1 人：左金玉。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九、排名与评分方式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本段内容仅包含序号、姓名、本科院校三项信息，未出现排名依据、评分方式、成绩或考核分数等说明。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四、公示期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本段内容未包含公示期信息。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本段为推免拟录取名单中的第 191 至 197 号、第 388 至 394 号、第 585 至 591 号，共 21 人。名单按序号、姓名、本科院校排列，具体如下：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本段为推免拟录取名单公示信息，共列出 18 人，具体如下：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78"/>
        <w:gridCol w:w="2878"/>
        <w:gridCol w:w="2878"/>
      </w:tblGrid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序号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姓名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/>
                <w:sz w:val="21"/>
              </w:rPr>
              <w:t>本科院校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李睿琪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中国海洋大学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李睿洋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李若瑄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哈尔滨工业大学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李珊珊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西南大学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李思诺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复旦大学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李思璇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吉林大学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197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李亭颐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王瑞扬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王诗怡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上海科技大学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王天行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王文睿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东北林业大学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392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王昕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393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王歆尧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华东师范大学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394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王鑫雨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湖南师范大学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585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朱靖萱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中国药科大学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586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朱怡颖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587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朱熠烁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588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朱至易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南开大学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589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祝锦添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浙江大学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590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庄凯博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北京大学</w:t>
            </w:r>
          </w:p>
        </w:tc>
      </w:tr>
      <w:tr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591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左金玉</w:t>
            </w:r>
          </w:p>
        </w:tc>
        <w:tc>
          <w:tcPr>
            <w:tcW w:type="dxa" w:w="2878"/>
          </w:tcPr>
          <w:p>
            <w:pPr>
              <w:spacing w:after="20" w:before="20"/>
            </w:pPr>
            <w:r/>
            <w:r>
              <w:rPr>
                <w:rFonts w:ascii="Times New Roman" w:hAnsi="Times New Roman" w:eastAsia="宋体"/>
                <w:b w:val="0"/>
                <w:sz w:val="21"/>
              </w:rPr>
              <w:t>四川大学</w:t>
            </w:r>
          </w:p>
        </w:tc>
      </w:tr>
    </w:tbl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说明：本段未包含专业/学院明细、排名或评分方式及公示期信息。</w:t>
      </w:r>
    </w:p>
    <w:sectPr w:rsidR="00FC693F" w:rsidRPr="0006063C" w:rsidSect="00034616">
      <w:pgSz w:w="12240" w:h="15840"/>
      <w:pgMar w:top="1440" w:right="1803" w:bottom="1440" w:left="180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