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理 学院获得推荐免试资格的应届本科毕业生名单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序号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本科专业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姓名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性别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学号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身份证号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推荐硕士专业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课程学习成绩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特殊学术专长或具有突出培养潜质加分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综合测评成绩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备注</w:t>
            </w:r>
          </w:p>
        </w:tc>
      </w:tr>
      <w:tr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应用物理学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祝旭帆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2268127205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41052620040220XXXX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凝聚态物理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89.61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21.50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82.80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应用物理学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柴洋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2268127114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15012420031002XXXX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凝聚态物理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88.69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8.50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80.67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应用物理学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郭树铮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2268127132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12022520040503XXXX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凝聚态物理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86.19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27.00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80.27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应用物理学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程红亮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2268127102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34160220030101XXXX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凝聚态物理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87.40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78.96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应用物理学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池子恒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2268127101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34052120041130 XXXX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材料物理与化学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84.50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10.00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77.05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</w:tbl>
    <w:p/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2268127132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12022520040503XXXX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凝聚态物理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86.19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27.00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80.27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应用物理学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程红亮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2268127102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34160220030101XXXX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凝聚态物理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87.40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78.96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应用物理学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池子恒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2268127101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34052120041130XXXX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材料物理与化学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84.50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10.00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77.05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