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北京林业大学林学院2026年接收推荐免试研究生工作方案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一、成立推免工作领导小组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组长由院党委书记、院长担任。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副组长为主管研究生工作副院长、院党委副书记。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成员包括各招生学科负责人和教研室主任。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攻读硕士学位：拥护中国共产党领导，政治方向正确，品德端正，身心健康；成绩优秀，有较强创新意识和能力；无考试作弊、学术剽窃记录；无违法违纪处分记录；获得推荐免试资格；在校1-6学期学习成绩优秀；身体健康符合国家体检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申请直接攻读博士学位：除满足硕士申请条件外，还需在校期间学习成绩优异，对科研有浓厚兴趣并有培养潜质；所学外语语种符合《2026年博士研究生招生简章》规定。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及资格审核：北京林业大学推免生预报名系统于9月10日开通，网址为http://tm.yzb.bjfu.edu.cn/；申请林学院各专业考生系统填报截止时间为9月15日早上8:00；推免资格凭证为必填项，须上传；学院综合评审确定复试名单，学科通过电话、短信、邮件通知考生；教育部推免服务系统开通后，复试通过考生须登录该系统正式报名并确认拟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复试考核安排：采取线下复试方式，考核时间为9月18日至9月20日，由各学科自行组织；各专业具体复试时间及地点如下：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专业（代码）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地图学与地理信息系统（070503）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9月20日下午2:30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林业楼411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土壤学（090301）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9月19日上午9:00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二教705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森林培育（090702）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9月18日晚上7:00及9月19日上午8:00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林业楼411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森林保护学（090703）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9月19日上午8:30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梁希科技楼220-221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森林经理学（090704）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9月18日上午8:30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梁希科技楼220-221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城市林业（0907Z2）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9月19日上午8:30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梁希科技楼207-208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森林学（0907Z4）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9月19日上午8:30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二教706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农业工程与信息技术（095136）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9月20日下午2:30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林业楼411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联系方式：北京林业大学林学院。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