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生命科学学院2026年推荐免试硕士研究生接收细则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根据《河南农业大学2026年推荐免试研究生（含直博生）接收办法》，结合学院工作实际，特制订本细则。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学院成立研究生招生工作领导小组，负责组织实施本学院推免生的接收工作。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应届本科推荐免试攻读硕士学位研究生（以下简称：硕士推免生）。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我院2026年拟接收推免生：微生物学专业1人。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拥护中国共产党的领导，具有良好的思想品德和政治素质，热爱祖国，愿意为社会主义现代化建设服务，遵纪守法，品行端正，身心健康；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具有生物学相关的本科专业背景；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身体健康状况符合国家规定的体检标准（同普通高等学校招生体检工作指导意见）。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学院对推免生进行审核，择优确定参加复试的免试生名单。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学院通过推免服务系统向申请学生发出复试或不予接收复试的通知，申请学生在收到通知后24小时内在系统中予以回复。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申请人按照学院安排的复试时间、地点参加复试。无故不参加复试，视为自动放弃，并按学校有关规定执行。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形式采用线下和线上结合（满分100分，时间不少于20分钟），具体复试时间地点另行通知。重点考查考生的科研创新潜质和专业能力，考生需将个人学术背景、在所申请的专业曾经做过的研究工作、攻读硕士期间的学习和研究计划等内容制作成PPT，个人陈述时间10分钟，提问作答时间10分钟，复试成绩60分以上为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申请人复试时需按照要求，向学院提交以下材料：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（1）填写《河南农业大学接收推荐优秀应届本科毕业生免试攻读研究生（含直博生）申请表》2份（附件1）、个人陈述1份（附件2）；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学院分学科专业（类别领域）按复试成绩由高到低排序，并将申请学生姓名、拟录取学科专业（类别领域）、复试成绩等公示7日。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推免生拟录取名单经学校统一公示无异议后，由学校报送河南省教育考试院并上传教育部备案。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学院招生办公室电话：0371-68555260，郑老师。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本细则由河南农业大学生命科学学院负责解释，如有与教育部、河南省和学校文件不一致的，以上级部门文件为准。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河南农业大学生命科学学院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