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金融学专业推荐免试生名单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金融学专业推荐免试生名单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学院名称：金融与统计学院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专业名称(ZYMC)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学号(XH)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姓名(XM)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是否推荐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202218110612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刘雯惠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202218110209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王莎莎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张礴岩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202218110222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202218110217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孙美雯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202218110614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徐伊凡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202206010115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刘雅哲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202206010405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杨怡然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202218110116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202218110323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关皓玮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202218110730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常静怡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202218110219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沈明昊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陈冬萍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202218110622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202218110625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黄万茜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郭鑫怡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202218110721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202218110223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邓恩旭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202218110115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范汝曾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202201200224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田皓欣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202218110826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202218110513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郭嘉诚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202218110615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潘孜怡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202202010422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邹洁伶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202218110818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谢成国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许宸达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202218110509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202218110606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202229030107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杨逸龙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202218110226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代小烽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202218110801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彭群英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202201130421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李方诚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202218110815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202218110319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宾丁顺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202218110317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赵昱东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郭美杰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202221110316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封伊文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202218110318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谢童如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202206060321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202218110213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张瀚月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徐心逸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202218110825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陈春媚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202218110515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姜欣悦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202218110130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支教团候补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金融学（金融工程）专业推荐免试生名单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学院名称：金融与统计学院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专业名称(ZYMC)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学号(XH)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姓名(XM)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银梓翔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202218110713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朱文博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齐子瑜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王陈逸飞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樊海翔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202218110413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邢艺潆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202218110726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毛柯杰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202201130129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何子贤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202218110514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阳宇霖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202218110811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张振宁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202218110218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黄嘉浩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金融学(金融工程)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202218110312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张宗贺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保险学专业推荐免试生名单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学院名称：金融与统计学院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专业名称(ZYMC)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学号(XH)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姓名(XM)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是否推荐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202218220103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王英飒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202218220109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涂阳婷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202218220111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202218220117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202218220127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李远雪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202218220106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202218220113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202218220121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钟雨珊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统计学专业推荐免试生名单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学院名称：金融与统计学院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专业名称(ZYMC)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学号(XH)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姓名(XM)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是否推荐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202201130210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赵官芸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202201130207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张生缘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202218070207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王婉人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202209010113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孙美琳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202218070213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刘慧烨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202214010724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张睿函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202218070209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沈安廷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202218070111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202218070125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杨伊嶙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202202010313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汪珅卓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201918070129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复员军人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202218070127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魏雪茗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经济统计学专业推荐免试生名单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学院名称：金融与统计学院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专业名称(ZYMC)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学号(XH)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姓名(XM)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经济统计学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经济统计学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202218070215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孙晓璐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经济统计学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202218070119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刘湘珍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经济统计学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方梦婕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经济统计学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202201130410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宋子豪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经济统计学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202218070222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刘珏茗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精算学专业推荐免试生名单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学院名称：金融与统计学院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专业名称(ZYMC)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学号(XH)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姓名(XM)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202218120119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吴逸凡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202218120118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202218120109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张津瑞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202218120113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202218120111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王彬彬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精算学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202218120107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王恩楠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