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德语学院2026年研究生推免拟推荐名单公示</w:t>
      </w:r>
    </w:p>
    <w:p>
      <w:pPr>
        <w:spacing w:before="160" w:after="80" w:lineRule="auto" w:line="360"/>
        <w:jc w:val="left"/>
      </w:pPr>
      <w:r>
        <w:rPr>
          <w:rFonts w:ascii="Times New Roman" w:hAnsi="Times New Roman" w:eastAsia="宋体"/>
          <w:b/>
          <w:sz w:val="28"/>
        </w:rPr>
        <w:t>一、拟推荐名单</w:t>
      </w:r>
    </w:p>
    <w:p>
      <w:pPr>
        <w:spacing w:after="80" w:lineRule="auto" w:line="360"/>
        <w:ind w:firstLine="482"/>
        <w:jc w:val="both"/>
      </w:pPr>
      <w:r>
        <w:rPr>
          <w:rFonts w:ascii="Times New Roman" w:hAnsi="Times New Roman" w:eastAsia="宋体"/>
          <w:b w:val="0"/>
          <w:sz w:val="24"/>
        </w:rPr>
        <w:t>发布日期：2025年9月9日</w:t>
      </w:r>
    </w:p>
    <w:p>
      <w:pPr>
        <w:spacing w:after="80" w:lineRule="auto" w:line="360"/>
        <w:ind w:firstLine="482"/>
        <w:jc w:val="both"/>
      </w:pPr>
      <w:r>
        <w:rPr>
          <w:rFonts w:ascii="Times New Roman" w:hAnsi="Times New Roman" w:eastAsia="宋体"/>
          <w:b w:val="0"/>
          <w:sz w:val="24"/>
        </w:rPr>
        <w:t>根据《大连外国语大学推荐优秀应届本科毕业生免试攻读硕士学位研究生工作办法》《德语学院推荐优秀应届本科毕业生免试攻读硕士学位研究生实施细则》具体要求，根据2022级第1-3学年的学习成绩与综合测评，经过学生本人申报，现拟推荐以下12名同学：</w:t>
      </w:r>
    </w:p>
    <w:tbl>
      <w:tblPr>
        <w:tblStyle w:val="TableGrid"/>
        <w:tblW w:type="auto" w:w="0"/>
        <w:jc w:val="center"/>
        <w:tblLook w:firstColumn="1" w:firstRow="1" w:lastColumn="0" w:lastRow="0" w:noHBand="0" w:noVBand="1" w:val="04A0"/>
      </w:tblPr>
      <w:tblGrid>
        <w:gridCol w:w="1727"/>
        <w:gridCol w:w="1727"/>
        <w:gridCol w:w="1727"/>
        <w:gridCol w:w="1727"/>
        <w:gridCol w:w="1727"/>
      </w:tblGrid>
      <w:tr>
        <w:tc>
          <w:tcPr>
            <w:tcW w:type="dxa" w:w="1727"/>
          </w:tcPr>
          <w:p>
            <w:pPr>
              <w:spacing w:after="20" w:before="20"/>
            </w:pPr>
            <w:r/>
            <w:r>
              <w:rPr>
                <w:rFonts w:ascii="Times New Roman" w:hAnsi="Times New Roman" w:eastAsia="宋体"/>
                <w:b/>
                <w:sz w:val="21"/>
              </w:rPr>
              <w:t>学号</w:t>
            </w:r>
          </w:p>
        </w:tc>
        <w:tc>
          <w:tcPr>
            <w:tcW w:type="dxa" w:w="1727"/>
          </w:tcPr>
          <w:p>
            <w:pPr>
              <w:spacing w:after="20" w:before="20"/>
            </w:pPr>
            <w:r/>
            <w:r>
              <w:rPr>
                <w:rFonts w:ascii="Times New Roman" w:hAnsi="Times New Roman" w:eastAsia="宋体"/>
                <w:b/>
                <w:sz w:val="21"/>
              </w:rPr>
              <w:t>姓名</w:t>
            </w:r>
          </w:p>
        </w:tc>
        <w:tc>
          <w:tcPr>
            <w:tcW w:type="dxa" w:w="1727"/>
          </w:tcPr>
          <w:p>
            <w:pPr>
              <w:spacing w:after="20" w:before="20"/>
            </w:pPr>
            <w:r/>
            <w:r>
              <w:rPr>
                <w:rFonts w:ascii="Times New Roman" w:hAnsi="Times New Roman" w:eastAsia="宋体"/>
                <w:b/>
                <w:sz w:val="21"/>
              </w:rPr>
              <w:t>学业成绩</w:t>
            </w:r>
          </w:p>
        </w:tc>
        <w:tc>
          <w:tcPr>
            <w:tcW w:type="dxa" w:w="1727"/>
          </w:tcPr>
          <w:p>
            <w:pPr>
              <w:spacing w:after="20" w:before="20"/>
            </w:pPr>
            <w:r/>
            <w:r>
              <w:rPr>
                <w:rFonts w:ascii="Times New Roman" w:hAnsi="Times New Roman" w:eastAsia="宋体"/>
                <w:b/>
                <w:sz w:val="21"/>
              </w:rPr>
              <w:t>综合成绩</w:t>
            </w:r>
          </w:p>
        </w:tc>
        <w:tc>
          <w:tcPr>
            <w:tcW w:type="dxa" w:w="1727"/>
          </w:tcPr>
          <w:p>
            <w:pPr>
              <w:spacing w:after="20" w:before="20"/>
            </w:pPr>
            <w:r/>
            <w:r>
              <w:rPr>
                <w:rFonts w:ascii="Times New Roman" w:hAnsi="Times New Roman" w:eastAsia="宋体"/>
                <w:b/>
                <w:sz w:val="21"/>
              </w:rPr>
              <w:t>综合成绩</w:t>
            </w:r>
          </w:p>
        </w:tc>
      </w:tr>
      <w:tr>
        <w:tc>
          <w:tcPr>
            <w:tcW w:type="dxa" w:w="1727"/>
          </w:tcPr>
          <w:p>
            <w:pPr>
              <w:spacing w:after="20" w:before="20"/>
            </w:pPr>
            <w:r/>
            <w:r>
              <w:rPr>
                <w:rFonts w:ascii="Times New Roman" w:hAnsi="Times New Roman" w:eastAsia="宋体"/>
                <w:b w:val="0"/>
                <w:sz w:val="21"/>
              </w:rPr>
              <w:t>220150218</w:t>
            </w:r>
          </w:p>
        </w:tc>
        <w:tc>
          <w:tcPr>
            <w:tcW w:type="dxa" w:w="1727"/>
          </w:tcPr>
          <w:p>
            <w:pPr>
              <w:spacing w:after="20" w:before="20"/>
            </w:pPr>
            <w:r/>
            <w:r>
              <w:rPr>
                <w:rFonts w:ascii="Times New Roman" w:hAnsi="Times New Roman" w:eastAsia="宋体"/>
                <w:b w:val="0"/>
                <w:sz w:val="21"/>
              </w:rPr>
              <w:t>胡砚文</w:t>
            </w:r>
          </w:p>
        </w:tc>
        <w:tc>
          <w:tcPr>
            <w:tcW w:type="dxa" w:w="1727"/>
          </w:tcPr>
          <w:p>
            <w:pPr>
              <w:spacing w:after="20" w:before="20"/>
            </w:pPr>
            <w:r/>
            <w:r>
              <w:rPr>
                <w:rFonts w:ascii="Times New Roman" w:hAnsi="Times New Roman" w:eastAsia="宋体"/>
                <w:b w:val="0"/>
                <w:sz w:val="21"/>
              </w:rPr>
              <w:t>560.10</w:t>
            </w:r>
          </w:p>
        </w:tc>
        <w:tc>
          <w:tcPr>
            <w:tcW w:type="dxa" w:w="1727"/>
          </w:tcPr>
          <w:p>
            <w:pPr>
              <w:spacing w:after="20" w:before="20"/>
            </w:pPr>
            <w:r/>
            <w:r>
              <w:rPr>
                <w:rFonts w:ascii="Times New Roman" w:hAnsi="Times New Roman" w:eastAsia="宋体"/>
                <w:b w:val="0"/>
                <w:sz w:val="21"/>
              </w:rPr>
              <w:t>517.53</w:t>
            </w:r>
          </w:p>
        </w:tc>
        <w:tc>
          <w:tcPr>
            <w:tcW w:type="dxa" w:w="1727"/>
          </w:tcPr>
          <w:p>
            <w:pPr>
              <w:spacing w:after="20" w:before="20"/>
            </w:pPr>
            <w:r/>
            <w:r>
              <w:rPr>
                <w:rFonts w:ascii="Times New Roman" w:hAnsi="Times New Roman" w:eastAsia="宋体"/>
                <w:b w:val="0"/>
                <w:sz w:val="21"/>
              </w:rPr>
              <w:t>526.05</w:t>
            </w:r>
          </w:p>
        </w:tc>
      </w:tr>
      <w:tr>
        <w:tc>
          <w:tcPr>
            <w:tcW w:type="dxa" w:w="1727"/>
          </w:tcPr>
          <w:p>
            <w:pPr>
              <w:spacing w:after="20" w:before="20"/>
            </w:pPr>
            <w:r/>
            <w:r>
              <w:rPr>
                <w:rFonts w:ascii="Times New Roman" w:hAnsi="Times New Roman" w:eastAsia="宋体"/>
                <w:b w:val="0"/>
                <w:sz w:val="21"/>
              </w:rPr>
              <w:t>220150217</w:t>
            </w:r>
          </w:p>
        </w:tc>
        <w:tc>
          <w:tcPr>
            <w:tcW w:type="dxa" w:w="1727"/>
          </w:tcPr>
          <w:p>
            <w:pPr>
              <w:spacing w:after="20" w:before="20"/>
            </w:pPr>
            <w:r/>
            <w:r>
              <w:rPr>
                <w:rFonts w:ascii="Times New Roman" w:hAnsi="Times New Roman" w:eastAsia="宋体"/>
                <w:b w:val="0"/>
                <w:sz w:val="21"/>
              </w:rPr>
              <w:t>王心潼</w:t>
            </w:r>
          </w:p>
        </w:tc>
        <w:tc>
          <w:tcPr>
            <w:tcW w:type="dxa" w:w="1727"/>
          </w:tcPr>
          <w:p>
            <w:pPr>
              <w:spacing w:after="20" w:before="20"/>
            </w:pPr>
            <w:r/>
            <w:r>
              <w:rPr>
                <w:rFonts w:ascii="Times New Roman" w:hAnsi="Times New Roman" w:eastAsia="宋体"/>
                <w:b w:val="0"/>
                <w:sz w:val="21"/>
              </w:rPr>
              <w:t>547.83</w:t>
            </w:r>
          </w:p>
        </w:tc>
        <w:tc>
          <w:tcPr>
            <w:tcW w:type="dxa" w:w="1727"/>
          </w:tcPr>
          <w:p>
            <w:pPr>
              <w:spacing w:after="20" w:before="20"/>
            </w:pPr>
            <w:r/>
            <w:r>
              <w:rPr>
                <w:rFonts w:ascii="Times New Roman" w:hAnsi="Times New Roman" w:eastAsia="宋体"/>
                <w:b w:val="0"/>
                <w:sz w:val="21"/>
              </w:rPr>
              <w:t>511.76</w:t>
            </w:r>
          </w:p>
        </w:tc>
        <w:tc>
          <w:tcPr>
            <w:tcW w:type="dxa" w:w="1727"/>
          </w:tcPr>
          <w:p>
            <w:pPr>
              <w:spacing w:after="20" w:before="20"/>
            </w:pPr>
            <w:r/>
            <w:r>
              <w:rPr>
                <w:rFonts w:ascii="Times New Roman" w:hAnsi="Times New Roman" w:eastAsia="宋体"/>
                <w:b w:val="0"/>
                <w:sz w:val="21"/>
              </w:rPr>
              <w:t>518.98</w:t>
            </w:r>
          </w:p>
        </w:tc>
      </w:tr>
      <w:tr>
        <w:tc>
          <w:tcPr>
            <w:tcW w:type="dxa" w:w="1727"/>
          </w:tcPr>
          <w:p>
            <w:pPr>
              <w:spacing w:after="20" w:before="20"/>
            </w:pPr>
            <w:r/>
            <w:r>
              <w:rPr>
                <w:rFonts w:ascii="Times New Roman" w:hAnsi="Times New Roman" w:eastAsia="宋体"/>
                <w:b w:val="0"/>
                <w:sz w:val="21"/>
              </w:rPr>
              <w:t>220150103</w:t>
            </w:r>
          </w:p>
        </w:tc>
        <w:tc>
          <w:tcPr>
            <w:tcW w:type="dxa" w:w="1727"/>
          </w:tcPr>
          <w:p>
            <w:pPr>
              <w:spacing w:after="20" w:before="20"/>
            </w:pPr>
            <w:r/>
            <w:r>
              <w:rPr>
                <w:rFonts w:ascii="Times New Roman" w:hAnsi="Times New Roman" w:eastAsia="宋体"/>
                <w:b w:val="0"/>
                <w:sz w:val="21"/>
              </w:rPr>
              <w:t>鲁志伟</w:t>
            </w:r>
          </w:p>
        </w:tc>
        <w:tc>
          <w:tcPr>
            <w:tcW w:type="dxa" w:w="1727"/>
          </w:tcPr>
          <w:p>
            <w:pPr>
              <w:spacing w:after="20" w:before="20"/>
            </w:pPr>
            <w:r/>
            <w:r>
              <w:rPr>
                <w:rFonts w:ascii="Times New Roman" w:hAnsi="Times New Roman" w:eastAsia="宋体"/>
                <w:b w:val="0"/>
                <w:sz w:val="21"/>
              </w:rPr>
              <w:t>532.63</w:t>
            </w:r>
          </w:p>
        </w:tc>
        <w:tc>
          <w:tcPr>
            <w:tcW w:type="dxa" w:w="1727"/>
          </w:tcPr>
          <w:p>
            <w:pPr>
              <w:spacing w:after="20" w:before="20"/>
            </w:pPr>
            <w:r/>
            <w:r>
              <w:rPr>
                <w:rFonts w:ascii="Times New Roman" w:hAnsi="Times New Roman" w:eastAsia="宋体"/>
                <w:b w:val="0"/>
                <w:sz w:val="21"/>
              </w:rPr>
              <w:t>512.65</w:t>
            </w:r>
          </w:p>
        </w:tc>
        <w:tc>
          <w:tcPr>
            <w:tcW w:type="dxa" w:w="1727"/>
          </w:tcPr>
          <w:p>
            <w:pPr>
              <w:spacing w:after="20" w:before="20"/>
            </w:pPr>
            <w:r/>
            <w:r>
              <w:rPr>
                <w:rFonts w:ascii="Times New Roman" w:hAnsi="Times New Roman" w:eastAsia="宋体"/>
                <w:b w:val="0"/>
                <w:sz w:val="21"/>
              </w:rPr>
              <w:t>516.65</w:t>
            </w:r>
          </w:p>
        </w:tc>
      </w:tr>
      <w:tr>
        <w:tc>
          <w:tcPr>
            <w:tcW w:type="dxa" w:w="1727"/>
          </w:tcPr>
          <w:p>
            <w:pPr>
              <w:spacing w:after="20" w:before="20"/>
            </w:pPr>
            <w:r/>
            <w:r>
              <w:rPr>
                <w:rFonts w:ascii="Times New Roman" w:hAnsi="Times New Roman" w:eastAsia="宋体"/>
                <w:b w:val="0"/>
                <w:sz w:val="21"/>
              </w:rPr>
              <w:t>220150223</w:t>
            </w:r>
          </w:p>
        </w:tc>
        <w:tc>
          <w:tcPr>
            <w:tcW w:type="dxa" w:w="1727"/>
          </w:tcPr>
          <w:p>
            <w:pPr>
              <w:spacing w:after="20" w:before="20"/>
            </w:pPr>
            <w:r/>
            <w:r>
              <w:rPr>
                <w:rFonts w:ascii="Times New Roman" w:hAnsi="Times New Roman" w:eastAsia="宋体"/>
                <w:b w:val="0"/>
                <w:sz w:val="21"/>
              </w:rPr>
              <w:t>任思睿</w:t>
            </w:r>
          </w:p>
        </w:tc>
        <w:tc>
          <w:tcPr>
            <w:tcW w:type="dxa" w:w="1727"/>
          </w:tcPr>
          <w:p>
            <w:pPr>
              <w:spacing w:after="20" w:before="20"/>
            </w:pPr>
            <w:r/>
            <w:r>
              <w:rPr>
                <w:rFonts w:ascii="Times New Roman" w:hAnsi="Times New Roman" w:eastAsia="宋体"/>
                <w:b w:val="0"/>
                <w:sz w:val="21"/>
              </w:rPr>
              <w:t>544.00</w:t>
            </w:r>
          </w:p>
        </w:tc>
        <w:tc>
          <w:tcPr>
            <w:tcW w:type="dxa" w:w="1727"/>
          </w:tcPr>
          <w:p>
            <w:pPr>
              <w:spacing w:after="20" w:before="20"/>
            </w:pPr>
            <w:r/>
            <w:r>
              <w:rPr>
                <w:rFonts w:ascii="Times New Roman" w:hAnsi="Times New Roman" w:eastAsia="宋体"/>
                <w:b w:val="0"/>
                <w:sz w:val="21"/>
              </w:rPr>
              <w:t>499.30</w:t>
            </w:r>
          </w:p>
        </w:tc>
        <w:tc>
          <w:tcPr>
            <w:tcW w:type="dxa" w:w="1727"/>
          </w:tcPr>
          <w:p>
            <w:pPr>
              <w:spacing w:after="20" w:before="20"/>
            </w:pPr>
            <w:r/>
            <w:r>
              <w:rPr>
                <w:rFonts w:ascii="Times New Roman" w:hAnsi="Times New Roman" w:eastAsia="宋体"/>
                <w:b w:val="0"/>
                <w:sz w:val="21"/>
              </w:rPr>
              <w:t>508.24</w:t>
            </w:r>
          </w:p>
        </w:tc>
      </w:tr>
      <w:tr>
        <w:tc>
          <w:tcPr>
            <w:tcW w:type="dxa" w:w="1727"/>
          </w:tcPr>
          <w:p>
            <w:pPr>
              <w:spacing w:after="20" w:before="20"/>
            </w:pPr>
            <w:r/>
            <w:r>
              <w:rPr>
                <w:rFonts w:ascii="Times New Roman" w:hAnsi="Times New Roman" w:eastAsia="宋体"/>
                <w:b w:val="0"/>
                <w:sz w:val="21"/>
              </w:rPr>
              <w:t>220150210</w:t>
            </w:r>
          </w:p>
        </w:tc>
        <w:tc>
          <w:tcPr>
            <w:tcW w:type="dxa" w:w="1727"/>
          </w:tcPr>
          <w:p>
            <w:pPr>
              <w:spacing w:after="20" w:before="20"/>
            </w:pPr>
            <w:r/>
            <w:r>
              <w:rPr>
                <w:rFonts w:ascii="Times New Roman" w:hAnsi="Times New Roman" w:eastAsia="宋体"/>
                <w:b w:val="0"/>
                <w:sz w:val="21"/>
              </w:rPr>
              <w:t>孔思贻</w:t>
            </w:r>
          </w:p>
        </w:tc>
        <w:tc>
          <w:tcPr>
            <w:tcW w:type="dxa" w:w="1727"/>
          </w:tcPr>
          <w:p>
            <w:pPr>
              <w:spacing w:after="20" w:before="20"/>
            </w:pPr>
            <w:r/>
            <w:r>
              <w:rPr>
                <w:rFonts w:ascii="Times New Roman" w:hAnsi="Times New Roman" w:eastAsia="宋体"/>
                <w:b w:val="0"/>
                <w:sz w:val="21"/>
              </w:rPr>
              <w:t>527.10</w:t>
            </w:r>
          </w:p>
        </w:tc>
        <w:tc>
          <w:tcPr>
            <w:tcW w:type="dxa" w:w="1727"/>
          </w:tcPr>
          <w:p>
            <w:pPr>
              <w:spacing w:after="20" w:before="20"/>
            </w:pPr>
            <w:r/>
            <w:r>
              <w:rPr>
                <w:rFonts w:ascii="Times New Roman" w:hAnsi="Times New Roman" w:eastAsia="宋体"/>
                <w:b w:val="0"/>
                <w:sz w:val="21"/>
              </w:rPr>
              <w:t>497.13</w:t>
            </w:r>
          </w:p>
        </w:tc>
        <w:tc>
          <w:tcPr>
            <w:tcW w:type="dxa" w:w="1727"/>
          </w:tcPr>
          <w:p>
            <w:pPr>
              <w:spacing w:after="20" w:before="20"/>
            </w:pPr>
            <w:r/>
            <w:r>
              <w:rPr>
                <w:rFonts w:ascii="Times New Roman" w:hAnsi="Times New Roman" w:eastAsia="宋体"/>
                <w:b w:val="0"/>
                <w:sz w:val="21"/>
              </w:rPr>
              <w:t>503.12</w:t>
            </w:r>
          </w:p>
        </w:tc>
      </w:tr>
      <w:tr>
        <w:tc>
          <w:tcPr>
            <w:tcW w:type="dxa" w:w="1727"/>
          </w:tcPr>
          <w:p>
            <w:pPr>
              <w:spacing w:after="20" w:before="20"/>
            </w:pPr>
            <w:r/>
            <w:r>
              <w:rPr>
                <w:rFonts w:ascii="Times New Roman" w:hAnsi="Times New Roman" w:eastAsia="宋体"/>
                <w:b w:val="0"/>
                <w:sz w:val="21"/>
              </w:rPr>
              <w:t>220150405</w:t>
            </w:r>
          </w:p>
        </w:tc>
        <w:tc>
          <w:tcPr>
            <w:tcW w:type="dxa" w:w="1727"/>
          </w:tcPr>
          <w:p>
            <w:pPr>
              <w:spacing w:after="20" w:before="20"/>
            </w:pPr>
            <w:r/>
            <w:r>
              <w:rPr>
                <w:rFonts w:ascii="Times New Roman" w:hAnsi="Times New Roman" w:eastAsia="宋体"/>
                <w:b w:val="0"/>
                <w:sz w:val="21"/>
              </w:rPr>
              <w:t>卞金蕊</w:t>
            </w:r>
          </w:p>
        </w:tc>
        <w:tc>
          <w:tcPr>
            <w:tcW w:type="dxa" w:w="1727"/>
          </w:tcPr>
          <w:p>
            <w:pPr>
              <w:spacing w:after="20" w:before="20"/>
            </w:pPr>
            <w:r/>
            <w:r>
              <w:rPr>
                <w:rFonts w:ascii="Times New Roman" w:hAnsi="Times New Roman" w:eastAsia="宋体"/>
                <w:b w:val="0"/>
                <w:sz w:val="21"/>
              </w:rPr>
              <w:t>539.73</w:t>
            </w:r>
          </w:p>
        </w:tc>
        <w:tc>
          <w:tcPr>
            <w:tcW w:type="dxa" w:w="1727"/>
          </w:tcPr>
          <w:p>
            <w:pPr>
              <w:spacing w:after="20" w:before="20"/>
            </w:pPr>
            <w:r/>
            <w:r>
              <w:rPr>
                <w:rFonts w:ascii="Times New Roman" w:hAnsi="Times New Roman" w:eastAsia="宋体"/>
                <w:b w:val="0"/>
                <w:sz w:val="21"/>
              </w:rPr>
              <w:t>492.74</w:t>
            </w:r>
          </w:p>
        </w:tc>
        <w:tc>
          <w:tcPr>
            <w:tcW w:type="dxa" w:w="1727"/>
          </w:tcPr>
          <w:p>
            <w:pPr>
              <w:spacing w:after="20" w:before="20"/>
            </w:pPr>
            <w:r/>
            <w:r>
              <w:rPr>
                <w:rFonts w:ascii="Times New Roman" w:hAnsi="Times New Roman" w:eastAsia="宋体"/>
                <w:b w:val="0"/>
                <w:sz w:val="21"/>
              </w:rPr>
              <w:t>502.14</w:t>
            </w:r>
          </w:p>
        </w:tc>
      </w:tr>
      <w:tr>
        <w:tc>
          <w:tcPr>
            <w:tcW w:type="dxa" w:w="1727"/>
          </w:tcPr>
          <w:p>
            <w:pPr>
              <w:spacing w:after="20" w:before="20"/>
            </w:pPr>
            <w:r/>
            <w:r>
              <w:rPr>
                <w:rFonts w:ascii="Times New Roman" w:hAnsi="Times New Roman" w:eastAsia="宋体"/>
                <w:b w:val="0"/>
                <w:sz w:val="21"/>
              </w:rPr>
              <w:t>220150417</w:t>
            </w:r>
          </w:p>
        </w:tc>
        <w:tc>
          <w:tcPr>
            <w:tcW w:type="dxa" w:w="1727"/>
          </w:tcPr>
          <w:p>
            <w:pPr>
              <w:spacing w:after="20" w:before="20"/>
            </w:pPr>
            <w:r/>
            <w:r>
              <w:rPr>
                <w:rFonts w:ascii="Times New Roman" w:hAnsi="Times New Roman" w:eastAsia="宋体"/>
                <w:b w:val="0"/>
                <w:sz w:val="21"/>
              </w:rPr>
              <w:t>范祥宇</w:t>
            </w:r>
          </w:p>
        </w:tc>
        <w:tc>
          <w:tcPr>
            <w:tcW w:type="dxa" w:w="1727"/>
          </w:tcPr>
          <w:p>
            <w:pPr>
              <w:spacing w:after="20" w:before="20"/>
            </w:pPr>
            <w:r/>
            <w:r>
              <w:rPr>
                <w:rFonts w:ascii="Times New Roman" w:hAnsi="Times New Roman" w:eastAsia="宋体"/>
                <w:b w:val="0"/>
                <w:sz w:val="21"/>
              </w:rPr>
              <w:t>525.98</w:t>
            </w:r>
          </w:p>
        </w:tc>
        <w:tc>
          <w:tcPr>
            <w:tcW w:type="dxa" w:w="1727"/>
          </w:tcPr>
          <w:p>
            <w:pPr>
              <w:spacing w:after="20" w:before="20"/>
            </w:pPr>
            <w:r/>
            <w:r>
              <w:rPr>
                <w:rFonts w:ascii="Times New Roman" w:hAnsi="Times New Roman" w:eastAsia="宋体"/>
                <w:b w:val="0"/>
                <w:sz w:val="21"/>
              </w:rPr>
              <w:t>494.45</w:t>
            </w:r>
          </w:p>
        </w:tc>
        <w:tc>
          <w:tcPr>
            <w:tcW w:type="dxa" w:w="1727"/>
          </w:tcPr>
          <w:p>
            <w:pPr>
              <w:spacing w:after="20" w:before="20"/>
            </w:pPr>
            <w:r/>
            <w:r>
              <w:rPr>
                <w:rFonts w:ascii="Times New Roman" w:hAnsi="Times New Roman" w:eastAsia="宋体"/>
                <w:b w:val="0"/>
                <w:sz w:val="21"/>
              </w:rPr>
              <w:t>500.76</w:t>
            </w:r>
          </w:p>
        </w:tc>
      </w:tr>
      <w:tr>
        <w:tc>
          <w:tcPr>
            <w:tcW w:type="dxa" w:w="1727"/>
          </w:tcPr>
          <w:p>
            <w:pPr>
              <w:spacing w:after="20" w:before="20"/>
            </w:pPr>
            <w:r/>
            <w:r>
              <w:rPr>
                <w:rFonts w:ascii="Times New Roman" w:hAnsi="Times New Roman" w:eastAsia="宋体"/>
                <w:b w:val="0"/>
                <w:sz w:val="21"/>
              </w:rPr>
              <w:t>220150310</w:t>
            </w:r>
          </w:p>
        </w:tc>
        <w:tc>
          <w:tcPr>
            <w:tcW w:type="dxa" w:w="1727"/>
          </w:tcPr>
          <w:p>
            <w:pPr>
              <w:spacing w:after="20" w:before="20"/>
            </w:pPr>
            <w:r/>
            <w:r>
              <w:rPr>
                <w:rFonts w:ascii="Times New Roman" w:hAnsi="Times New Roman" w:eastAsia="宋体"/>
                <w:b w:val="0"/>
                <w:sz w:val="21"/>
              </w:rPr>
              <w:t>刘伊凡</w:t>
            </w:r>
          </w:p>
        </w:tc>
        <w:tc>
          <w:tcPr>
            <w:tcW w:type="dxa" w:w="1727"/>
          </w:tcPr>
          <w:p>
            <w:pPr>
              <w:spacing w:after="20" w:before="20"/>
            </w:pPr>
            <w:r/>
            <w:r>
              <w:rPr>
                <w:rFonts w:ascii="Times New Roman" w:hAnsi="Times New Roman" w:eastAsia="宋体"/>
                <w:b w:val="0"/>
                <w:sz w:val="21"/>
              </w:rPr>
              <w:t>531.08</w:t>
            </w:r>
          </w:p>
        </w:tc>
        <w:tc>
          <w:tcPr>
            <w:tcW w:type="dxa" w:w="1727"/>
          </w:tcPr>
          <w:p>
            <w:pPr>
              <w:spacing w:after="20" w:before="20"/>
            </w:pPr>
            <w:r/>
            <w:r>
              <w:rPr>
                <w:rFonts w:ascii="Times New Roman" w:hAnsi="Times New Roman" w:eastAsia="宋体"/>
                <w:b w:val="0"/>
                <w:sz w:val="21"/>
              </w:rPr>
              <w:t>485.67</w:t>
            </w:r>
          </w:p>
        </w:tc>
        <w:tc>
          <w:tcPr>
            <w:tcW w:type="dxa" w:w="1727"/>
          </w:tcPr>
          <w:p>
            <w:pPr>
              <w:spacing w:after="20" w:before="20"/>
            </w:pPr>
            <w:r/>
            <w:r>
              <w:rPr>
                <w:rFonts w:ascii="Times New Roman" w:hAnsi="Times New Roman" w:eastAsia="宋体"/>
                <w:b w:val="0"/>
                <w:sz w:val="21"/>
              </w:rPr>
              <w:t>494.75</w:t>
            </w:r>
          </w:p>
        </w:tc>
      </w:tr>
      <w:tr>
        <w:tc>
          <w:tcPr>
            <w:tcW w:type="dxa" w:w="1727"/>
          </w:tcPr>
          <w:p>
            <w:pPr>
              <w:spacing w:after="20" w:before="20"/>
            </w:pPr>
            <w:r/>
            <w:r>
              <w:rPr>
                <w:rFonts w:ascii="Times New Roman" w:hAnsi="Times New Roman" w:eastAsia="宋体"/>
                <w:b w:val="0"/>
                <w:sz w:val="21"/>
              </w:rPr>
              <w:t>220150110</w:t>
            </w:r>
          </w:p>
        </w:tc>
        <w:tc>
          <w:tcPr>
            <w:tcW w:type="dxa" w:w="1727"/>
          </w:tcPr>
          <w:p>
            <w:pPr>
              <w:spacing w:after="20" w:before="20"/>
            </w:pPr>
            <w:r/>
            <w:r>
              <w:rPr>
                <w:rFonts w:ascii="Times New Roman" w:hAnsi="Times New Roman" w:eastAsia="宋体"/>
                <w:b w:val="0"/>
                <w:sz w:val="21"/>
              </w:rPr>
              <w:t>蔡展鹏</w:t>
            </w:r>
          </w:p>
        </w:tc>
        <w:tc>
          <w:tcPr>
            <w:tcW w:type="dxa" w:w="1727"/>
          </w:tcPr>
          <w:p>
            <w:pPr>
              <w:spacing w:after="20" w:before="20"/>
            </w:pPr>
            <w:r/>
            <w:r>
              <w:rPr>
                <w:rFonts w:ascii="Times New Roman" w:hAnsi="Times New Roman" w:eastAsia="宋体"/>
                <w:b w:val="0"/>
                <w:sz w:val="21"/>
              </w:rPr>
              <w:t>524.10</w:t>
            </w:r>
          </w:p>
        </w:tc>
        <w:tc>
          <w:tcPr>
            <w:tcW w:type="dxa" w:w="1727"/>
          </w:tcPr>
          <w:p>
            <w:pPr>
              <w:spacing w:after="20" w:before="20"/>
            </w:pPr>
            <w:r/>
            <w:r>
              <w:rPr>
                <w:rFonts w:ascii="Times New Roman" w:hAnsi="Times New Roman" w:eastAsia="宋体"/>
                <w:b w:val="0"/>
                <w:sz w:val="21"/>
              </w:rPr>
              <w:t>481.90</w:t>
            </w:r>
          </w:p>
        </w:tc>
        <w:tc>
          <w:tcPr>
            <w:tcW w:type="dxa" w:w="1727"/>
          </w:tcPr>
          <w:p>
            <w:pPr>
              <w:spacing w:after="20" w:before="20"/>
            </w:pPr>
            <w:r/>
            <w:r>
              <w:rPr>
                <w:rFonts w:ascii="Times New Roman" w:hAnsi="Times New Roman" w:eastAsia="宋体"/>
                <w:b w:val="0"/>
                <w:sz w:val="21"/>
              </w:rPr>
              <w:t>490.34</w:t>
            </w:r>
          </w:p>
        </w:tc>
      </w:tr>
      <w:tr>
        <w:tc>
          <w:tcPr>
            <w:tcW w:type="dxa" w:w="1727"/>
          </w:tcPr>
          <w:p>
            <w:pPr>
              <w:spacing w:after="20" w:before="20"/>
            </w:pPr>
            <w:r/>
            <w:r>
              <w:rPr>
                <w:rFonts w:ascii="Times New Roman" w:hAnsi="Times New Roman" w:eastAsia="宋体"/>
                <w:b w:val="0"/>
                <w:sz w:val="21"/>
              </w:rPr>
              <w:t>220150202</w:t>
            </w:r>
          </w:p>
        </w:tc>
        <w:tc>
          <w:tcPr>
            <w:tcW w:type="dxa" w:w="1727"/>
          </w:tcPr>
          <w:p>
            <w:pPr>
              <w:spacing w:after="20" w:before="20"/>
            </w:pPr>
            <w:r/>
            <w:r>
              <w:rPr>
                <w:rFonts w:ascii="Times New Roman" w:hAnsi="Times New Roman" w:eastAsia="宋体"/>
                <w:b w:val="0"/>
                <w:sz w:val="21"/>
              </w:rPr>
              <w:t>赵悦</w:t>
            </w:r>
          </w:p>
        </w:tc>
        <w:tc>
          <w:tcPr>
            <w:tcW w:type="dxa" w:w="1727"/>
          </w:tcPr>
          <w:p>
            <w:pPr>
              <w:spacing w:after="20" w:before="20"/>
            </w:pPr>
            <w:r/>
            <w:r>
              <w:rPr>
                <w:rFonts w:ascii="Times New Roman" w:hAnsi="Times New Roman" w:eastAsia="宋体"/>
                <w:b w:val="0"/>
                <w:sz w:val="21"/>
              </w:rPr>
              <w:t>512.40</w:t>
            </w:r>
          </w:p>
        </w:tc>
        <w:tc>
          <w:tcPr>
            <w:tcW w:type="dxa" w:w="1727"/>
          </w:tcPr>
          <w:p>
            <w:pPr>
              <w:spacing w:after="20" w:before="20"/>
            </w:pPr>
            <w:r/>
            <w:r>
              <w:rPr>
                <w:rFonts w:ascii="Times New Roman" w:hAnsi="Times New Roman" w:eastAsia="宋体"/>
                <w:b w:val="0"/>
                <w:sz w:val="21"/>
              </w:rPr>
              <w:t>479.69</w:t>
            </w:r>
          </w:p>
        </w:tc>
        <w:tc>
          <w:tcPr>
            <w:tcW w:type="dxa" w:w="1727"/>
          </w:tcPr>
          <w:p>
            <w:pPr>
              <w:spacing w:after="20" w:before="20"/>
            </w:pPr>
            <w:r/>
            <w:r>
              <w:rPr>
                <w:rFonts w:ascii="Times New Roman" w:hAnsi="Times New Roman" w:eastAsia="宋体"/>
                <w:b w:val="0"/>
                <w:sz w:val="21"/>
              </w:rPr>
              <w:t>486.23</w:t>
            </w:r>
          </w:p>
        </w:tc>
      </w:tr>
      <w:tr>
        <w:tc>
          <w:tcPr>
            <w:tcW w:type="dxa" w:w="1727"/>
          </w:tcPr>
          <w:p>
            <w:pPr>
              <w:spacing w:after="20" w:before="20"/>
            </w:pPr>
            <w:r/>
            <w:r>
              <w:rPr>
                <w:rFonts w:ascii="Times New Roman" w:hAnsi="Times New Roman" w:eastAsia="宋体"/>
                <w:b w:val="0"/>
                <w:sz w:val="21"/>
              </w:rPr>
              <w:t>220150124</w:t>
            </w:r>
          </w:p>
        </w:tc>
        <w:tc>
          <w:tcPr>
            <w:tcW w:type="dxa" w:w="1727"/>
          </w:tcPr>
          <w:p>
            <w:pPr>
              <w:spacing w:after="20" w:before="20"/>
            </w:pPr>
            <w:r/>
            <w:r>
              <w:rPr>
                <w:rFonts w:ascii="Times New Roman" w:hAnsi="Times New Roman" w:eastAsia="宋体"/>
                <w:b w:val="0"/>
                <w:sz w:val="21"/>
              </w:rPr>
              <w:t>线怡君</w:t>
            </w:r>
          </w:p>
        </w:tc>
        <w:tc>
          <w:tcPr>
            <w:tcW w:type="dxa" w:w="1727"/>
          </w:tcPr>
          <w:p>
            <w:pPr>
              <w:spacing w:after="20" w:before="20"/>
            </w:pPr>
            <w:r/>
            <w:r>
              <w:rPr>
                <w:rFonts w:ascii="Times New Roman" w:hAnsi="Times New Roman" w:eastAsia="宋体"/>
                <w:b w:val="0"/>
                <w:sz w:val="21"/>
              </w:rPr>
              <w:t>512.15</w:t>
            </w:r>
          </w:p>
        </w:tc>
        <w:tc>
          <w:tcPr>
            <w:tcW w:type="dxa" w:w="1727"/>
          </w:tcPr>
          <w:p>
            <w:pPr>
              <w:spacing w:after="20" w:before="20"/>
            </w:pPr>
            <w:r/>
            <w:r>
              <w:rPr>
                <w:rFonts w:ascii="Times New Roman" w:hAnsi="Times New Roman" w:eastAsia="宋体"/>
                <w:b w:val="0"/>
                <w:sz w:val="21"/>
              </w:rPr>
              <w:t>478.95</w:t>
            </w:r>
          </w:p>
        </w:tc>
        <w:tc>
          <w:tcPr>
            <w:tcW w:type="dxa" w:w="1727"/>
          </w:tcPr>
          <w:p>
            <w:pPr>
              <w:spacing w:after="20" w:before="20"/>
            </w:pPr>
            <w:r/>
            <w:r>
              <w:rPr>
                <w:rFonts w:ascii="Times New Roman" w:hAnsi="Times New Roman" w:eastAsia="宋体"/>
                <w:b w:val="0"/>
                <w:sz w:val="21"/>
              </w:rPr>
              <w:t>485.59</w:t>
            </w:r>
          </w:p>
        </w:tc>
      </w:tr>
      <w:tr>
        <w:tc>
          <w:tcPr>
            <w:tcW w:type="dxa" w:w="1727"/>
          </w:tcPr>
          <w:p>
            <w:pPr>
              <w:spacing w:after="20" w:before="20"/>
            </w:pPr>
            <w:r/>
            <w:r>
              <w:rPr>
                <w:rFonts w:ascii="Times New Roman" w:hAnsi="Times New Roman" w:eastAsia="宋体"/>
                <w:b w:val="0"/>
                <w:sz w:val="21"/>
              </w:rPr>
              <w:t>200450201</w:t>
            </w:r>
          </w:p>
        </w:tc>
        <w:tc>
          <w:tcPr>
            <w:tcW w:type="dxa" w:w="1727"/>
          </w:tcPr>
          <w:p>
            <w:pPr>
              <w:spacing w:after="20" w:before="20"/>
            </w:pPr>
            <w:r/>
            <w:r>
              <w:rPr>
                <w:rFonts w:ascii="Times New Roman" w:hAnsi="Times New Roman" w:eastAsia="宋体"/>
                <w:b w:val="0"/>
                <w:sz w:val="21"/>
              </w:rPr>
              <w:t>竹刘林</w:t>
            </w:r>
          </w:p>
        </w:tc>
        <w:tc>
          <w:tcPr>
            <w:tcW w:type="dxa" w:w="1727"/>
          </w:tcPr>
          <w:p>
            <w:pPr>
              <w:spacing w:after="20" w:before="20"/>
            </w:pPr>
            <w:r/>
            <w:r>
              <w:rPr>
                <w:rFonts w:ascii="Times New Roman" w:hAnsi="Times New Roman" w:eastAsia="宋体"/>
                <w:b w:val="0"/>
                <w:sz w:val="21"/>
              </w:rPr>
              <w:t>518.50</w:t>
            </w:r>
          </w:p>
        </w:tc>
        <w:tc>
          <w:tcPr>
            <w:tcW w:type="dxa" w:w="1727"/>
          </w:tcPr>
          <w:p>
            <w:pPr>
              <w:spacing w:after="20" w:before="20"/>
            </w:pPr>
            <w:r/>
            <w:r>
              <w:rPr>
                <w:rFonts w:ascii="Times New Roman" w:hAnsi="Times New Roman" w:eastAsia="宋体"/>
                <w:b w:val="0"/>
                <w:sz w:val="21"/>
              </w:rPr>
              <w:t>475.43</w:t>
            </w:r>
          </w:p>
        </w:tc>
        <w:tc>
          <w:tcPr>
            <w:tcW w:type="dxa" w:w="1727"/>
          </w:tcPr>
          <w:p>
            <w:pPr>
              <w:spacing w:after="20" w:before="20"/>
            </w:pPr>
            <w:r/>
            <w:r>
              <w:rPr>
                <w:rFonts w:ascii="Times New Roman" w:hAnsi="Times New Roman" w:eastAsia="宋体"/>
                <w:b w:val="0"/>
                <w:sz w:val="21"/>
              </w:rPr>
              <w:t>484.04</w:t>
            </w:r>
          </w:p>
        </w:tc>
      </w:tr>
    </w:tbl>
    <w:p>
      <w:pPr>
        <w:spacing w:before="160" w:after="80" w:lineRule="auto" w:line="360"/>
        <w:jc w:val="left"/>
      </w:pPr>
      <w:r>
        <w:rPr>
          <w:rFonts w:ascii="Times New Roman" w:hAnsi="Times New Roman" w:eastAsia="宋体"/>
          <w:b/>
          <w:sz w:val="28"/>
        </w:rPr>
        <w:t>二、后备人选名单</w:t>
      </w:r>
    </w:p>
    <w:p>
      <w:pPr>
        <w:spacing w:after="80" w:lineRule="auto" w:line="360"/>
        <w:ind w:firstLine="482"/>
        <w:jc w:val="both"/>
      </w:pPr>
      <w:r>
        <w:rPr>
          <w:rFonts w:ascii="Times New Roman" w:hAnsi="Times New Roman" w:eastAsia="宋体"/>
          <w:b w:val="0"/>
          <w:sz w:val="24"/>
        </w:rPr>
        <w:t>同时按照要求，设置“后备”人选2人。名单如下：</w:t>
      </w:r>
    </w:p>
    <w:tbl>
      <w:tblPr>
        <w:tblStyle w:val="TableGrid"/>
        <w:tblW w:type="auto" w:w="0"/>
        <w:jc w:val="center"/>
        <w:tblLook w:firstColumn="1" w:firstRow="1" w:lastColumn="0" w:lastRow="0" w:noHBand="0" w:noVBand="1" w:val="04A0"/>
      </w:tblPr>
      <w:tblGrid>
        <w:gridCol w:w="1727"/>
        <w:gridCol w:w="1727"/>
        <w:gridCol w:w="1727"/>
        <w:gridCol w:w="1727"/>
        <w:gridCol w:w="1727"/>
      </w:tblGrid>
      <w:tr>
        <w:tc>
          <w:tcPr>
            <w:tcW w:type="dxa" w:w="1727"/>
          </w:tcPr>
          <w:p>
            <w:pPr>
              <w:spacing w:after="20" w:before="20"/>
            </w:pPr>
            <w:r/>
            <w:r>
              <w:rPr>
                <w:rFonts w:ascii="Times New Roman" w:hAnsi="Times New Roman" w:eastAsia="宋体"/>
                <w:b/>
                <w:sz w:val="21"/>
              </w:rPr>
              <w:t>学号</w:t>
            </w:r>
          </w:p>
        </w:tc>
        <w:tc>
          <w:tcPr>
            <w:tcW w:type="dxa" w:w="1727"/>
          </w:tcPr>
          <w:p>
            <w:pPr>
              <w:spacing w:after="20" w:before="20"/>
            </w:pPr>
            <w:r/>
            <w:r>
              <w:rPr>
                <w:rFonts w:ascii="Times New Roman" w:hAnsi="Times New Roman" w:eastAsia="宋体"/>
                <w:b/>
                <w:sz w:val="21"/>
              </w:rPr>
              <w:t>姓名</w:t>
            </w:r>
          </w:p>
        </w:tc>
        <w:tc>
          <w:tcPr>
            <w:tcW w:type="dxa" w:w="1727"/>
          </w:tcPr>
          <w:p>
            <w:pPr>
              <w:spacing w:after="20" w:before="20"/>
            </w:pPr>
            <w:r/>
            <w:r>
              <w:rPr>
                <w:rFonts w:ascii="Times New Roman" w:hAnsi="Times New Roman" w:eastAsia="宋体"/>
                <w:b/>
                <w:sz w:val="21"/>
              </w:rPr>
              <w:t>学业成绩</w:t>
            </w:r>
          </w:p>
        </w:tc>
        <w:tc>
          <w:tcPr>
            <w:tcW w:type="dxa" w:w="1727"/>
          </w:tcPr>
          <w:p>
            <w:pPr>
              <w:spacing w:after="20" w:before="20"/>
            </w:pPr>
            <w:r/>
            <w:r>
              <w:rPr>
                <w:rFonts w:ascii="Times New Roman" w:hAnsi="Times New Roman" w:eastAsia="宋体"/>
                <w:b/>
                <w:sz w:val="21"/>
              </w:rPr>
              <w:t>综合成绩</w:t>
            </w:r>
          </w:p>
        </w:tc>
        <w:tc>
          <w:tcPr>
            <w:tcW w:type="dxa" w:w="1727"/>
          </w:tcPr>
          <w:p>
            <w:pPr>
              <w:spacing w:after="20" w:before="20"/>
            </w:pPr>
            <w:r/>
            <w:r>
              <w:rPr>
                <w:rFonts w:ascii="Times New Roman" w:hAnsi="Times New Roman" w:eastAsia="宋体"/>
                <w:b/>
                <w:sz w:val="21"/>
              </w:rPr>
              <w:t>综合成绩</w:t>
            </w:r>
          </w:p>
        </w:tc>
      </w:tr>
      <w:tr>
        <w:tc>
          <w:tcPr>
            <w:tcW w:type="dxa" w:w="1727"/>
          </w:tcPr>
          <w:p>
            <w:pPr>
              <w:spacing w:after="20" w:before="20"/>
            </w:pPr>
            <w:r/>
            <w:r>
              <w:rPr>
                <w:rFonts w:ascii="Times New Roman" w:hAnsi="Times New Roman" w:eastAsia="宋体"/>
                <w:b w:val="0"/>
                <w:sz w:val="21"/>
              </w:rPr>
              <w:t>220150226</w:t>
            </w:r>
          </w:p>
        </w:tc>
        <w:tc>
          <w:tcPr>
            <w:tcW w:type="dxa" w:w="1727"/>
          </w:tcPr>
          <w:p>
            <w:pPr>
              <w:spacing w:after="20" w:before="20"/>
            </w:pPr>
            <w:r/>
            <w:r>
              <w:rPr>
                <w:rFonts w:ascii="Times New Roman" w:hAnsi="Times New Roman" w:eastAsia="宋体"/>
                <w:b w:val="0"/>
                <w:sz w:val="21"/>
              </w:rPr>
              <w:t>张婷婷</w:t>
            </w:r>
          </w:p>
        </w:tc>
        <w:tc>
          <w:tcPr>
            <w:tcW w:type="dxa" w:w="1727"/>
          </w:tcPr>
          <w:p>
            <w:pPr>
              <w:spacing w:after="20" w:before="20"/>
            </w:pPr>
            <w:r/>
            <w:r>
              <w:rPr>
                <w:rFonts w:ascii="Times New Roman" w:hAnsi="Times New Roman" w:eastAsia="宋体"/>
                <w:b w:val="0"/>
                <w:sz w:val="21"/>
              </w:rPr>
              <w:t>512.52</w:t>
            </w:r>
          </w:p>
        </w:tc>
        <w:tc>
          <w:tcPr>
            <w:tcW w:type="dxa" w:w="1727"/>
          </w:tcPr>
          <w:p>
            <w:pPr>
              <w:spacing w:after="20" w:before="20"/>
            </w:pPr>
            <w:r/>
            <w:r>
              <w:rPr>
                <w:rFonts w:ascii="Times New Roman" w:hAnsi="Times New Roman" w:eastAsia="宋体"/>
                <w:b w:val="0"/>
                <w:sz w:val="21"/>
              </w:rPr>
              <w:t>472.22</w:t>
            </w:r>
          </w:p>
        </w:tc>
        <w:tc>
          <w:tcPr>
            <w:tcW w:type="dxa" w:w="1727"/>
          </w:tcPr>
          <w:p>
            <w:pPr>
              <w:spacing w:after="20" w:before="20"/>
            </w:pPr>
            <w:r/>
            <w:r>
              <w:rPr>
                <w:rFonts w:ascii="Times New Roman" w:hAnsi="Times New Roman" w:eastAsia="宋体"/>
                <w:b w:val="0"/>
                <w:sz w:val="21"/>
              </w:rPr>
              <w:t>480.28</w:t>
            </w:r>
          </w:p>
        </w:tc>
      </w:tr>
      <w:tr>
        <w:tc>
          <w:tcPr>
            <w:tcW w:type="dxa" w:w="1727"/>
          </w:tcPr>
          <w:p>
            <w:pPr>
              <w:spacing w:after="20" w:before="20"/>
            </w:pPr>
            <w:r/>
            <w:r>
              <w:rPr>
                <w:rFonts w:ascii="Times New Roman" w:hAnsi="Times New Roman" w:eastAsia="宋体"/>
                <w:b w:val="0"/>
                <w:sz w:val="21"/>
              </w:rPr>
              <w:t>220150424</w:t>
            </w:r>
          </w:p>
        </w:tc>
        <w:tc>
          <w:tcPr>
            <w:tcW w:type="dxa" w:w="1727"/>
          </w:tcPr>
          <w:p>
            <w:pPr>
              <w:spacing w:after="20" w:before="20"/>
            </w:pPr>
            <w:r/>
            <w:r>
              <w:rPr>
                <w:rFonts w:ascii="Times New Roman" w:hAnsi="Times New Roman" w:eastAsia="宋体"/>
                <w:b w:val="0"/>
                <w:sz w:val="21"/>
              </w:rPr>
              <w:t>李子渊</w:t>
            </w:r>
          </w:p>
        </w:tc>
        <w:tc>
          <w:tcPr>
            <w:tcW w:type="dxa" w:w="1727"/>
          </w:tcPr>
          <w:p>
            <w:pPr>
              <w:spacing w:after="20" w:before="20"/>
            </w:pPr>
            <w:r/>
            <w:r>
              <w:rPr>
                <w:rFonts w:ascii="Times New Roman" w:hAnsi="Times New Roman" w:eastAsia="宋体"/>
                <w:b w:val="0"/>
                <w:sz w:val="21"/>
              </w:rPr>
              <w:t>518.17</w:t>
            </w:r>
          </w:p>
        </w:tc>
        <w:tc>
          <w:tcPr>
            <w:tcW w:type="dxa" w:w="1727"/>
          </w:tcPr>
          <w:p>
            <w:pPr>
              <w:spacing w:after="20" w:before="20"/>
            </w:pPr>
            <w:r/>
            <w:r>
              <w:rPr>
                <w:rFonts w:ascii="Times New Roman" w:hAnsi="Times New Roman" w:eastAsia="宋体"/>
                <w:b w:val="0"/>
                <w:sz w:val="21"/>
              </w:rPr>
              <w:t>464.81</w:t>
            </w:r>
          </w:p>
        </w:tc>
        <w:tc>
          <w:tcPr>
            <w:tcW w:type="dxa" w:w="1727"/>
          </w:tcPr>
          <w:p>
            <w:pPr>
              <w:spacing w:after="20" w:before="20"/>
            </w:pPr>
            <w:r/>
            <w:r>
              <w:rPr>
                <w:rFonts w:ascii="Times New Roman" w:hAnsi="Times New Roman" w:eastAsia="宋体"/>
                <w:b w:val="0"/>
                <w:sz w:val="21"/>
              </w:rPr>
              <w:t>475.48</w:t>
            </w:r>
          </w:p>
        </w:tc>
      </w:tr>
    </w:tbl>
    <w:p>
      <w:pPr>
        <w:spacing w:before="160" w:after="80" w:lineRule="auto" w:line="360"/>
        <w:jc w:val="left"/>
      </w:pPr>
      <w:r>
        <w:rPr>
          <w:rFonts w:ascii="Times New Roman" w:hAnsi="Times New Roman" w:eastAsia="宋体"/>
          <w:b/>
          <w:sz w:val="28"/>
        </w:rPr>
        <w:t>三、公示与联系方式</w:t>
      </w:r>
    </w:p>
    <w:p>
      <w:pPr>
        <w:spacing w:after="80" w:lineRule="auto" w:line="360"/>
        <w:ind w:firstLine="482"/>
        <w:jc w:val="both"/>
      </w:pPr>
      <w:r>
        <w:rPr>
          <w:rFonts w:ascii="Times New Roman" w:hAnsi="Times New Roman" w:eastAsia="宋体"/>
          <w:b w:val="0"/>
          <w:sz w:val="24"/>
        </w:rPr>
        <w:t>如有异议请于9月9日至9月12日（工作日）上午9:00-11:30、下午1:00-4:00电话联系：86111114。</w:t>
      </w:r>
    </w:p>
    <w:p>
      <w:pPr>
        <w:spacing w:after="80" w:lineRule="auto" w:line="360"/>
        <w:ind w:firstLine="482"/>
        <w:jc w:val="both"/>
      </w:pPr>
      <w:r>
        <w:rPr>
          <w:rFonts w:ascii="Times New Roman" w:hAnsi="Times New Roman" w:eastAsia="宋体"/>
          <w:b w:val="0"/>
          <w:sz w:val="24"/>
        </w:rPr>
        <w:t>大连外国语大学德语学院</w:t>
      </w:r>
    </w:p>
    <w:p>
      <w:pPr>
        <w:spacing w:after="80" w:lineRule="auto" w:line="360"/>
        <w:ind w:firstLine="482"/>
        <w:jc w:val="both"/>
      </w:pPr>
      <w:r>
        <w:rPr>
          <w:rFonts w:ascii="Times New Roman" w:hAnsi="Times New Roman" w:eastAsia="宋体"/>
          <w:b w:val="0"/>
          <w:sz w:val="24"/>
        </w:rPr>
        <w:t>2025年9月9日</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