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预推免考核表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本表为预推免考核表，共涉及报名考生 26 人，均申请 003 针灸推拿学院·养生康复学院。考核结果分为“考核通过”“考核未通过”“缺考”三类。复试总成绩为考核评分依据，缺考考生成绩记为 0。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发布日期（推定）：2025年9月23日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一、100215 康复医学与理疗学（研究方向码 01，慢病中西医结合康复研究）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本专业方向共 17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考核通过 2 人：朱*静 75.8、周*朦 71.4。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考核未通过 6 人：魏*颜 57.4、臧* 56.2、董*文 55.2、许*南 55、季*桐 54.8、程*祖 54。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缺考 9 人：王*怡 0、徐*芮 0、尹*言 0、张* 0、俞*燕 0、喻* 0、徐*青 0、董*雨 0、阴*琪 0。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20263300604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003针灸推拿学院·养生康复学院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100215康复医学与理疗学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慢病中西医结合康复研究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朱*静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75.8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20263301042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003针灸推拿学院·养生康复学院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100215康复医学与理疗学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慢病中西医结合康复研究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周*朦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71.4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20263300677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003针灸推拿学院·养生康复学院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100215康复医学与理疗学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慢病中西医结合康复研究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魏*颜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57.4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20263300636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003针灸推拿学院·养生康复学院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100215康复医学与理疗学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慢病中西医结合康复研究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臧*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56.2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20263300945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003针灸推拿学院·养生康复学院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100215康复医学与理疗学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慢病中西医结合康复研究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董*文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55.2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20263300794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003针灸推拿学院·养生康复学院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100215康复医学与理疗学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慢病中西医结合康复研究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许*南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20263300136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003针灸推拿学院·养生康复学院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100215康复医学与理疗学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慢病中西医结合康复研究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季*桐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54.8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20263300451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003针灸推拿学院·养生康复学院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100215康复医学与理疗学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慢病中西医结合康复研究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程*祖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003针灸推拿学院·养生康复学院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100215康复医学与理疗学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慢病中西医结合康复研究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王*怡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20263300015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003针灸推拿学院·养生康复学院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100215康复医学与理疗学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慢病中西医结合康复研究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徐*芮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20263300342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003针灸推拿学院·养生康复学院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100215康复医学与理疗学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慢病中西医结合康复研究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尹*言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20263301136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003针灸推拿学院·养生康复学院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100215康复医学与理疗学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慢病中西医结合康复研究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张*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20263300787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003针灸推拿学院·养生康复学院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100215康复医学与理疗学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慢病中西医结合康复研究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俞*燕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20263300911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003针灸推拿学院·养生康复学院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100215康复医学与理疗学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慢病中西医结合康复研究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喻*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20263300993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003针灸推拿学院·养生康复学院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100215康复医学与理疗学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慢病中西医结合康复研究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徐*青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20263301054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003针灸推拿学院·养生康复学院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100215康复医学与理疗学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慢病中西医结合康复研究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董*雨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20263301144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003针灸推拿学院·养生康复学院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100215康复医学与理疗学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慢病中西医结合康复研究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阴*琪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二、100512 针灸推拿学（研究方向码 01，针灸效应规律及机制的基础与临床研究）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本专业方向共 5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考核通过 1 人：唐*喻 91.4。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考核未通过 2 人：潘*茹 58、薛* 54.8。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4. 缺考 2 人：王*晶 0、方*珠 0。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20263300059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003针灸推拿学院·养生康复学院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100512针灸推拿学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针灸效应规律及机制的基础与临床研究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唐*喻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91.4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20263300713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003针灸推拿学院·养生康复学院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100512针灸推拿学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针灸效应规律及机制的基础与临床研究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潘*茹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20263300422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003针灸推拿学院·养生康复学院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100512针灸推拿学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针灸效应规律及机制的基础与临床研究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薛*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54.8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20263301139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003针灸推拿学院·养生康复学院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100512针灸推拿学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针灸效应规律及机制的基础与临床研究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王*晶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20263300321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003针灸推拿学院·养生康复学院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100512针灸推拿学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针灸效应规律及机制的基础与临床研究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方*珠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三、1005Z1 中医康复学（研究方向码 01，中医康复基础与临床研究）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本专业方向共 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考核未通过 1 人：秦*晴 55.8。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20263300695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003针灸推拿学院·养生康复学院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1005Z1中医康复学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中医康复基础与临床研究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秦*晴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55.8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考核未通过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四、100601 中西医结合基础（研究方向码 01，中西结合防治疾病的基础与临床研究）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本专业方向共 1 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缺考 1 人：徐*宁 0。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959"/>
        <w:gridCol w:w="959"/>
        <w:gridCol w:w="959"/>
        <w:gridCol w:w="959"/>
        <w:gridCol w:w="959"/>
        <w:gridCol w:w="959"/>
        <w:gridCol w:w="959"/>
        <w:gridCol w:w="959"/>
        <w:gridCol w:w="959"/>
      </w:tblGrid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报名号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申请院系所号及名称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申请专业代码及名称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申请研究方向码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考生姓名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复试总成绩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考核结果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20263300017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003针灸推拿学院·养生康复学院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100601中西医结合基础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01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中西结合防治疾病的基础与临床研究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徐*宁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0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缺考</w:t>
            </w:r>
          </w:p>
        </w:tc>
        <w:tc>
          <w:tcPr>
            <w:tcW w:type="dxa" w:w="95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