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教育科学学院推荐2026届优秀应届本科毕业生免试攻读硕士学位研究生拟推荐人选公示</w:t>
      </w:r>
    </w:p>
    <w:p>
      <w:pPr>
        <w:spacing w:line="360" w:lineRule="auto" w:before="0" w:after="80"/>
        <w:ind w:firstLine="482"/>
        <w:jc w:val="both"/>
      </w:pPr>
      <w:r>
        <w:rPr>
          <w:rFonts w:ascii="Times New Roman" w:hAnsi="Times New Roman" w:eastAsia="宋体"/>
          <w:b w:val="0"/>
          <w:sz w:val="24"/>
        </w:rPr>
        <w:t>根据教育部推免工作相关文件及我校《北华大学推荐优秀应届本科毕业生免试攻读硕士学位研究生工作管理办法（试行）》等文件规定，经学院推免工作小组审核，现拟推荐焦梦乐、冯全静、高闰雨三位同学为北华大学教育科学学院2026届优秀应届本科毕业生免试攻读硕士学位研究生人选。公示期间内，如对推荐对象有异议，请实名以书面方式或本人到学院办公室反映问题，逾期不予受理。</w:t>
      </w:r>
    </w:p>
    <w:p>
      <w:pPr>
        <w:spacing w:line="360" w:lineRule="auto" w:before="0" w:after="80"/>
        <w:ind w:firstLine="482"/>
        <w:jc w:val="both"/>
      </w:pPr>
      <w:r>
        <w:rPr>
          <w:rFonts w:ascii="Times New Roman" w:hAnsi="Times New Roman" w:eastAsia="宋体"/>
          <w:b w:val="0"/>
          <w:sz w:val="24"/>
        </w:rPr>
        <w:t>学院推免工作小组咨询电话：18604497530，邮箱：84980156@qq.com</w:t>
      </w:r>
    </w:p>
    <w:p>
      <w:pPr>
        <w:spacing w:line="360" w:lineRule="auto" w:before="0" w:after="80"/>
        <w:ind w:firstLine="482"/>
        <w:jc w:val="both"/>
      </w:pPr>
      <w:r>
        <w:rPr>
          <w:rFonts w:ascii="Times New Roman" w:hAnsi="Times New Roman" w:eastAsia="宋体"/>
          <w:b w:val="0"/>
          <w:sz w:val="24"/>
        </w:rPr>
        <w:t>学院推免监督工作小组申诉处理电话：18604496067，邮箱：897859425@qq.com</w:t>
      </w:r>
    </w:p>
    <w:p>
      <w:pPr>
        <w:spacing w:line="360" w:lineRule="auto" w:before="0" w:after="80"/>
        <w:ind w:firstLine="482"/>
        <w:jc w:val="both"/>
      </w:pPr>
      <w:r>
        <w:rPr>
          <w:rFonts w:ascii="Times New Roman" w:hAnsi="Times New Roman" w:eastAsia="宋体"/>
          <w:b w:val="0"/>
          <w:sz w:val="24"/>
        </w:rPr>
        <w:t>以上工作受理时间为：8:00-17:00。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