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青岛理工大学临沂校区2026年优秀应届本科毕业生免试攻读研究生拟推荐名单公示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公示对象为青岛理工大学临沂校区2026年优秀应届本科毕业生免试攻读硕士研究生拟推荐（含候补）名单。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具体名单详见附件《2026级推免拟推荐含候补公示名单.xlsx》。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二、发布单位及时间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发布单位：教学科研部。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发布时间：2025年9月10日。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招生就业电话：0539-5797333。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校区地址：黄岛校区（青岛市黄岛区嘉陵江东路777号，邮编266520）；市北校区（青岛市市北区抚顺路11号，邮编266033）；临沂校区（临沂市兰山区祊河路600号，邮编276038）。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