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苏州大学计算机科学与技术学院、软件学院推荐2026年优秀应届本科毕业生免试攻读研究生综合评价总分及初选名单公示</w:t>
      </w:r>
    </w:p>
    <w:p>
      <w:pPr>
        <w:spacing w:after="80" w:lineRule="auto" w:line="360"/>
        <w:ind w:firstLine="482"/>
        <w:jc w:val="both"/>
      </w:pPr>
      <w:r>
        <w:rPr>
          <w:rFonts w:ascii="Times New Roman" w:hAnsi="Times New Roman" w:eastAsia="宋体"/>
          <w:b w:val="0"/>
          <w:sz w:val="24"/>
        </w:rPr>
        <w:t>苏州大学计算机科学与技术学院、软件学院推荐2026年优秀应届本科毕业生免试攻读研究生综合评价总分及初选名单公示</w:t>
      </w:r>
    </w:p>
    <w:p>
      <w:pPr>
        <w:spacing w:after="80" w:lineRule="auto" w:line="360"/>
        <w:ind w:firstLine="482"/>
        <w:jc w:val="both"/>
      </w:pPr>
      <w:r>
        <w:rPr>
          <w:rFonts w:ascii="Times New Roman" w:hAnsi="Times New Roman" w:eastAsia="宋体"/>
          <w:b w:val="0"/>
          <w:sz w:val="24"/>
        </w:rPr>
        <w:t>发布日期：2025年9月12日</w:t>
      </w:r>
    </w:p>
    <w:p>
      <w:pPr>
        <w:spacing w:after="80" w:lineRule="auto" w:line="360"/>
        <w:ind w:firstLine="482"/>
        <w:jc w:val="both"/>
      </w:pPr>
      <w:r>
        <w:rPr>
          <w:rFonts w:ascii="Times New Roman" w:hAnsi="Times New Roman" w:eastAsia="宋体"/>
          <w:b w:val="0"/>
          <w:sz w:val="24"/>
        </w:rPr>
        <w:t>根据《苏州大学推荐优秀应届本科毕业生免试攻读研究生工作实施办法（2025年修订）》、《关于组织开展推荐2026年优秀应届本科毕业生免试攻读研究生工作的通知》、《苏州大学计算机科学与技术学院、软件学院推荐优秀应届本科毕业生2026年免试攻读研究生工作实施细则》等文件精神要求，经学生本人申请、学院推免工作小组组织综合评价，现将2026年推荐优秀应届本科毕业生免试攻读研究生综合评价总分及初选名单予以公示（名单见附件）。</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公示时间：2025年9月12日至9月18日。</w:t>
      </w:r>
    </w:p>
    <w:p>
      <w:pPr>
        <w:spacing w:after="80" w:lineRule="auto" w:line="360"/>
        <w:ind w:firstLine="482"/>
        <w:jc w:val="both"/>
      </w:pPr>
      <w:r>
        <w:rPr>
          <w:rFonts w:ascii="Times New Roman" w:hAnsi="Times New Roman" w:eastAsia="宋体"/>
          <w:b w:val="0"/>
          <w:sz w:val="24"/>
        </w:rPr>
        <w:t>2. 公示内容：2026年推荐优秀应届本科毕业生免试攻读研究生综合评价总分及初选名单（名单见附件）。</w:t>
      </w:r>
    </w:p>
    <w:p>
      <w:pPr>
        <w:spacing w:after="80" w:lineRule="auto" w:line="360"/>
        <w:ind w:firstLine="482"/>
        <w:jc w:val="both"/>
      </w:pPr>
      <w:r>
        <w:rPr>
          <w:rFonts w:ascii="Times New Roman" w:hAnsi="Times New Roman" w:eastAsia="宋体"/>
          <w:b w:val="0"/>
          <w:sz w:val="24"/>
        </w:rPr>
        <w:t>3. 异议受理：广大师生对公示名单如有异议，请于上述公示期内实名向学院推免工作小组反映。</w:t>
      </w:r>
    </w:p>
    <w:p>
      <w:pPr>
        <w:spacing w:after="80" w:lineRule="auto" w:line="360"/>
        <w:ind w:firstLine="482"/>
        <w:jc w:val="both"/>
      </w:pPr>
      <w:r>
        <w:rPr>
          <w:rFonts w:ascii="Times New Roman" w:hAnsi="Times New Roman" w:eastAsia="宋体"/>
          <w:b w:val="0"/>
          <w:sz w:val="24"/>
        </w:rPr>
        <w:t>4. 联系人：王老师（邮箱：scst@suda.edu.cn）。</w:t>
      </w:r>
    </w:p>
    <w:p>
      <w:pPr>
        <w:spacing w:after="80" w:lineRule="auto" w:line="360"/>
        <w:ind w:firstLine="482"/>
        <w:jc w:val="both"/>
      </w:pPr>
      <w:r>
        <w:rPr>
          <w:rFonts w:ascii="Times New Roman" w:hAnsi="Times New Roman" w:eastAsia="宋体"/>
          <w:b w:val="0"/>
          <w:sz w:val="24"/>
        </w:rPr>
        <w:t>5. 反映要求：反映问题应客观公正、实事求是，并应提供有关异议的证明材料。凡匿名、冒名或超出期限的异议不予受理。</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20250912综合评价总分及初选名单（9.12）.xls</w:t>
      </w:r>
    </w:p>
    <w:p>
      <w:pPr>
        <w:spacing w:after="80" w:lineRule="auto" w:line="360"/>
        <w:ind w:firstLine="482"/>
        <w:jc w:val="both"/>
      </w:pPr>
      <w:r>
        <w:rPr>
          <w:rFonts w:ascii="Times New Roman" w:hAnsi="Times New Roman" w:eastAsia="宋体"/>
          <w:b w:val="0"/>
          <w:sz w:val="24"/>
        </w:rPr>
        <w:t>计算机科学与技术学院、软件学院</w:t>
      </w:r>
    </w:p>
    <w:p>
      <w:pPr>
        <w:spacing w:after="80" w:lineRule="auto" w:line="360"/>
        <w:ind w:firstLine="482"/>
        <w:jc w:val="both"/>
      </w:pPr>
      <w:r>
        <w:rPr>
          <w:rFonts w:ascii="Times New Roman" w:hAnsi="Times New Roman" w:eastAsia="宋体"/>
          <w:b w:val="0"/>
          <w:sz w:val="24"/>
        </w:rPr>
        <w:t>2025年9月12日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