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西北政法大学哲学与社会发展学院举办2024年优秀大学生夏令营的通知</w:t>
      </w:r>
    </w:p>
    <w:p>
      <w:r>
        <w:t>西北政法大学哲学与社会发展学院举办2024年优秀大学生夏令营的通知</w:t>
      </w:r>
    </w:p>
    <w:p>
      <w:r>
        <w:t>来源：哲学与社会发展学院</w:t>
      </w:r>
    </w:p>
    <w:p>
      <w:r>
        <w:t>发布者：哲社学院</w:t>
      </w:r>
    </w:p>
    <w:p>
      <w:r>
        <w:t>浏览量：</w:t>
      </w:r>
    </w:p>
    <w:p>
      <w:r>
        <w:t>西北政法大学位于世界历史文化古城西安，北校区荣居唐长安城正门明德门，脉接大唐；南校区雄居高校林立的长安区国际大学城，近对秦岭。西北政法大学是一所法学特色鲜明，哲学、经济学、管理学、文学等学科相互支撑、协调发展的多科性大学。学校是国家法治人才培养基地，是被誉为政法人才培养国家队的“五院四系”之一，是西北地区法学教育、法学研究中心和人文社会科学研究的重要基地，是陕西省重点建设的高水平大学、一流学科建设高校，是全国法学高等教育“立格联盟”和西安高水平有特色高校“长安联盟”的成员单位。学校1979年开始招收培养硕士研究生，2012年获批法学一级学科“服务国家特殊需求博士人才项目”，2014年获批法学博士后科研流动站。承担国家首批法律硕士专业学位（涉外律师、涉外仲裁）研究生培养项目。现有全日制在校硕士研究生4300余人、博士研究生130余人。7个一级学科硕士学位授权点，42个二级学科硕士学位授权点，9个交叉学科硕士学位授权点，9个专业学位硕士授权点。2018年学校获批陕西省国内一流学科建设高校，法学学科获批一流建设学科。2023年入选陕西省“双一流”培育高校、法学学科获批培育学科。</w:t>
      </w:r>
    </w:p>
    <w:p>
      <w:r>
        <w:t>哲学与社会发展学院是西北政法大学成立最早的院系之一。1959年开始招收哲学专业本科生，1979年开始培养哲学硕士研究生，至今已有60多年的本科人才培养历史和40多年的研究生培养经验。学院现有专任教师35人，其中教授6人，副教授10人；教师中有博士学位的28人，博士化率80%。学院开办哲学、社会学、社会工作三个本科专业，拥有哲学一级学科硕士学位授权点和社会工作专业学位硕士授权点，获得国家级特色专业、省级特色专业、省级特色学科、省级优势学科、省级一流专业、省级一流课程、国家高水平大学建设专项等高层次建设项目或荣誉。</w:t>
      </w:r>
    </w:p>
    <w:p>
      <w:r>
        <w:t>我院今年将举办哲学和社会工作优秀大学生暑期夏令营。本夏令营旨在进一步促进全国各高校优秀大学生之间的交流互动，增进对西北政法大学哲学与社会发展学院的了解，播下学术之种，提携优秀之星，我们盛情邀请全国各地的优秀大学生到我院继续深造，莫问收获，但问耕耘；百尺竿头，更进一步！欢迎广大优秀学子积极参与。</w:t>
      </w:r>
    </w:p>
    <w:p>
      <w:r>
        <w:t>一、举办时间</w:t>
      </w:r>
    </w:p>
    <w:p>
      <w:r>
        <w:t>时间：2024年7月11日-12 日</w:t>
      </w:r>
    </w:p>
    <w:p>
      <w:r>
        <w:t>二、招生计划</w:t>
      </w:r>
    </w:p>
    <w:p>
      <w:r>
        <w:t>本届夏令营招生计划为40人；其中哲学20人；社会工作20人。实际入营人数将根据报名情况适当调整。</w:t>
      </w:r>
    </w:p>
    <w:p>
      <w:r>
        <w:t>三、活动形式</w:t>
      </w:r>
    </w:p>
    <w:p>
      <w:r>
        <w:t>本年度夏令营采取腾讯会议在线形式。具体日程安排将另行公布。</w:t>
      </w:r>
    </w:p>
    <w:p>
      <w:r>
        <w:t>四、申请条件</w:t>
      </w:r>
    </w:p>
    <w:p>
      <w:r>
        <w:t>申请人应具备以下条件（注：其中，条件2、3、4、5满足其一即可报名；其余条件是必须条件）：</w:t>
      </w:r>
    </w:p>
    <w:p>
      <w:r>
        <w:t>1.申请人政治立场坚定，拥护党的领导，身体健康，无任何违法违纪处分；应届本科三年级在校本科生（2025届本科毕业生）；</w:t>
      </w:r>
    </w:p>
    <w:p>
      <w:r>
        <w:t>2.申请人所在高校属于具有推免资格高校，申请人具有推免可能性；</w:t>
      </w:r>
    </w:p>
    <w:p>
      <w:r>
        <w:t>3.申请人学习成绩优秀，本科阶段前两年学习成绩在本专业年级排名前20%以内；</w:t>
      </w:r>
    </w:p>
    <w:p>
      <w:r>
        <w:t>4.</w:t>
      </w:r>
    </w:p>
    <w:p>
      <w:r>
        <w:t>全国大学英语四级考试成绩 450 分以上（含），或英语六级考试成绩 425 分以上（含），或雅思成绩 5.5 分以上（含），或托福成绩 85 分以上（含）</w:t>
      </w:r>
    </w:p>
    <w:p>
      <w:r>
        <w:t>5.在国家正规学术期刊独立发表论文；</w:t>
      </w:r>
    </w:p>
    <w:p>
      <w:r>
        <w:t>6.对哲学或社会工作有浓厚的学术兴趣，请在附件表格说明；</w:t>
      </w:r>
    </w:p>
    <w:p>
      <w:r>
        <w:t>7.具有优秀的英语听说读写能力。</w:t>
      </w:r>
    </w:p>
    <w:p>
      <w:r>
        <w:t>五、申请材料及方式</w:t>
      </w:r>
    </w:p>
    <w:p>
      <w:r>
        <w:t>1.《西北政法大学夏令营申请表》（附件1）；</w:t>
      </w:r>
    </w:p>
    <w:p>
      <w:r>
        <w:t>2.2021-2022学年、2022-2023学年学习成绩单及本专业成绩排名扫描件（须加盖学院或者教务处公章）；</w:t>
      </w:r>
    </w:p>
    <w:p>
      <w:r>
        <w:t>3.国家英语四、六级考试成绩证明材料或相关外语成绩证明材料扫描件；</w:t>
      </w:r>
    </w:p>
    <w:p>
      <w:r>
        <w:t>4.其他证明材料（如已发表或未发表学术论文、读书笔记、读书心得、获奖或各类证书复印件等）；</w:t>
      </w:r>
    </w:p>
    <w:p>
      <w:r>
        <w:t>本次夏令营活动申请采取网上报名方式，有意向申请夏令营的学员，可下载填写《申请表》，在规定时间内将相关材料电子版按上述1-4顺序生成压缩文件发至学院指定邮箱，电子邮件主题和压缩文件名称均为“夏令营申请＋现就读本科学校+学生姓名”。发送材料截止日期为2024年7月5日。</w:t>
      </w:r>
    </w:p>
    <w:p>
      <w:r>
        <w:t>审核通过并录取的营员名单将于7月6日在哲学与社会发展学院主页公布。</w:t>
      </w:r>
    </w:p>
    <w:p>
      <w:r>
        <w:t>六、优秀学员选拔考核</w:t>
      </w:r>
    </w:p>
    <w:p>
      <w:r>
        <w:t>本届夏令营将开展学科介绍、学术讲座、学术研讨会、师兄师姐治学分享等丰富多彩的学术活动。同时，对营员学术能力、专业素养进行考核，根据考核综合成绩排名情况，确定优秀学员名单，由学院颁发“优秀学员证书”。</w:t>
      </w:r>
    </w:p>
    <w:p>
      <w:r>
        <w:t>获得“优秀学员证书”且报考我校2024年相关专业硕士研究生的，可享受以下政策：</w:t>
      </w:r>
    </w:p>
    <w:p>
      <w:r>
        <w:t>A：取得所在学校“推免资格”的，可接收为我校2024年“推免生”；</w:t>
      </w:r>
    </w:p>
    <w:p>
      <w:r>
        <w:t>B：未取得所在学校“推免资格”，如报考我校2024年硕士研究生相关学院相关专业，同等条件下优先录取。</w:t>
      </w:r>
    </w:p>
    <w:p>
      <w:r>
        <w:t>七、注意事项</w:t>
      </w:r>
    </w:p>
    <w:p>
      <w:r>
        <w:t>1.夏令营学员应遵守夏令营安排，按时参加活动。活动期间必须遵守有关规章制度和夏令营的要求与纪律。</w:t>
      </w:r>
    </w:p>
    <w:p>
      <w:r>
        <w:t>2.相关附件可在本通知附件栏下载。</w:t>
      </w:r>
    </w:p>
    <w:p>
      <w:r>
        <w:t>3.本次夏令营不收取营员任何费用，报名的同学谨防诈骗。</w:t>
      </w:r>
    </w:p>
    <w:p>
      <w:r>
        <w:t>八、夏令营联系方式</w:t>
      </w:r>
    </w:p>
    <w:p>
      <w:r>
        <w:t>联系人：李老师</w:t>
      </w:r>
    </w:p>
    <w:p>
      <w:r>
        <w:t>联系电话：029—88182772</w:t>
      </w:r>
    </w:p>
    <w:p>
      <w:r>
        <w:t>邮箱：hehedao524@163.com</w:t>
      </w:r>
    </w:p>
    <w:p>
      <w:r>
        <w:t>西北政法大学哲学与社会发展学院</w:t>
      </w:r>
    </w:p>
    <w:p>
      <w:r>
        <w:t>2024年6月25日</w:t>
      </w:r>
    </w:p>
    <w:p>
      <w:r>
        <w:t>附件1：西北政法大学2024年优秀大学生暑期夏令营申请表.doc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