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设计艺术学院2026年拟推荐免试攻读研究生名单公示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设计艺术学院2026年拟推荐免试攻读研究生名单公示，共14人，具体名单如下：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202214200108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彭思媛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202214120412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影视摄影与制作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202214340107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工艺美术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彭佥喜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202214340118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皮嘉欣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202214120419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影视摄影与制作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李柯宇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202214090216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唐喜洋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202214200214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202214120405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影视摄影与制作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樊奕思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202214110406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苏冰钰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202214200208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兰梓瑞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202214340207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工艺美术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202214400104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艺术管理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202214090217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袁思洋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