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推免考核表(第二轮)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推免考核表（第二轮）共2人，均为扬州附属医院（扬州市中医院）考生，考核结果均为通过。复试总成绩分别为74.6、77.8。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发布日期（推定）：2025年9月23日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一、考核名单明细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719"/>
        <w:gridCol w:w="719"/>
        <w:gridCol w:w="719"/>
        <w:gridCol w:w="719"/>
        <w:gridCol w:w="719"/>
        <w:gridCol w:w="719"/>
        <w:gridCol w:w="719"/>
        <w:gridCol w:w="719"/>
        <w:gridCol w:w="719"/>
        <w:gridCol w:w="719"/>
        <w:gridCol w:w="719"/>
        <w:gridCol w:w="719"/>
      </w:tblGrid>
      <w:tr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申请院系所号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院系所名称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申请专业代码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申请研究方向码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研究方向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考生姓名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证件号后四位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复试总成绩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考核结果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039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扬州附属医院(扬州市中医院)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肿瘤的临床研究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谢越贤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2529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74.6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039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扬州附属医院(扬州市中医院)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105702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中医外科学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19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肛肠外科疾病的临床研究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薛潇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1512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77.8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二、成绩与排名方式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按复试总成绩记录，表中2名考生复试总成绩分别为74.6、77.8。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考核结果均为考核通过。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三、公示信息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原文未提供公示期起止日期。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