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历史文化学院推免工作方案</w:t>
      </w:r>
    </w:p>
    <w:p>
      <w:r>
        <w:t>历史文化学院推免工作方案</w:t>
      </w:r>
    </w:p>
    <w:p>
      <w:r>
        <w:t>为做好我院2026应届优秀本科毕业生推免工作，切实提高本科人才培养质量，根据《海南师范大学关于做好推荐2026年应届优秀本科毕业生免试攻读硕士学位研究生工作的通知》，我院从9月3日起开展推免工作，具体工作方案如下：</w:t>
      </w:r>
    </w:p>
    <w:p>
      <w:r>
        <w:t>一、推免对象</w:t>
      </w:r>
    </w:p>
    <w:p>
      <w:r>
        <w:t>我院普通本科招生计划内录取的2026年应届毕业生（不含专升本学生、第二学士学位学生、与高职院校联合办学学生、外国留学生及乡村教师定向公费师范生）。</w:t>
      </w:r>
    </w:p>
    <w:p>
      <w:r>
        <w:t>二、推免时间</w:t>
      </w:r>
    </w:p>
    <w:p>
      <w:r>
        <w:t>2024年9月3日-9月20日</w:t>
      </w:r>
    </w:p>
    <w:p>
      <w:r>
        <w:t>三、推免领导小组</w:t>
      </w:r>
    </w:p>
    <w:p>
      <w:r>
        <w:t>组 长：赵克生 王志强</w:t>
      </w:r>
    </w:p>
    <w:p>
      <w:r>
        <w:t>副组长：武 刚 王国英</w:t>
      </w:r>
    </w:p>
    <w:p>
      <w:r>
        <w:t>成 员：邹 飞 赵从胜 陆宏谋</w:t>
      </w:r>
    </w:p>
    <w:p>
      <w:r>
        <w:t>夏 强 伊鑫迪 闫 伟</w:t>
      </w:r>
    </w:p>
    <w:p>
      <w:r>
        <w:t>四、推免名额说明</w:t>
      </w:r>
    </w:p>
    <w:p>
      <w:r>
        <w:t>根据教育部推免工作相关要求，结合《海南师范大学推荐优秀应届本科毕业生免试攻读硕士研究生工作实施办法》(海师办〔2025〕9号)》工作要求，学校综合考虑应届本科毕业生总数、本科生深造率、博士点建设和就业率等因素，确定历史文化学院2026年推荐优秀应届本科毕业生免试攻读研究生的名额为4名。</w:t>
      </w:r>
    </w:p>
    <w:p>
      <w:r>
        <w:t>五、推免工作安排</w:t>
      </w:r>
    </w:p>
    <w:p>
      <w:r>
        <w:t>按照学校推免文件对推免工作的时间节点要求，此项工作的具体安排如下：</w:t>
      </w:r>
    </w:p>
    <w:p>
      <w:r>
        <w:t>1.9月3日下发推免文件</w:t>
      </w:r>
    </w:p>
    <w:p>
      <w:r>
        <w:t>学院教务办于9月3日收到学校推免文件，并将推免文件下发给2022级学生，要求学生认真学习文件精神。</w:t>
      </w:r>
    </w:p>
    <w:p>
      <w:r>
        <w:t>2.9月4日、5日计算学生绩点排名</w:t>
      </w:r>
    </w:p>
    <w:p>
      <w:r>
        <w:t>进行2022级学生专业必修课程成绩平均学分绩点排名和学生工作部综合测评排名。</w:t>
      </w:r>
    </w:p>
    <w:p>
      <w:r>
        <w:t>3.9月6日、7日确定名单并审核推免资格</w:t>
      </w:r>
    </w:p>
    <w:p>
      <w:r>
        <w:t>9月6日接收学生推免申请和加分材料。9月7日学院审核加分材料，并于当天组织面试。将学生成绩绩点排名、外语等级考试成绩、奖励加分与学工办最近一次的综测数据合并后，将具有推免资格的学生名单和加分材料上报推免领导小组审核。</w:t>
      </w:r>
    </w:p>
    <w:p>
      <w:r>
        <w:t>4.9月8日进行推免公示并上报学校教务处</w:t>
      </w:r>
    </w:p>
    <w:p>
      <w:r>
        <w:t>按照推免领导小组的审核结果，根据分配的名额按1:2的比例确定8位推荐人选，其中第一名、第二名、第三名、第四名为免试研究生资格正式人选，第五名、第六名、第七名、第八名为免试研究生资格候补人选。本次推免结果通过学院官网，班级QQ群以及公示栏向全院师生公示，同时将材料上报学校教务处。</w:t>
      </w:r>
    </w:p>
    <w:p>
      <w:r>
        <w:t>历史文化学院教务办</w:t>
      </w:r>
    </w:p>
    <w:p>
      <w:r>
        <w:t>2025年9月3日</w:t>
      </w:r>
    </w:p>
    <w:p>
      <w:r>
        <w:t>版权所有 海南师范大学历史文化学院</w:t>
      </w:r>
    </w:p>
    <w:p>
      <w:r>
        <w:t>龙昆南校区：海南省海口市龙昆南路 99号 邮编：571158</w:t>
      </w:r>
    </w:p>
    <w:p>
      <w:r>
        <w:t>桂林洋校区：海南省海口市美兰区校季一号路3号 邮编：571127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