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关于做好葡萄酒学院2026年推荐优秀应届本科毕业生免试攻读研究生工作的通知</w:t>
      </w:r>
    </w:p>
    <w:p>
      <w:pPr>
        <w:spacing w:after="80" w:lineRule="auto" w:line="360"/>
        <w:ind w:firstLine="482"/>
        <w:jc w:val="both"/>
      </w:pPr>
      <w:r>
        <w:rPr>
          <w:rFonts w:ascii="Times New Roman" w:hAnsi="Times New Roman" w:eastAsia="宋体"/>
          <w:b w:val="0"/>
          <w:sz w:val="24"/>
        </w:rPr>
        <w:t>发布日期：2025-09-10</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1. 学院成立推免生遴选工作组，组长为郭建东、陶永胜，副组长为孙翔宇、张洁、刘旭，成员包括万颖敏、梁润雅、郭长江、朱美蓉（管理代表）、李俊俊（教师代表），秘书为万颖敏、梁润雅，全面负责学院推免工作的组织与督查。</w:t>
      </w:r>
    </w:p>
    <w:p>
      <w:pPr>
        <w:spacing w:after="80" w:lineRule="auto" w:line="360"/>
        <w:ind w:firstLine="482"/>
        <w:jc w:val="both"/>
      </w:pPr>
      <w:r>
        <w:rPr>
          <w:rFonts w:ascii="Times New Roman" w:hAnsi="Times New Roman" w:eastAsia="宋体"/>
          <w:b w:val="0"/>
          <w:sz w:val="24"/>
        </w:rPr>
        <w:t>2. 工作组下设科研潜质考查工作组（组长陶永胜，副组长孙翔宇、刘旭，秘书张克坤）和推免生遴选监督工作组（组长郭建东，副组长刘旭，秘书朱美蓉），分别负责科研潜质考查和推免工作监督管理。</w:t>
      </w:r>
    </w:p>
    <w:p>
      <w:pPr>
        <w:spacing w:before="160" w:after="80" w:lineRule="auto" w:line="360"/>
        <w:jc w:val="left"/>
      </w:pPr>
      <w:r>
        <w:rPr>
          <w:rFonts w:ascii="Times New Roman" w:hAnsi="Times New Roman" w:eastAsia="宋体"/>
          <w:b/>
          <w:sz w:val="28"/>
        </w:rPr>
        <w:t>二、遴选条件</w:t>
      </w:r>
    </w:p>
    <w:p>
      <w:pPr>
        <w:spacing w:after="80" w:lineRule="auto" w:line="360"/>
        <w:ind w:firstLine="482"/>
        <w:jc w:val="both"/>
      </w:pPr>
      <w:r>
        <w:rPr>
          <w:rFonts w:ascii="Times New Roman" w:hAnsi="Times New Roman" w:eastAsia="宋体"/>
          <w:b w:val="0"/>
          <w:sz w:val="24"/>
        </w:rPr>
        <w:t>1. 符合《西北农林科技大学推荐优秀应届本科毕业生免试攻读研究生实施办法》（校研发[2024]236号）相关条件的应届本科毕业生。</w:t>
      </w:r>
    </w:p>
    <w:p>
      <w:pPr>
        <w:spacing w:after="80" w:lineRule="auto" w:line="360"/>
        <w:ind w:firstLine="482"/>
        <w:jc w:val="both"/>
      </w:pPr>
      <w:r>
        <w:rPr>
          <w:rFonts w:ascii="Times New Roman" w:hAnsi="Times New Roman" w:eastAsia="宋体"/>
          <w:b w:val="0"/>
          <w:sz w:val="24"/>
        </w:rPr>
        <w:t>2. 本科前三学年（五年制本科为前四学年）国家学生体质健康标准测试（体测）合格。</w:t>
      </w:r>
    </w:p>
    <w:p>
      <w:pPr>
        <w:spacing w:before="160" w:after="80" w:lineRule="auto" w:line="360"/>
        <w:jc w:val="left"/>
      </w:pPr>
      <w:r>
        <w:rPr>
          <w:rFonts w:ascii="Times New Roman" w:hAnsi="Times New Roman" w:eastAsia="宋体"/>
          <w:b/>
          <w:sz w:val="28"/>
        </w:rPr>
        <w:t>三、指标分配</w:t>
      </w:r>
    </w:p>
    <w:p>
      <w:pPr>
        <w:spacing w:after="80" w:lineRule="auto" w:line="360"/>
        <w:ind w:firstLine="482"/>
        <w:jc w:val="both"/>
      </w:pPr>
      <w:r>
        <w:rPr>
          <w:rFonts w:ascii="Times New Roman" w:hAnsi="Times New Roman" w:eastAsia="宋体"/>
          <w:b w:val="0"/>
          <w:sz w:val="24"/>
        </w:rPr>
        <w:t>1. 2026年推免生推荐指标分为专项推荐指标和普通推荐指标，专项指标包括“双一流”建设指标、硕士生就业工作奖励指标、推免工作奖励及考试奖励指标、工程硕博士指标、特长生、研究生支教团、2+3辅导员。</w:t>
      </w:r>
    </w:p>
    <w:p>
      <w:pPr>
        <w:spacing w:after="80" w:lineRule="auto" w:line="360"/>
        <w:ind w:firstLine="482"/>
        <w:jc w:val="both"/>
      </w:pPr>
      <w:r>
        <w:rPr>
          <w:rFonts w:ascii="Times New Roman" w:hAnsi="Times New Roman" w:eastAsia="宋体"/>
          <w:b w:val="0"/>
          <w:sz w:val="24"/>
        </w:rPr>
        <w:t>2. 已明确具体指标如下：“双一流”建设指标5名；普通推荐指标21名；硕士生就业工作奖励指标2名；推免工作奖励及考试奖励指标4名；工程硕博士指标4名（含2名专业型硕士、2名专业型博士）。</w:t>
      </w:r>
    </w:p>
    <w:p>
      <w:pPr>
        <w:spacing w:after="80" w:lineRule="auto" w:line="360"/>
        <w:ind w:firstLine="482"/>
        <w:jc w:val="both"/>
      </w:pPr>
      <w:r>
        <w:rPr>
          <w:rFonts w:ascii="Times New Roman" w:hAnsi="Times New Roman" w:eastAsia="宋体"/>
          <w:b w:val="0"/>
          <w:sz w:val="24"/>
        </w:rPr>
        <w:t>3. 研究生支教团、2+3辅导员和特长生专项指标由学校相关职能部门（校团委、党委学工部、研究生院、教务处）负责遴选。</w:t>
      </w:r>
    </w:p>
    <w:p>
      <w:pPr>
        <w:spacing w:before="160" w:after="80" w:lineRule="auto" w:line="360"/>
        <w:jc w:val="left"/>
      </w:pPr>
      <w:r>
        <w:rPr>
          <w:rFonts w:ascii="Times New Roman" w:hAnsi="Times New Roman" w:eastAsia="宋体"/>
          <w:b/>
          <w:sz w:val="28"/>
        </w:rPr>
        <w:t>四、工作安排</w:t>
      </w:r>
    </w:p>
    <w:p>
      <w:pPr>
        <w:spacing w:after="80" w:lineRule="auto" w:line="360"/>
        <w:ind w:firstLine="482"/>
        <w:jc w:val="both"/>
      </w:pPr>
      <w:r>
        <w:rPr>
          <w:rFonts w:ascii="Times New Roman" w:hAnsi="Times New Roman" w:eastAsia="宋体"/>
          <w:b w:val="0"/>
          <w:sz w:val="24"/>
        </w:rPr>
        <w:t>1. 准备工作：学院制定推免生工作实施细则、监督管理细则、科研潜质考查办法等，报研究生院备案后公布实施，并上传至教育部推免服务系统。</w:t>
      </w:r>
    </w:p>
    <w:p>
      <w:pPr>
        <w:spacing w:after="80" w:lineRule="auto" w:line="360"/>
        <w:ind w:firstLine="482"/>
        <w:jc w:val="both"/>
      </w:pPr>
      <w:r>
        <w:rPr>
          <w:rFonts w:ascii="Times New Roman" w:hAnsi="Times New Roman" w:eastAsia="宋体"/>
          <w:b w:val="0"/>
          <w:sz w:val="24"/>
        </w:rPr>
        <w:t>2. 名单公布：人才培养办公室在学院网站公布符合基本条件的学生名单（含各专项）。</w:t>
      </w:r>
    </w:p>
    <w:p>
      <w:pPr>
        <w:spacing w:after="80" w:lineRule="auto" w:line="360"/>
        <w:ind w:firstLine="482"/>
        <w:jc w:val="both"/>
      </w:pPr>
      <w:r>
        <w:rPr>
          <w:rFonts w:ascii="Times New Roman" w:hAnsi="Times New Roman" w:eastAsia="宋体"/>
          <w:b w:val="0"/>
          <w:sz w:val="24"/>
        </w:rPr>
        <w:t>3. 学生申请：符合条件且持有相关专业导师推荐信的学生于2025年9月11日16:00前将推免资格申请表、导师推荐信、承诺书及相关支撑材料交至学院618万颖敏老师处，逾期视为放弃。</w:t>
      </w:r>
    </w:p>
    <w:p>
      <w:pPr>
        <w:spacing w:after="80" w:lineRule="auto" w:line="360"/>
        <w:ind w:firstLine="482"/>
        <w:jc w:val="both"/>
      </w:pPr>
      <w:r>
        <w:rPr>
          <w:rFonts w:ascii="Times New Roman" w:hAnsi="Times New Roman" w:eastAsia="宋体"/>
          <w:b w:val="0"/>
          <w:sz w:val="24"/>
        </w:rPr>
        <w:t>4. 心理测试：郭长江负责安排心理测试，需在9月11日22:00前完成并报送结果。</w:t>
      </w:r>
    </w:p>
    <w:p>
      <w:pPr>
        <w:spacing w:after="80" w:lineRule="auto" w:line="360"/>
        <w:ind w:firstLine="482"/>
        <w:jc w:val="both"/>
      </w:pPr>
      <w:r>
        <w:rPr>
          <w:rFonts w:ascii="Times New Roman" w:hAnsi="Times New Roman" w:eastAsia="宋体"/>
          <w:b w:val="0"/>
          <w:sz w:val="24"/>
        </w:rPr>
        <w:t>5. 拟推荐名单确定：对符合条件且心理测试合格的学生进行科研潜质考查，各类指标考查时间如下：</w:t>
      </w:r>
    </w:p>
    <w:p>
      <w:pPr>
        <w:spacing w:after="80" w:lineRule="auto" w:line="360"/>
        <w:ind w:firstLine="482"/>
        <w:jc w:val="both"/>
      </w:pPr>
      <w:r>
        <w:rPr>
          <w:rFonts w:ascii="Times New Roman" w:hAnsi="Times New Roman" w:eastAsia="宋体"/>
          <w:b w:val="0"/>
          <w:sz w:val="24"/>
        </w:rPr>
        <w:t>（1）学术特长生指标：9月11日16:00</w:t>
      </w:r>
    </w:p>
    <w:p>
      <w:pPr>
        <w:spacing w:after="80" w:lineRule="auto" w:line="360"/>
        <w:ind w:firstLine="482"/>
        <w:jc w:val="both"/>
      </w:pPr>
      <w:r>
        <w:rPr>
          <w:rFonts w:ascii="Times New Roman" w:hAnsi="Times New Roman" w:eastAsia="宋体"/>
          <w:b w:val="0"/>
          <w:sz w:val="24"/>
        </w:rPr>
        <w:t>（2）“双一流”推荐指标：9月12日9:00</w:t>
      </w:r>
    </w:p>
    <w:p>
      <w:pPr>
        <w:spacing w:after="80" w:lineRule="auto" w:line="360"/>
        <w:ind w:firstLine="482"/>
        <w:jc w:val="both"/>
      </w:pPr>
      <w:r>
        <w:rPr>
          <w:rFonts w:ascii="Times New Roman" w:hAnsi="Times New Roman" w:eastAsia="宋体"/>
          <w:b w:val="0"/>
          <w:sz w:val="24"/>
        </w:rPr>
        <w:t>（3）硕士生就业工作奖励指标：9月12日14:30</w:t>
      </w:r>
    </w:p>
    <w:p>
      <w:pPr>
        <w:spacing w:after="80" w:lineRule="auto" w:line="360"/>
        <w:ind w:firstLine="482"/>
        <w:jc w:val="both"/>
      </w:pPr>
      <w:r>
        <w:rPr>
          <w:rFonts w:ascii="Times New Roman" w:hAnsi="Times New Roman" w:eastAsia="宋体"/>
          <w:b w:val="0"/>
          <w:sz w:val="24"/>
        </w:rPr>
        <w:t>（4）推免工作奖励及考试奖励指标：9月12日16:30</w:t>
      </w:r>
    </w:p>
    <w:p>
      <w:pPr>
        <w:spacing w:after="80" w:lineRule="auto" w:line="360"/>
        <w:ind w:firstLine="482"/>
        <w:jc w:val="both"/>
      </w:pPr>
      <w:r>
        <w:rPr>
          <w:rFonts w:ascii="Times New Roman" w:hAnsi="Times New Roman" w:eastAsia="宋体"/>
          <w:b w:val="0"/>
          <w:sz w:val="24"/>
        </w:rPr>
        <w:t>（5）普通推荐指标：9月13日9:00</w:t>
      </w:r>
    </w:p>
    <w:p>
      <w:pPr>
        <w:spacing w:after="80" w:lineRule="auto" w:line="360"/>
        <w:ind w:firstLine="482"/>
        <w:jc w:val="both"/>
      </w:pPr>
      <w:r>
        <w:rPr>
          <w:rFonts w:ascii="Times New Roman" w:hAnsi="Times New Roman" w:eastAsia="宋体"/>
          <w:b w:val="0"/>
          <w:sz w:val="24"/>
        </w:rPr>
        <w:t>（6）工程硕博士指标：9月14日9:00</w:t>
      </w:r>
    </w:p>
    <w:p>
      <w:pPr>
        <w:spacing w:after="80" w:lineRule="auto" w:line="360"/>
        <w:ind w:firstLine="482"/>
        <w:jc w:val="both"/>
      </w:pPr>
      <w:r>
        <w:rPr>
          <w:rFonts w:ascii="Times New Roman" w:hAnsi="Times New Roman" w:eastAsia="宋体"/>
          <w:b w:val="0"/>
          <w:sz w:val="24"/>
        </w:rPr>
        <w:t>最终根据综合排名确定推免生拟推荐名单。</w:t>
      </w:r>
    </w:p>
    <w:p>
      <w:pPr>
        <w:spacing w:after="80" w:lineRule="auto" w:line="360"/>
        <w:ind w:firstLine="482"/>
        <w:jc w:val="both"/>
      </w:pPr>
      <w:r>
        <w:rPr>
          <w:rFonts w:ascii="Times New Roman" w:hAnsi="Times New Roman" w:eastAsia="宋体"/>
          <w:b w:val="0"/>
          <w:sz w:val="24"/>
        </w:rPr>
        <w:t>6. 公示：所有拟推荐名单公示3个工作日，公示期间名单不得修改；如需变动，须对变动部分做出说明并另行公示3个工作日。</w:t>
      </w:r>
    </w:p>
    <w:p>
      <w:pPr>
        <w:spacing w:after="80" w:lineRule="auto" w:line="360"/>
        <w:ind w:firstLine="482"/>
        <w:jc w:val="both"/>
      </w:pPr>
      <w:r>
        <w:rPr>
          <w:rFonts w:ascii="Times New Roman" w:hAnsi="Times New Roman" w:eastAsia="宋体"/>
          <w:b w:val="0"/>
          <w:sz w:val="24"/>
        </w:rPr>
        <w:t>7. 材料报送：9月12日前将特长生拟推荐学生汇总表及支撑材料报教务处；9月13日前将“双一流”指标全部材料报送给学科群；9月15日将2026年推免生拟推荐学生汇总表纸质及电子文档、本科成绩单报研究生院招生处。</w:t>
      </w:r>
    </w:p>
    <w:p>
      <w:pPr>
        <w:spacing w:before="160" w:after="80" w:lineRule="auto" w:line="360"/>
        <w:jc w:val="left"/>
      </w:pPr>
      <w:r>
        <w:rPr>
          <w:rFonts w:ascii="Times New Roman" w:hAnsi="Times New Roman" w:eastAsia="宋体"/>
          <w:b/>
          <w:sz w:val="28"/>
        </w:rPr>
        <w:t>五、其它事项</w:t>
      </w:r>
    </w:p>
    <w:p>
      <w:pPr>
        <w:spacing w:after="80" w:lineRule="auto" w:line="360"/>
        <w:ind w:firstLine="482"/>
        <w:jc w:val="both"/>
      </w:pPr>
      <w:r>
        <w:rPr>
          <w:rFonts w:ascii="Times New Roman" w:hAnsi="Times New Roman" w:eastAsia="宋体"/>
          <w:b w:val="0"/>
          <w:sz w:val="24"/>
        </w:rPr>
        <w:t>1. 符合推荐资格的学生可自由申请一种专项推荐指标或普通推荐指标，同一时间段每人限申请一种推荐类型；已确定拟推荐的学生不得重新申报；所有申请学生至少应有一位具有当年招生资格的相关专业导师推荐。</w:t>
      </w:r>
    </w:p>
    <w:p>
      <w:pPr>
        <w:spacing w:after="80" w:lineRule="auto" w:line="360"/>
        <w:ind w:firstLine="482"/>
        <w:jc w:val="both"/>
      </w:pPr>
      <w:r>
        <w:rPr>
          <w:rFonts w:ascii="Times New Roman" w:hAnsi="Times New Roman" w:eastAsia="宋体"/>
          <w:b w:val="0"/>
          <w:sz w:val="24"/>
        </w:rPr>
        <w:t>2. 专项推荐指标按学院、学科群专项指标管理要求进行推荐：“双一流”建设专项、推免工作奖励及考试奖励、硕士生就业工作奖励、工程硕博士指标由学院统一遴选；特长生由万颖敏负责组织申请，研究生支教团和2+3辅导员由郭长江负责组织申请；学术特长生按学校相关文件组织遴选排名后报教务处。</w:t>
      </w:r>
    </w:p>
    <w:p>
      <w:pPr>
        <w:spacing w:after="80" w:lineRule="auto" w:line="360"/>
        <w:ind w:firstLine="482"/>
        <w:jc w:val="both"/>
      </w:pPr>
      <w:r>
        <w:rPr>
          <w:rFonts w:ascii="Times New Roman" w:hAnsi="Times New Roman" w:eastAsia="宋体"/>
          <w:b w:val="0"/>
          <w:sz w:val="24"/>
        </w:rPr>
        <w:t>3. 在推免过程中弄虚作假、有论文抄袭、虚报获奖或科研成果等学术不端行为的学生，一经查实即取消推免生资格，并按有关规定严肃处理。</w:t>
      </w:r>
    </w:p>
    <w:p>
      <w:pPr>
        <w:spacing w:after="80" w:lineRule="auto" w:line="360"/>
        <w:ind w:firstLine="482"/>
        <w:jc w:val="both"/>
      </w:pPr>
      <w:r>
        <w:rPr>
          <w:rFonts w:ascii="Times New Roman" w:hAnsi="Times New Roman" w:eastAsia="宋体"/>
          <w:b w:val="0"/>
          <w:sz w:val="24"/>
        </w:rPr>
        <w:t>4. 严格执行回避规定，推免相关工作人员有直系亲属或利益相关人员报名参加推免招生的应主动申请回避，有非直系亲属等报名参加的应主动报备；学生申请推免资格时也应主动报备声明，违者依规处理。</w:t>
      </w:r>
    </w:p>
    <w:p>
      <w:pPr>
        <w:spacing w:after="80" w:lineRule="auto" w:line="360"/>
        <w:ind w:firstLine="482"/>
        <w:jc w:val="both"/>
      </w:pPr>
      <w:r>
        <w:rPr>
          <w:rFonts w:ascii="Times New Roman" w:hAnsi="Times New Roman" w:eastAsia="宋体"/>
          <w:b w:val="0"/>
          <w:sz w:val="24"/>
        </w:rPr>
        <w:t>5. 对遴选结果有异议的学生，可在公示期内向学院推免生遴选工作组（电话：029-87092233，邮箱：ptjxy@nwafu.edu.cn）或学校推免生遴选工作领导小组（电话：029-87080155，邮箱：ybgsh@nwafu.edu.cn）提出复议申请。</w:t>
      </w:r>
    </w:p>
    <w:p>
      <w:pPr>
        <w:spacing w:before="160" w:after="80" w:lineRule="auto" w:line="360"/>
        <w:jc w:val="left"/>
      </w:pPr>
      <w:r>
        <w:rPr>
          <w:rFonts w:ascii="Times New Roman" w:hAnsi="Times New Roman" w:eastAsia="宋体"/>
          <w:b/>
          <w:sz w:val="28"/>
        </w:rPr>
        <w:t>六、工作要求</w:t>
      </w:r>
    </w:p>
    <w:p>
      <w:pPr>
        <w:spacing w:after="80" w:lineRule="auto" w:line="360"/>
        <w:ind w:firstLine="482"/>
        <w:jc w:val="both"/>
      </w:pPr>
      <w:r>
        <w:rPr>
          <w:rFonts w:ascii="Times New Roman" w:hAnsi="Times New Roman" w:eastAsia="宋体"/>
          <w:b w:val="0"/>
          <w:sz w:val="24"/>
        </w:rPr>
        <w:t>1. 推荐工作政策性强、时间紧，各相关办公室和工作人员应高度重视，依法规范工作，做好政策宣传和解释，严格按照通知要求开展推荐工作。</w:t>
      </w:r>
    </w:p>
    <w:p>
      <w:pPr>
        <w:spacing w:after="80" w:lineRule="auto" w:line="360"/>
        <w:ind w:firstLine="482"/>
        <w:jc w:val="both"/>
      </w:pPr>
      <w:r>
        <w:rPr>
          <w:rFonts w:ascii="Times New Roman" w:hAnsi="Times New Roman" w:eastAsia="宋体"/>
          <w:b w:val="0"/>
          <w:sz w:val="24"/>
        </w:rPr>
        <w:t>2. 坚持标准，择优选拔，确保公开、公正、公平，杜绝徇私舞弊等不正之风。</w:t>
      </w:r>
    </w:p>
    <w:p>
      <w:pPr>
        <w:spacing w:after="80" w:lineRule="auto" w:line="360"/>
        <w:ind w:firstLine="482"/>
        <w:jc w:val="both"/>
      </w:pPr>
      <w:r>
        <w:rPr>
          <w:rFonts w:ascii="Times New Roman" w:hAnsi="Times New Roman" w:eastAsia="宋体"/>
          <w:b w:val="0"/>
          <w:sz w:val="24"/>
        </w:rPr>
        <w:t>3. 学院根据《葡萄酒学院2026年推荐优秀应届本科毕业生免试攻读研究生工作监督管理细则》开展监督工作。</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