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传媒学院推荐2026届优秀本科毕业生免试攻读硕士学位研究生工作实施方案（2025年）-广西民族大学传媒学院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文件名称：传媒学院推荐2026届优秀本科毕业生免试攻读硕士学位研究生工作实施方案（2025年）。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发布单位：广西民族大学传媒学院。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发表时间：2025年09月08日 08:10。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作者：传媒学院。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地址：广西壮族自治区南宁市西乡塘区大学西路158号。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邮编：530006。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邮箱：gxmzdxcmxy@163.com。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电话：0771-3267061。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本段内容未包含推荐名单、人数、专业/学院明细、排名或评分方式、公示期等具体信息。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本段内容未包含表格。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本段内容未包含图片。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