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新疆财经大学2026年推免生招生启动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新疆财经大学2026年推免生招生工作于2025年9月22日正式启动，报名通道同步开启。本通知面向2026年入学推免生，适用于预推免及正式推免（九推）流程。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报名开始时间：2025年9月22日（报名第一天）。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具体报名截止时间及后续安排详见学校后续通知。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招生信息发布平台：新疆财经大学官方微信公众号。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