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外国语学院2026年推免复试名单共3人，涉及复试专业2个：学科教学（英语）、英语笔译；推荐学校均为贵州师范大学。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推荐学校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黎妍熙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贵州师范大学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学科教学（英语）：高丽、陈俊杰、黎妍熙，共3人。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英语笔译：蒙霜，共1人。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